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Mark Zuckerberg weighs in on AI's role in education during YouTube interaction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2"/>
      </w:pPr>
      <w:r>
        <w:t>Mark Zuckerberg Weighs in on AI's Role in Education During YouTube Interaction</w:t>
      </w:r>
      <w:r/>
    </w:p>
    <w:p>
      <w:r/>
      <w:r>
        <w:t>Last week, Mark Zuckerberg, CEO of Meta Platforms, Inc. (META), delved into the implications of artificial intelligence (AI) within the realm of children's education. His conversation with YouTuber Cleo Abram, shared widely on the platform, provided insight into his perspectives on integrating AI into educational practices for youngsters.</w:t>
      </w:r>
      <w:r/>
    </w:p>
    <w:p>
      <w:pPr>
        <w:pStyle w:val="Heading3"/>
      </w:pPr>
      <w:r>
        <w:t>Key Points from the Discussion</w:t>
      </w:r>
      <w:r/>
    </w:p>
    <w:p>
      <w:r/>
      <w:r>
        <w:rPr>
          <w:b/>
        </w:rPr>
        <w:t>What Was Discussed:</w:t>
      </w:r>
      <w:r>
        <w:t xml:space="preserve"> Cleo Abram raised questions about the pros and cons of AI involvement in educational contexts, focusing specifically on Zuckerberg’s views about its potential benefits and any associated drawbacks for his children’s intellectual development.</w:t>
      </w:r>
      <w:r/>
    </w:p>
    <w:p>
      <w:r/>
      <w:r>
        <w:rPr>
          <w:b/>
        </w:rPr>
        <w:t>Zuckerberg’s Views:</w:t>
      </w:r>
      <w:r>
        <w:t xml:space="preserve"> Zuckerberg acknowledged the utility of AI, but he raised concerns about an over-reliance on these tools. He emphasised the importance of maintaining fundamental skills without entirely depending on AI. Highlighting the example of calculators, he suggested that while they are helpful, acquiring the ability to perform basic arithmetic mentally remains crucial. </w:t>
      </w:r>
      <w:r/>
    </w:p>
    <w:p>
      <w:r/>
      <w:r>
        <w:rPr>
          <w:b/>
        </w:rPr>
        <w:t>On Coding Education:</w:t>
      </w:r>
      <w:r>
        <w:t xml:space="preserve"> Another significant point in the discussion was the relevance of teaching children to code when increasingly advanced AI tools are emerging. Zuckerberg argued in favour of continuing to teach programming. He posited that learning to code imparts a rigorous way of thinking, which will remain valuable despite the advancements in AI technology.</w:t>
      </w:r>
      <w:r/>
    </w:p>
    <w:p>
      <w:pPr>
        <w:pStyle w:val="Heading3"/>
      </w:pPr>
      <w:r>
        <w:t>Current Context and Developments</w:t>
      </w:r>
      <w:r/>
    </w:p>
    <w:p>
      <w:r/>
      <w:r>
        <w:rPr>
          <w:b/>
        </w:rPr>
        <w:t>Why It Matters:</w:t>
      </w:r>
      <w:r>
        <w:t xml:space="preserve"> Zuckerberg's views are particularly relevant considering Meta's recent strides in AI and augmented reality (AR). The company recently unveiled the Orion AR Glasses, which Zuckerberg described as the first full holographic augmented reality glasses. This development is a part of Meta's long-term investment in AR hardware, with industry analysts hinting that these glasses might herald a new era in consumer computing platforms.</w:t>
      </w:r>
      <w:r/>
    </w:p>
    <w:p>
      <w:r/>
      <w:r>
        <w:rPr>
          <w:b/>
        </w:rPr>
        <w:t>Public and Market Reaction:</w:t>
      </w:r>
      <w:r>
        <w:t xml:space="preserve"> Since the unveiling of the Orion glasses, there has been considerable positive sentiment towards Meta's market position. Addressing this, Zuckerberg noted a balanced perspective, stating, “You're never as good as they say when you're up, and you're never as bad as they say when you're down.”</w:t>
      </w:r>
      <w:r/>
    </w:p>
    <w:p>
      <w:pPr>
        <w:pStyle w:val="Heading3"/>
      </w:pPr>
      <w:r>
        <w:t>Conclusion</w:t>
      </w:r>
      <w:r/>
    </w:p>
    <w:p>
      <w:r/>
      <w:r>
        <w:t>Zuckerberg’s dialogue with Cleo Abram provides a nuanced viewpoint on balancing traditional and modern educational tools. His emphasis on maintaining core skills alongside leveraging AI capabilities reflects a broader conversation on how technology should harmoniously complement rather than replace human abilities, particularly in education. As Meta advances in AI and AR innovations, these insights contribute to ongoing discussions about how such technologies will shape the future of learning and skill development.</w:t>
      </w:r>
      <w:r/>
    </w:p>
    <w:p>
      <w:r/>
      <w:r>
        <w:t>For more updates on consumer tech developments, including Meta's ongoing projects, interested readers can follow various tech news outlets or subscribe to specialised tech newsletters.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https://www.youtube.com/watch?v=VuSozCGlMoE</w:t>
        </w:r>
      </w:hyperlink>
      <w:r>
        <w:t xml:space="preserve"> - This video discusses Mark Zuckerberg's views on AI, including its role in education and the importance of maintaining fundamental skills, as well as the unveiling of Orion AR glasses.</w:t>
      </w:r>
      <w:r/>
    </w:p>
    <w:p>
      <w:pPr>
        <w:pStyle w:val="ListNumber"/>
        <w:spacing w:line="240" w:lineRule="auto"/>
        <w:ind w:left="720"/>
      </w:pPr>
      <w:r/>
      <w:hyperlink r:id="rId11">
        <w:r>
          <w:rPr>
            <w:color w:val="0000EE"/>
            <w:u w:val="single"/>
          </w:rPr>
          <w:t>https://www.youtube.com/watch?v=v2LZ8gMxFGM</w:t>
        </w:r>
      </w:hyperlink>
      <w:r>
        <w:t xml:space="preserve"> - This video features Mark Zuckerberg discussing Meta's open-source AI strategy and the company's investments in AI and augmented reality, which are relevant to his views on education and technology.</w:t>
      </w:r>
      <w:r/>
    </w:p>
    <w:p>
      <w:pPr>
        <w:pStyle w:val="ListNumber"/>
        <w:spacing w:line="240" w:lineRule="auto"/>
        <w:ind w:left="720"/>
      </w:pPr>
      <w:r/>
      <w:hyperlink r:id="rId12">
        <w:r>
          <w:rPr>
            <w:color w:val="0000EE"/>
            <w:u w:val="single"/>
          </w:rPr>
          <w:t>https://www.youtube.com/watch?v=w-cmMcMZoZ4</w:t>
        </w:r>
      </w:hyperlink>
      <w:r>
        <w:t xml:space="preserve"> - This discussion between Mark Zuckerberg and Jensen Huang touches on the role of AI in various contexts, including education and skill development, and the potential of AI to enhance human capabilities.</w:t>
      </w:r>
      <w:r/>
    </w:p>
    <w:p>
      <w:pPr>
        <w:pStyle w:val="ListNumber"/>
        <w:spacing w:line="240" w:lineRule="auto"/>
        <w:ind w:left="720"/>
      </w:pPr>
      <w:r/>
      <w:hyperlink r:id="rId13">
        <w:r>
          <w:rPr>
            <w:color w:val="0000EE"/>
            <w:u w:val="single"/>
          </w:rPr>
          <w:t>https://www.youtube.com/watch?v=CMd4fMKCIso</w:t>
        </w:r>
      </w:hyperlink>
      <w:r>
        <w:t xml:space="preserve"> - Mark Zuckerberg's interview here highlights Meta's AI initiatives and how they align with his broader views on the integration of technology in education and daily life.</w:t>
      </w:r>
      <w:r/>
    </w:p>
    <w:p>
      <w:pPr>
        <w:pStyle w:val="ListNumber"/>
        <w:spacing w:line="240" w:lineRule="auto"/>
        <w:ind w:left="720"/>
      </w:pPr>
      <w:r/>
      <w:hyperlink r:id="rId14">
        <w:r>
          <w:rPr>
            <w:color w:val="0000EE"/>
            <w:u w:val="single"/>
          </w:rPr>
          <w:t>https://www.youtube.com/watch?v=YuIc4mq7zMU</w:t>
        </w:r>
      </w:hyperlink>
      <w:r>
        <w:t xml:space="preserve"> - This video provides insight into Mark Zuckerberg's personal and professional evolution, including his stance on open-source AI and its implications for education and other sectors.</w:t>
      </w:r>
      <w:r/>
    </w:p>
    <w:p>
      <w:pPr>
        <w:pStyle w:val="ListNumber"/>
        <w:spacing w:line="240" w:lineRule="auto"/>
        <w:ind w:left="720"/>
      </w:pPr>
      <w:r/>
      <w:hyperlink r:id="rId10">
        <w:r>
          <w:rPr>
            <w:color w:val="0000EE"/>
            <w:u w:val="single"/>
          </w:rPr>
          <w:t>https://www.youtube.com/watch?v=VuSozCGlMoE</w:t>
        </w:r>
      </w:hyperlink>
      <w:r>
        <w:t xml:space="preserve"> - This video includes a segment where Mark Zuckerberg discusses the importance of teaching children to code despite advancements in AI technology.</w:t>
      </w:r>
      <w:r/>
    </w:p>
    <w:p>
      <w:pPr>
        <w:pStyle w:val="ListNumber"/>
        <w:spacing w:line="240" w:lineRule="auto"/>
        <w:ind w:left="720"/>
      </w:pPr>
      <w:r/>
      <w:hyperlink r:id="rId11">
        <w:r>
          <w:rPr>
            <w:color w:val="0000EE"/>
            <w:u w:val="single"/>
          </w:rPr>
          <w:t>https://www.youtube.com/watch?v=v2LZ8gMxFGM</w:t>
        </w:r>
      </w:hyperlink>
      <w:r>
        <w:t xml:space="preserve"> - This source details Meta's recent unveiling of the Orion AR Glasses, which is part of their long-term investment in AR hardware and relevant to their overall AI and education strategy.</w:t>
      </w:r>
      <w:r/>
    </w:p>
    <w:p>
      <w:pPr>
        <w:pStyle w:val="ListNumber"/>
        <w:spacing w:line="240" w:lineRule="auto"/>
        <w:ind w:left="720"/>
      </w:pPr>
      <w:r/>
      <w:hyperlink r:id="rId12">
        <w:r>
          <w:rPr>
            <w:color w:val="0000EE"/>
            <w:u w:val="single"/>
          </w:rPr>
          <w:t>https://www.youtube.com/watch?v=w-cmMcMZoZ4</w:t>
        </w:r>
      </w:hyperlink>
      <w:r>
        <w:t xml:space="preserve"> - This discussion emphasizes the importance of balancing traditional skills with modern technological tools, a theme consistent with Zuckerberg's views on education and AI.</w:t>
      </w:r>
      <w:r/>
    </w:p>
    <w:p>
      <w:pPr>
        <w:pStyle w:val="ListNumber"/>
        <w:spacing w:line="240" w:lineRule="auto"/>
        <w:ind w:left="720"/>
      </w:pPr>
      <w:r/>
      <w:hyperlink r:id="rId13">
        <w:r>
          <w:rPr>
            <w:color w:val="0000EE"/>
            <w:u w:val="single"/>
          </w:rPr>
          <w:t>https://www.youtube.com/watch?v=CMd4fMKCIso</w:t>
        </w:r>
      </w:hyperlink>
      <w:r>
        <w:t xml:space="preserve"> - Mark Zuckerberg's comments here on the need for a balanced perspective on technology's impact align with his views on maintaining core skills in education.</w:t>
      </w:r>
      <w:r/>
    </w:p>
    <w:p>
      <w:pPr>
        <w:pStyle w:val="ListNumber"/>
        <w:spacing w:line="240" w:lineRule="auto"/>
        <w:ind w:left="720"/>
      </w:pPr>
      <w:r/>
      <w:hyperlink r:id="rId14">
        <w:r>
          <w:rPr>
            <w:color w:val="0000EE"/>
            <w:u w:val="single"/>
          </w:rPr>
          <w:t>https://www.youtube.com/watch?v=YuIc4mq7zMU</w:t>
        </w:r>
      </w:hyperlink>
      <w:r>
        <w:t xml:space="preserve"> - This video highlights Meta's ongoing projects in AI and AR, providing context for how these technologies are shaping the future of learning and skill development.</w:t>
      </w:r>
      <w:r/>
    </w:p>
    <w:p>
      <w:pPr>
        <w:pStyle w:val="ListNumber"/>
        <w:spacing w:line="240" w:lineRule="auto"/>
        <w:ind w:left="720"/>
      </w:pPr>
      <w:r/>
      <w:hyperlink r:id="rId10">
        <w:r>
          <w:rPr>
            <w:color w:val="0000EE"/>
            <w:u w:val="single"/>
          </w:rPr>
          <w:t>https://www.youtube.com/watch?v=VuSozCGlMoE</w:t>
        </w:r>
      </w:hyperlink>
      <w:r>
        <w:t xml:space="preserve"> - This conversation includes Mark Zuckerberg's reflections on being remembered for his contributions to technology and education, which ties into his broader vision for AI and AR.</w:t>
      </w:r>
      <w:r/>
    </w:p>
    <w:p>
      <w:pPr>
        <w:pStyle w:val="ListNumber"/>
        <w:spacing w:line="240" w:lineRule="auto"/>
        <w:ind w:left="720"/>
      </w:pPr>
      <w:r/>
      <w:hyperlink r:id="rId15">
        <w:r>
          <w:rPr>
            <w:color w:val="0000EE"/>
            <w:u w:val="single"/>
          </w:rPr>
          <w:t>https://www.benzinga.com/news/24/09/41086901/mark-zuckerberg-on-why-he-wouldnt-want-his-kids-to-completely-rely-on-ai-theres-some-things-that-you</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VuSozCGlMoE" TargetMode="External"/><Relationship Id="rId11" Type="http://schemas.openxmlformats.org/officeDocument/2006/relationships/hyperlink" Target="https://www.youtube.com/watch?v=v2LZ8gMxFGM" TargetMode="External"/><Relationship Id="rId12" Type="http://schemas.openxmlformats.org/officeDocument/2006/relationships/hyperlink" Target="https://www.youtube.com/watch?v=w-cmMcMZoZ4" TargetMode="External"/><Relationship Id="rId13" Type="http://schemas.openxmlformats.org/officeDocument/2006/relationships/hyperlink" Target="https://www.youtube.com/watch?v=CMd4fMKCIso" TargetMode="External"/><Relationship Id="rId14" Type="http://schemas.openxmlformats.org/officeDocument/2006/relationships/hyperlink" Target="https://www.youtube.com/watch?v=YuIc4mq7zMU" TargetMode="External"/><Relationship Id="rId15" Type="http://schemas.openxmlformats.org/officeDocument/2006/relationships/hyperlink" Target="https://www.benzinga.com/news/24/09/41086901/mark-zuckerberg-on-why-he-wouldnt-want-his-kids-to-completely-rely-on-ai-theres-some-things-that-yo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