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introduces AI features to Ray-Ban Meta glasses amid controversy over data usage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Introduces AI Features to Ray-Ban Meta Glasses Amid Controversy Over Data Usage</w:t>
      </w:r>
      <w:r/>
    </w:p>
    <w:p>
      <w:r/>
      <w:r>
        <w:t>In a significant technological advancement, Meta, formerly known as Facebook, has recently incorporated new AI features into its Ray-Ban Meta Glasses. These enhancements offer a range of capabilities, such as providing information about the wearer's surroundings and helping to remember details like where a car is parked. One prominent feature is the ability to offer continuous real-time assistance through video support.</w:t>
      </w:r>
      <w:r/>
    </w:p>
    <w:p>
      <w:r/>
      <w:r>
        <w:t>However, these new functionalities, which involve the camera constantly observing the environment around the user, have raised critical questions regarding data privacy and usage. Speculation has emerged about how Meta intends to handle the images captured by the Meta Glasses. During an inquiry by TechCrunch, Meta's representatives were notably reticent on the subject. Anuj Kumar, a senior director involved with AI wearables at Meta, refrained from detailing whether the collected images would be utilised to train AI models. Another spokesperson echoed this sentiment, stating, "That's not something we typically share externally," and declined to clarify further.</w:t>
      </w:r>
      <w:r/>
    </w:p>
    <w:p>
      <w:r/>
      <w:r>
        <w:t>The ambiguity in Meta's responses has led to widespread conjecture that the company may indeed plan to use the images from the Meta Glasses to enhance its AI capabilities. Historically, Meta has utilised publicly available data, such as Instagram and Facebook images and stories, to train its AI. Nevertheless, the distinction between publicly posted content and images captured for private AI interactions, such as those from the Meta Glasses, has become a point of contention.</w:t>
      </w:r>
      <w:r/>
    </w:p>
    <w:p>
      <w:r/>
      <w:r>
        <w:t>With the new AI capabilities, the glasses are expected to capture a substantial number of passive images to assist users. For example, when a user asks for outfit suggestions, the glasses might take multiple images of the user's home interior, which are then uploaded to Meta's cloud servers. This passive image collection differs markedly from the intentional capturing of photos or videos for social media or personal memories, a feature that the Meta Glasses have always supported.</w:t>
      </w:r>
      <w:r/>
    </w:p>
    <w:p>
      <w:r/>
      <w:r>
        <w:t>This shift from active to passive image collection poses new risks regarding user privacy. Users might inadvertently share hundreds of private images without explicit intent or awareness. Given these concerns, the onus is on Meta to provide clear and explicit information on how these images will be handled. If Meta is not using the images for AI training, an unequivocal denial would alleviate many of the privacy concerns currently circulating among users and tech observers.</w:t>
      </w:r>
      <w:r/>
    </w:p>
    <w:p>
      <w:r/>
      <w:r>
        <w:t>Amid growing scrutiny and public discourse about data usage in AI training, Meta's current stance leaves room for doubt and calls for more transparency. As these new features roll out, Meta Glasses users should remain informed and cautious about the potential implications for their privacy.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https://www.meta.com/help/smart-glasses/articles/voice-controls/learn-more-meta-ai-ray-ban-meta-smart-glasses/</w:t>
        </w:r>
      </w:hyperlink>
      <w:r>
        <w:t xml:space="preserve"> - Corroborates the AI features of Ray-Ban Meta Glasses, including providing information about the wearer's surroundings and real-time assistance.</w:t>
      </w:r>
      <w:r/>
    </w:p>
    <w:p>
      <w:pPr>
        <w:pStyle w:val="ListNumber"/>
        <w:spacing w:line="240" w:lineRule="auto"/>
        <w:ind w:left="720"/>
      </w:pPr>
      <w:r/>
      <w:hyperlink r:id="rId11">
        <w:r>
          <w:rPr>
            <w:color w:val="0000EE"/>
            <w:u w:val="single"/>
          </w:rPr>
          <w:t>https://www.cnet.com/tech/mobile/meta-ray-bans-6-months-later-the-best-ai-companion-happens-to-be-camera-glasses/</w:t>
        </w:r>
      </w:hyperlink>
      <w:r>
        <w:t xml:space="preserve"> - Details the various capabilities of the Meta Ray-Ban smart glasses, including camera and AI features.</w:t>
      </w:r>
      <w:r/>
    </w:p>
    <w:p>
      <w:pPr>
        <w:pStyle w:val="ListNumber"/>
        <w:spacing w:line="240" w:lineRule="auto"/>
        <w:ind w:left="720"/>
      </w:pPr>
      <w:r/>
      <w:hyperlink r:id="rId12">
        <w:r>
          <w:rPr>
            <w:color w:val="0000EE"/>
            <w:u w:val="single"/>
          </w:rPr>
          <w:t>https://moorinsightsstrategy.com/research-notes/ray-ban-meta-smart-glasses-review-better-cooler-and-more-useful-than-ever/</w:t>
        </w:r>
      </w:hyperlink>
      <w:r>
        <w:t xml:space="preserve"> - Discusses the integration of Meta AI in the smart glasses, including voice commands and image analysis.</w:t>
      </w:r>
      <w:r/>
    </w:p>
    <w:p>
      <w:pPr>
        <w:pStyle w:val="ListNumber"/>
        <w:spacing w:line="240" w:lineRule="auto"/>
        <w:ind w:left="720"/>
      </w:pPr>
      <w:r/>
      <w:hyperlink r:id="rId13">
        <w:r>
          <w:rPr>
            <w:color w:val="0000EE"/>
            <w:u w:val="single"/>
          </w:rPr>
          <w:t>https://about.fb.com/news/2024/04/new-ray-ban-meta-smart-glasses-styles-and-meta-ai-updates/</w:t>
        </w:r>
      </w:hyperlink>
      <w:r>
        <w:t xml:space="preserve"> - Provides information on the new AI updates and features, such as real-time information and text translation using the camera.</w:t>
      </w:r>
      <w:r/>
    </w:p>
    <w:p>
      <w:pPr>
        <w:pStyle w:val="ListNumber"/>
        <w:spacing w:line="240" w:lineRule="auto"/>
        <w:ind w:left="720"/>
      </w:pPr>
      <w:r/>
      <w:hyperlink r:id="rId14">
        <w:r>
          <w:rPr>
            <w:color w:val="0000EE"/>
            <w:u w:val="single"/>
          </w:rPr>
          <w:t>https://www.techradar.com/computing/artificial-intelligence/i-finally-tried-the-meta-ai-in-my-ray-ban-smart-glasses-thanks-to-an-accidental-uk-launch-and-its-by-far-the-best-ai-wearable</w:t>
        </w:r>
      </w:hyperlink>
      <w:r>
        <w:t xml:space="preserve"> - Describes the practical use of Meta AI in identifying surroundings and providing context through the built-in camera.</w:t>
      </w:r>
      <w:r/>
    </w:p>
    <w:p>
      <w:pPr>
        <w:pStyle w:val="ListNumber"/>
        <w:spacing w:line="240" w:lineRule="auto"/>
        <w:ind w:left="720"/>
      </w:pPr>
      <w:r/>
      <w:hyperlink r:id="rId10">
        <w:r>
          <w:rPr>
            <w:color w:val="0000EE"/>
            <w:u w:val="single"/>
          </w:rPr>
          <w:t>https://www.meta.com/help/smart-glasses/articles/voice-controls/learn-more-meta-ai-ray-ban-meta-smart-glasses/</w:t>
        </w:r>
      </w:hyperlink>
      <w:r>
        <w:t xml:space="preserve"> - Explains how users can manage and delete their voice interactions and images captured by the glasses, addressing data privacy concerns.</w:t>
      </w:r>
      <w:r/>
    </w:p>
    <w:p>
      <w:pPr>
        <w:pStyle w:val="ListNumber"/>
        <w:spacing w:line="240" w:lineRule="auto"/>
        <w:ind w:left="720"/>
      </w:pPr>
      <w:r/>
      <w:hyperlink r:id="rId13">
        <w:r>
          <w:rPr>
            <w:color w:val="0000EE"/>
            <w:u w:val="single"/>
          </w:rPr>
          <w:t>https://about.fb.com/news/2024/04/new-ray-ban-meta-smart-glasses-styles-and-meta-ai-updates/</w:t>
        </w:r>
      </w:hyperlink>
      <w:r>
        <w:t xml:space="preserve"> - Mentions the ability to share views on video calls, which involves capturing and transmitting images, raising privacy concerns.</w:t>
      </w:r>
      <w:r/>
    </w:p>
    <w:p>
      <w:pPr>
        <w:pStyle w:val="ListNumber"/>
        <w:spacing w:line="240" w:lineRule="auto"/>
        <w:ind w:left="720"/>
      </w:pPr>
      <w:r/>
      <w:hyperlink r:id="rId11">
        <w:r>
          <w:rPr>
            <w:color w:val="0000EE"/>
            <w:u w:val="single"/>
          </w:rPr>
          <w:t>https://www.cnet.com/tech/mobile/meta-ray-bans-6-months-later-the-best-ai-companion-happens-to-be-camera-glasses/</w:t>
        </w:r>
      </w:hyperlink>
      <w:r>
        <w:t xml:space="preserve"> - Highlights the everyday use of the glasses, including passive image capture, which could inadvertently share private images.</w:t>
      </w:r>
      <w:r/>
    </w:p>
    <w:p>
      <w:pPr>
        <w:pStyle w:val="ListNumber"/>
        <w:spacing w:line="240" w:lineRule="auto"/>
        <w:ind w:left="720"/>
      </w:pPr>
      <w:r/>
      <w:hyperlink r:id="rId12">
        <w:r>
          <w:rPr>
            <w:color w:val="0000EE"/>
            <w:u w:val="single"/>
          </w:rPr>
          <w:t>https://moorinsightsstrategy.com/research-notes/ray-ban-meta-smart-glasses-review-better-cooler-and-more-useful-than-ever/</w:t>
        </w:r>
      </w:hyperlink>
      <w:r>
        <w:t xml:space="preserve"> - Discusses the potential for Meta to use collected data to enhance AI capabilities, similar to their historical practices with public data.</w:t>
      </w:r>
      <w:r/>
    </w:p>
    <w:p>
      <w:pPr>
        <w:pStyle w:val="ListNumber"/>
        <w:spacing w:line="240" w:lineRule="auto"/>
        <w:ind w:left="720"/>
      </w:pPr>
      <w:r/>
      <w:hyperlink r:id="rId13">
        <w:r>
          <w:rPr>
            <w:color w:val="0000EE"/>
            <w:u w:val="single"/>
          </w:rPr>
          <w:t>https://about.fb.com/news/2024/04/new-ray-ban-meta-smart-glasses-styles-and-meta-ai-updates/</w:t>
        </w:r>
      </w:hyperlink>
      <w:r>
        <w:t xml:space="preserve"> - Emphasizes the need for transparency from Meta regarding how images captured by the glasses will be handled, addressing privacy concerns.</w:t>
      </w:r>
      <w:r/>
    </w:p>
    <w:p>
      <w:pPr>
        <w:pStyle w:val="ListNumber"/>
        <w:spacing w:line="240" w:lineRule="auto"/>
        <w:ind w:left="720"/>
      </w:pPr>
      <w:r/>
      <w:hyperlink r:id="rId14">
        <w:r>
          <w:rPr>
            <w:color w:val="0000EE"/>
            <w:u w:val="single"/>
          </w:rPr>
          <w:t>https://www.techradar.com/computing/artificial-intelligence/i-finally-tried-the-meta-ai-in-my-ray-ban-smart-glasses-thanks-to-an-accidental-uk-launch-and-its-by-far-the-best-ai-wearable</w:t>
        </w:r>
      </w:hyperlink>
      <w:r>
        <w:t xml:space="preserve"> - Illustrates the practical implications of passive image collection and the need for clear guidelines on data usage.</w:t>
      </w:r>
      <w:r/>
    </w:p>
    <w:p>
      <w:pPr>
        <w:pStyle w:val="ListNumber"/>
        <w:spacing w:line="240" w:lineRule="auto"/>
        <w:ind w:left="720"/>
      </w:pPr>
      <w:r/>
      <w:hyperlink r:id="rId15">
        <w:r>
          <w:rPr>
            <w:color w:val="0000EE"/>
            <w:u w:val="single"/>
          </w:rPr>
          <w:t>https://www.macrumors.com/2024/10/01/meta-ray-bans-ai-training/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eta.com/help/smart-glasses/articles/voice-controls/learn-more-meta-ai-ray-ban-meta-smart-glasses/" TargetMode="External"/><Relationship Id="rId11" Type="http://schemas.openxmlformats.org/officeDocument/2006/relationships/hyperlink" Target="https://www.cnet.com/tech/mobile/meta-ray-bans-6-months-later-the-best-ai-companion-happens-to-be-camera-glasses/" TargetMode="External"/><Relationship Id="rId12" Type="http://schemas.openxmlformats.org/officeDocument/2006/relationships/hyperlink" Target="https://moorinsightsstrategy.com/research-notes/ray-ban-meta-smart-glasses-review-better-cooler-and-more-useful-than-ever/" TargetMode="External"/><Relationship Id="rId13" Type="http://schemas.openxmlformats.org/officeDocument/2006/relationships/hyperlink" Target="https://about.fb.com/news/2024/04/new-ray-ban-meta-smart-glasses-styles-and-meta-ai-updates/" TargetMode="External"/><Relationship Id="rId14" Type="http://schemas.openxmlformats.org/officeDocument/2006/relationships/hyperlink" Target="https://www.techradar.com/computing/artificial-intelligence/i-finally-tried-the-meta-ai-in-my-ray-ban-smart-glasses-thanks-to-an-accidental-uk-launch-and-its-by-far-the-best-ai-wearable" TargetMode="External"/><Relationship Id="rId15" Type="http://schemas.openxmlformats.org/officeDocument/2006/relationships/hyperlink" Target="https://www.macrumors.com/2024/10/01/meta-ray-bans-ai-trai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