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AI dubbing tools to enhance video accessibility at Meta Connect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MENLO PARK, CA: At this month's Meta Connect conference, Meta, the parent company of Instagram, Facebook, and WhatsApp, unveiled innovative AI dubbing tools aimed at broadening the accessibility of video content through automatic language translation. The newly introduced technology is set to revolutionise the way users engage with video content on Instagram and Facebook, as well as enhance the functionality of Meta Ray-Ban smart glasses.</w:t>
      </w:r>
      <w:r/>
    </w:p>
    <w:p>
      <w:r/>
      <w:r>
        <w:t>During the conference, Meta's founder and CEO, Mark Zuckerberg, showcased the capabilities of the new AI dubbing tools through a live demonstration. Instagram Reels were translated seamlessly between English and Spanish, with the technology accurately simulating creator voices and matching lip movements to the translated dialogue. This demonstration highlighted Meta's goal of making content accessible to a global audience by breaking down language barriers.</w:t>
      </w:r>
      <w:r/>
    </w:p>
    <w:p>
      <w:r/>
      <w:r>
        <w:t>The AI dubbing tools had previously been tested on content created by influencers in Latin America and the United States. Buoyed by the success of these initial tests, Meta announced plans to extend this technology to more languages and creators. The expansion is part of Meta’s broader strategy to enhance user experiences by leveraging AI advancements.</w:t>
      </w:r>
      <w:r/>
    </w:p>
    <w:p>
      <w:r/>
      <w:r>
        <w:t>Highlighting the practical applications of the technology, Zuckerberg also engaged in a multilingual conversation with UFC fighter Brandon Moreno at the conference. Wearing a pair of Meta’s Ray-Ban smart glasses, Zuckerberg translated Moreno's Spanish speech into English live through open-ear speakers. These smart glasses, initially launched last September, already feature capabilities such as camera functions, calling, and messaging, and the new addition of AI dubbing is set to boost their appeal.</w:t>
      </w:r>
      <w:r/>
    </w:p>
    <w:p>
      <w:r/>
      <w:r>
        <w:t>Beyond audio dubbing, the Meta Connect conference also introduced other cutting-edge features. Among these was a new picture-editing function that allows users to change someone’s outfit in an image, showcasing Meta’s advanced image manipulation solutions. Furthermore, Meta introduced virtual assistant voice options, allowing users to select celebrity voices such as those of John Cena and Kristen Bell. To enhance social media engagement further, AI-generated caption suggestions for Instagram and Facebook posts were also discussed.</w:t>
      </w:r>
      <w:r/>
    </w:p>
    <w:p>
      <w:r/>
      <w:r>
        <w:t>The landscape of automatic dubbing is poised for further development, with YouTube announcing on September 18 that hundreds of thousands of creators will soon have access to similar capabilities. YouTube plans to offer a broader selection of languages, including Spanish, Portuguese, French, and Italian, positioning itself as a major player in this domain alongside Meta.</w:t>
      </w:r>
      <w:r/>
    </w:p>
    <w:p>
      <w:r/>
      <w:r>
        <w:t>Overall, these advancements from Meta, particularly the AI dubbing tools and enhanced smart glasses functionalities, signify a significant step towards more inclusive and versatile social media platforms, setting the stage for future developments in AI-driven content translation and user interaction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https://techcrunch.com/2024/09/25/meta-ai-gets-lip-synced-translations-and-celebrity-voices-like-judi-dench-and-john-cena/</w:t>
        </w:r>
      </w:hyperlink>
      <w:r>
        <w:t xml:space="preserve"> - Corroborates the introduction of AI dubbing tools and the translation of Instagram Reels between English and Spanish, as well as the simulation of creator voices and lip movements.</w:t>
      </w:r>
      <w:r/>
    </w:p>
    <w:p>
      <w:pPr>
        <w:pStyle w:val="ListNumber"/>
        <w:spacing w:line="240" w:lineRule="auto"/>
        <w:ind w:left="720"/>
      </w:pPr>
      <w:r/>
      <w:hyperlink r:id="rId11">
        <w:r>
          <w:rPr>
            <w:color w:val="0000EE"/>
            <w:u w:val="single"/>
          </w:rPr>
          <w:t>https://www.prweek.com/article/1890483/metas-ai-dubbing-breaks-down-language-barriers</w:t>
        </w:r>
      </w:hyperlink>
      <w:r>
        <w:t xml:space="preserve"> - Supports the demonstration by Mark Zuckerberg of AI dubbing tools translating Instagram Reels between English and Spanish, and the use of Meta Ray-Ban smart glasses for live translation.</w:t>
      </w:r>
      <w:r/>
    </w:p>
    <w:p>
      <w:pPr>
        <w:pStyle w:val="ListNumber"/>
        <w:spacing w:line="240" w:lineRule="auto"/>
        <w:ind w:left="720"/>
      </w:pPr>
      <w:r/>
      <w:hyperlink r:id="rId12">
        <w:r>
          <w:rPr>
            <w:color w:val="0000EE"/>
            <w:u w:val="single"/>
          </w:rPr>
          <w:t>https://digiday.com/media/at-meta-connect-a-host-of-new-mixed-reality-hardware-and-ai-updates-presented-by-ceo-mark-zuckerberg/</w:t>
        </w:r>
      </w:hyperlink>
      <w:r>
        <w:t xml:space="preserve"> - Confirms the testing of AI dubbing tools on content created by influencers in Latin America and the United States, and plans to extend this technology to more languages and creators.</w:t>
      </w:r>
      <w:r/>
    </w:p>
    <w:p>
      <w:pPr>
        <w:pStyle w:val="ListNumber"/>
        <w:spacing w:line="240" w:lineRule="auto"/>
        <w:ind w:left="720"/>
      </w:pPr>
      <w:r/>
      <w:hyperlink r:id="rId12">
        <w:r>
          <w:rPr>
            <w:color w:val="0000EE"/>
            <w:u w:val="single"/>
          </w:rPr>
          <w:t>https://digiday.com/media/at-meta-connect-a-host-of-new-mixed-reality-hardware-and-ai-updates-presented-by-ceo-mark-zuckerberg/</w:t>
        </w:r>
      </w:hyperlink>
      <w:r>
        <w:t xml:space="preserve"> - Details the multilingual conversation between Mark Zuckerberg and UFC fighter Brandon Moreno using Meta Ray-Ban smart glasses for live translation.</w:t>
      </w:r>
      <w:r/>
    </w:p>
    <w:p>
      <w:pPr>
        <w:pStyle w:val="ListNumber"/>
        <w:spacing w:line="240" w:lineRule="auto"/>
        <w:ind w:left="720"/>
      </w:pPr>
      <w:r/>
      <w:hyperlink r:id="rId11">
        <w:r>
          <w:rPr>
            <w:color w:val="0000EE"/>
            <w:u w:val="single"/>
          </w:rPr>
          <w:t>https://www.prweek.com/article/1890483/metas-ai-dubbing-breaks-down-language-barriers</w:t>
        </w:r>
      </w:hyperlink>
      <w:r>
        <w:t xml:space="preserve"> - Mentions the existing features of Meta Ray-Ban smart glasses, such as camera functions, calling, and messaging, and the new addition of AI dubbing.</w:t>
      </w:r>
      <w:r/>
    </w:p>
    <w:p>
      <w:pPr>
        <w:pStyle w:val="ListNumber"/>
        <w:spacing w:line="240" w:lineRule="auto"/>
        <w:ind w:left="720"/>
      </w:pPr>
      <w:r/>
      <w:hyperlink r:id="rId10">
        <w:r>
          <w:rPr>
            <w:color w:val="0000EE"/>
            <w:u w:val="single"/>
          </w:rPr>
          <w:t>https://techcrunch.com/2024/09/25/meta-ai-gets-lip-synced-translations-and-celebrity-voices-like-judi-dench-and-john-cena/</w:t>
        </w:r>
      </w:hyperlink>
      <w:r>
        <w:t xml:space="preserve"> - Introduces the new picture-editing function that allows users to change someone’s outfit in an image, showcasing Meta’s advanced image manipulation solutions.</w:t>
      </w:r>
      <w:r/>
    </w:p>
    <w:p>
      <w:pPr>
        <w:pStyle w:val="ListNumber"/>
        <w:spacing w:line="240" w:lineRule="auto"/>
        <w:ind w:left="720"/>
      </w:pPr>
      <w:r/>
      <w:hyperlink r:id="rId12">
        <w:r>
          <w:rPr>
            <w:color w:val="0000EE"/>
            <w:u w:val="single"/>
          </w:rPr>
          <w:t>https://digiday.com/media/at-meta-connect-a-host-of-new-mixed-reality-hardware-and-ai-updates-presented-by-ceo-mark-zuckerberg/</w:t>
        </w:r>
      </w:hyperlink>
      <w:r>
        <w:t xml:space="preserve"> - Discusses the introduction of virtual assistant voice options, including celebrity voices such as John Cena and Kristen Bell.</w:t>
      </w:r>
      <w:r/>
    </w:p>
    <w:p>
      <w:pPr>
        <w:pStyle w:val="ListNumber"/>
        <w:spacing w:line="240" w:lineRule="auto"/>
        <w:ind w:left="720"/>
      </w:pPr>
      <w:r/>
      <w:hyperlink r:id="rId11">
        <w:r>
          <w:rPr>
            <w:color w:val="0000EE"/>
            <w:u w:val="single"/>
          </w:rPr>
          <w:t>https://www.prweek.com/article/1890483/metas-ai-dubbing-breaks-down-language-barriers</w:t>
        </w:r>
      </w:hyperlink>
      <w:r>
        <w:t xml:space="preserve"> - Mentions AI-generated caption suggestions for Instagram and Facebook posts to enhance social media engagement.</w:t>
      </w:r>
      <w:r/>
    </w:p>
    <w:p>
      <w:pPr>
        <w:pStyle w:val="ListNumber"/>
        <w:spacing w:line="240" w:lineRule="auto"/>
        <w:ind w:left="720"/>
      </w:pPr>
      <w:r/>
      <w:hyperlink r:id="rId11">
        <w:r>
          <w:rPr>
            <w:color w:val="0000EE"/>
            <w:u w:val="single"/>
          </w:rPr>
          <w:t>https://www.prweek.com/article/1890483/metas-ai-dubbing-breaks-down-language-barriers</w:t>
        </w:r>
      </w:hyperlink>
      <w:r>
        <w:t xml:space="preserve"> - Reports on YouTube’s announcement to provide automatic dubbing capabilities to hundreds of thousands of creators, offering a broader selection of languages.</w:t>
      </w:r>
      <w:r/>
    </w:p>
    <w:p>
      <w:pPr>
        <w:pStyle w:val="ListNumber"/>
        <w:spacing w:line="240" w:lineRule="auto"/>
        <w:ind w:left="720"/>
      </w:pPr>
      <w:r/>
      <w:hyperlink r:id="rId12">
        <w:r>
          <w:rPr>
            <w:color w:val="0000EE"/>
            <w:u w:val="single"/>
          </w:rPr>
          <w:t>https://digiday.com/media/at-meta-connect-a-host-of-new-mixed-reality-hardware-and-ai-updates-presented-by-ceo-mark-zuckerberg/</w:t>
        </w:r>
      </w:hyperlink>
      <w:r>
        <w:t xml:space="preserve"> - Highlights the significance of these advancements in setting the stage for future developments in AI-driven content translation and user interaction technologies.</w:t>
      </w:r>
      <w:r/>
    </w:p>
    <w:p>
      <w:pPr>
        <w:pStyle w:val="ListNumber"/>
        <w:spacing w:line="240" w:lineRule="auto"/>
        <w:ind w:left="720"/>
      </w:pPr>
      <w:r/>
      <w:hyperlink r:id="rId10">
        <w:r>
          <w:rPr>
            <w:color w:val="0000EE"/>
            <w:u w:val="single"/>
          </w:rPr>
          <w:t>https://techcrunch.com/2024/09/25/meta-ai-gets-lip-synced-translations-and-celebrity-voices-like-judi-dench-and-john-cena/</w:t>
        </w:r>
      </w:hyperlink>
      <w:r>
        <w:t xml:space="preserve"> - Details the broader strategy of Meta to enhance user experiences by leveraging AI advancements, including the new AI dubbing tools and enhanced smart glasses functionalities.</w:t>
      </w:r>
      <w:r/>
    </w:p>
    <w:p>
      <w:pPr>
        <w:pStyle w:val="ListNumber"/>
        <w:spacing w:line="240" w:lineRule="auto"/>
        <w:ind w:left="720"/>
      </w:pPr>
      <w:r/>
      <w:hyperlink r:id="rId11">
        <w:r>
          <w:rPr>
            <w:color w:val="0000EE"/>
            <w:u w:val="single"/>
          </w:rPr>
          <w:t>https://www.prweek.com/article/1890483/metas-ai-dubbing-breaks-down-language-barriers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09/25/meta-ai-gets-lip-synced-translations-and-celebrity-voices-like-judi-dench-and-john-cena/" TargetMode="External"/><Relationship Id="rId11" Type="http://schemas.openxmlformats.org/officeDocument/2006/relationships/hyperlink" Target="https://www.prweek.com/article/1890483/metas-ai-dubbing-breaks-down-language-barriers" TargetMode="External"/><Relationship Id="rId12" Type="http://schemas.openxmlformats.org/officeDocument/2006/relationships/hyperlink" Target="https://digiday.com/media/at-meta-connect-a-host-of-new-mixed-reality-hardware-and-ai-updates-presented-by-ceo-mark-zuckerbe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