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announces new AI-powered innovations and features at New York City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Announces New AI-Powered Innovations and Features at New York City Event</w:t>
      </w:r>
      <w:r/>
    </w:p>
    <w:p>
      <w:r/>
      <w:r>
        <w:t>New York City, [Date] — In a major event today, Microsoft unveiled a slew of new features and enhancements across its software and hardware ecosystems, marking a significant leap in its use of artificial intelligence (AI). The centrepiece of the event was the introduction of an all-new Copilot experience designed to enhance user productivity and interaction.</w:t>
      </w:r>
      <w:r/>
    </w:p>
    <w:p>
      <w:r/>
      <w:r>
        <w:t>The revamped Copilot now features a modern, card-based look that will be consistent across mobile, web, and Windows platforms. The updates aim to make Copilot more personalised and interactive. Notable new functionalities include Copilot Vision, which can interpret what the user is viewing on their screen. Additionally, an OpenAI-inspired natural voice conversation mode has been added, allowing more intuitive interactions with the system. Another notable feature is the virtual news presenter mode, which can articulate headlines, providing users with streamlined news updates.</w:t>
      </w:r>
      <w:r/>
    </w:p>
    <w:p>
      <w:r/>
      <w:r>
        <w:t>Alongside the Copilot enhancements, Windows 11 is set to receive notable updates. One such feature is the Phone Link status, now integrated into the Start menu. This tool shows notifications and the battery life of connected phones, an effort to create a more seamless experience for users managing multiple devices. Both the Paint and Photos applications in Windows 11 are seeing upgrades. They will now include 'Generative Fill' and 'Erase' features, bringing more creative capabilities to everyday graphic and photo editing tasks.</w:t>
      </w:r>
      <w:r/>
    </w:p>
    <w:p>
      <w:r/>
      <w:r>
        <w:t>Moreover, new AI capabilities are being brought to Copilot Plus PCs. A significant upgrade is to the Windows Search function, which now includes an AI-powered makeover. Among the novel features is a "Click to Do" option akin to Google's Circle to Search, enhancing the search function's usability. Users will also be able to search for photos using text descriptions, simplifying the process of finding specific images.</w:t>
      </w:r>
      <w:r/>
    </w:p>
    <w:p>
      <w:r/>
      <w:r>
        <w:t>Key players in these recent developments include Pavan Davuluri, who earlier this year took over the Windows and Surface divisions following an executive reorganisation. This shakeup also saw Mustafa Suleyman assume the role of CEO of AI at Microsoft. These leadership changes signal a new direction for the company, emphasising its focus on integrating advanced AI technologies into its products.</w:t>
      </w:r>
      <w:r/>
    </w:p>
    <w:p>
      <w:r/>
      <w:r>
        <w:t>This event comes roughly a year after the sudden departure of Panos Panay, marking a period of transformation and renewed strategy at Microsoft. The announcements made today underscore the company's commitment to pushing the boundaries of AI and delivering innovative solutions to enhance user experiences across its product line.</w:t>
      </w:r>
      <w:r/>
    </w:p>
    <w:p>
      <w:r/>
      <w:r>
        <w:t>As Microsoft continues to develop and deploy advanced AI technologies, today's announcements provide a glimpse into the future of productivity and interaction within its ecosystem. The new features are expected to roll out over the coming months, bringing enhanced functionality and more intuitive user interfaces to consumers and professionals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https://www.theverge.com/2024/10/1/24259261/microsoft-event-copilot-ai-windows</w:t>
        </w:r>
      </w:hyperlink>
      <w:r>
        <w:t xml:space="preserve"> - Corroborates the introduction of the new Copilot experience with a card-based interface, Copilot Vision, natural voice conversation mode, and virtual news presenter mode.</w:t>
      </w:r>
      <w:r/>
    </w:p>
    <w:p>
      <w:pPr>
        <w:pStyle w:val="ListNumber"/>
        <w:spacing w:line="240" w:lineRule="auto"/>
        <w:ind w:left="720"/>
      </w:pPr>
      <w:r/>
      <w:hyperlink r:id="rId10">
        <w:r>
          <w:rPr>
            <w:color w:val="0000EE"/>
            <w:u w:val="single"/>
          </w:rPr>
          <w:t>https://www.theverge.com/2024/10/1/24259261/microsoft-event-copilot-ai-windows</w:t>
        </w:r>
      </w:hyperlink>
      <w:r>
        <w:t xml:space="preserve"> - Supports the updates to Windows 11, including the Phone Link status in the Start menu and new features in Paint and Photos applications.</w:t>
      </w:r>
      <w:r/>
    </w:p>
    <w:p>
      <w:pPr>
        <w:pStyle w:val="ListNumber"/>
        <w:spacing w:line="240" w:lineRule="auto"/>
        <w:ind w:left="720"/>
      </w:pPr>
      <w:r/>
      <w:hyperlink r:id="rId10">
        <w:r>
          <w:rPr>
            <w:color w:val="0000EE"/>
            <w:u w:val="single"/>
          </w:rPr>
          <w:t>https://www.theverge.com/2024/10/1/24259261/microsoft-event-copilot-ai-windows</w:t>
        </w:r>
      </w:hyperlink>
      <w:r>
        <w:t xml:space="preserve"> - Details the AI-powered Windows Search function with 'Click to Do' option and image search using text descriptions for Copilot Plus PCs.</w:t>
      </w:r>
      <w:r/>
    </w:p>
    <w:p>
      <w:pPr>
        <w:pStyle w:val="ListNumber"/>
        <w:spacing w:line="240" w:lineRule="auto"/>
        <w:ind w:left="720"/>
      </w:pPr>
      <w:r/>
      <w:hyperlink r:id="rId10">
        <w:r>
          <w:rPr>
            <w:color w:val="0000EE"/>
            <w:u w:val="single"/>
          </w:rPr>
          <w:t>https://www.theverge.com/2024/10/1/24259261/microsoft-event-copilot-ai-windows</w:t>
        </w:r>
      </w:hyperlink>
      <w:r>
        <w:t xml:space="preserve"> - Mentions the leadership changes, including Pavan Davuluri overseeing Windows and Surface, and Mustafa Suleyman as CEO of AI at Microsoft.</w:t>
      </w:r>
      <w:r/>
    </w:p>
    <w:p>
      <w:pPr>
        <w:pStyle w:val="ListNumber"/>
        <w:spacing w:line="240" w:lineRule="auto"/>
        <w:ind w:left="720"/>
      </w:pPr>
      <w:r/>
      <w:hyperlink r:id="rId10">
        <w:r>
          <w:rPr>
            <w:color w:val="0000EE"/>
            <w:u w:val="single"/>
          </w:rPr>
          <w:t>https://www.theverge.com/2024/10/1/24259261/microsoft-event-copilot-ai-windows</w:t>
        </w:r>
      </w:hyperlink>
      <w:r>
        <w:t xml:space="preserve"> - Provides context on the executive reorganisation and the departure of Panos Panay, marking a new direction for Microsoft's AI strategy.</w:t>
      </w:r>
      <w:r/>
    </w:p>
    <w:p>
      <w:pPr>
        <w:pStyle w:val="ListNumber"/>
        <w:spacing w:line="240" w:lineRule="auto"/>
        <w:ind w:left="720"/>
      </w:pPr>
      <w:r/>
      <w:hyperlink r:id="rId11">
        <w:r>
          <w:rPr>
            <w:color w:val="0000EE"/>
            <w:u w:val="single"/>
          </w:rPr>
          <w:t>https://www.microsoft.com/en-us/security/blog/2024/08/22/microsoft-ai-tour-hear-the-latest-product-innovations-to-elevate-your-security-strategy/</w:t>
        </w:r>
      </w:hyperlink>
      <w:r>
        <w:t xml:space="preserve"> - Supports Microsoft's focus on integrating AI across various products and services, including security and IT solutions.</w:t>
      </w:r>
      <w:r/>
    </w:p>
    <w:p>
      <w:pPr>
        <w:pStyle w:val="ListNumber"/>
        <w:spacing w:line="240" w:lineRule="auto"/>
        <w:ind w:left="720"/>
      </w:pPr>
      <w:r/>
      <w:hyperlink r:id="rId12">
        <w:r>
          <w:rPr>
            <w:color w:val="0000EE"/>
            <w:u w:val="single"/>
          </w:rPr>
          <w:t>https://techcommunity.microsoft.com/t5/artificial-intelligence-machine/microsoft-ai-tour-new-york/ev-p/4003649</w:t>
        </w:r>
      </w:hyperlink>
      <w:r>
        <w:t xml:space="preserve"> - Corroborates Microsoft's commitment to AI innovation and user productivity through events like the Microsoft AI Tour.</w:t>
      </w:r>
      <w:r/>
    </w:p>
    <w:p>
      <w:pPr>
        <w:pStyle w:val="ListNumber"/>
        <w:spacing w:line="240" w:lineRule="auto"/>
        <w:ind w:left="720"/>
      </w:pPr>
      <w:r/>
      <w:hyperlink r:id="rId13">
        <w:r>
          <w:rPr>
            <w:color w:val="0000EE"/>
            <w:u w:val="single"/>
          </w:rPr>
          <w:t>https://azure.microsoft.com/en-us/blog/celebrating-customers-journeys-to-ai-innovation-at-microsoft-build-2024/</w:t>
        </w:r>
      </w:hyperlink>
      <w:r>
        <w:t xml:space="preserve"> - Highlights customer innovations using Azure AI, demonstrating the transformative impact of AI across various industries.</w:t>
      </w:r>
      <w:r/>
    </w:p>
    <w:p>
      <w:pPr>
        <w:pStyle w:val="ListNumber"/>
        <w:spacing w:line="240" w:lineRule="auto"/>
        <w:ind w:left="720"/>
      </w:pPr>
      <w:r/>
      <w:hyperlink r:id="rId13">
        <w:r>
          <w:rPr>
            <w:color w:val="0000EE"/>
            <w:u w:val="single"/>
          </w:rPr>
          <w:t>https://azure.microsoft.com/en-us/blog/celebrating-customers-journeys-to-ai-innovation-at-microsoft-build-2024/</w:t>
        </w:r>
      </w:hyperlink>
      <w:r>
        <w:t xml:space="preserve"> - Provides examples of AI-powered solutions developed with Azure AI, such as those by Unity Technologies and the New York City Department of Education.</w:t>
      </w:r>
      <w:r/>
    </w:p>
    <w:p>
      <w:pPr>
        <w:pStyle w:val="ListNumber"/>
        <w:spacing w:line="240" w:lineRule="auto"/>
        <w:ind w:left="720"/>
      </w:pPr>
      <w:r/>
      <w:hyperlink r:id="rId14">
        <w:r>
          <w:rPr>
            <w:color w:val="0000EE"/>
            <w:u w:val="single"/>
          </w:rPr>
          <w:t>https://www.communitydays.org/event/2024-06-21/ai-community-conference-nyc-2024</w:t>
        </w:r>
      </w:hyperlink>
      <w:r>
        <w:t xml:space="preserve"> - Supports the broader context of Microsoft's engagement with the AI community through various events and conferences.</w:t>
      </w:r>
      <w:r/>
    </w:p>
    <w:p>
      <w:pPr>
        <w:pStyle w:val="ListNumber"/>
        <w:spacing w:line="240" w:lineRule="auto"/>
        <w:ind w:left="720"/>
      </w:pPr>
      <w:r/>
      <w:hyperlink r:id="rId14">
        <w:r>
          <w:rPr>
            <w:color w:val="0000EE"/>
            <w:u w:val="single"/>
          </w:rPr>
          <w:t>https://www.communitydays.org/event/2024-06-21/ai-community-conference-nyc-2024</w:t>
        </w:r>
      </w:hyperlink>
      <w:r>
        <w:t xml:space="preserve"> - Details the interactive and educational aspects of AI events, aligning with Microsoft's efforts to enhance user knowledge and skills in AI.</w:t>
      </w:r>
      <w:r/>
    </w:p>
    <w:p>
      <w:pPr>
        <w:pStyle w:val="ListNumber"/>
        <w:spacing w:line="240" w:lineRule="auto"/>
        <w:ind w:left="720"/>
      </w:pPr>
      <w:r/>
      <w:hyperlink r:id="rId10">
        <w:r>
          <w:rPr>
            <w:color w:val="0000EE"/>
            <w:u w:val="single"/>
          </w:rPr>
          <w:t>https://www.theverge.com/2024/10/1/24259261/microsoft-event-copilot-ai-windows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1/24259261/microsoft-event-copilot-ai-windows" TargetMode="External"/><Relationship Id="rId11" Type="http://schemas.openxmlformats.org/officeDocument/2006/relationships/hyperlink" Target="https://www.microsoft.com/en-us/security/blog/2024/08/22/microsoft-ai-tour-hear-the-latest-product-innovations-to-elevate-your-security-strategy/" TargetMode="External"/><Relationship Id="rId12" Type="http://schemas.openxmlformats.org/officeDocument/2006/relationships/hyperlink" Target="https://techcommunity.microsoft.com/t5/artificial-intelligence-machine/microsoft-ai-tour-new-york/ev-p/4003649" TargetMode="External"/><Relationship Id="rId13" Type="http://schemas.openxmlformats.org/officeDocument/2006/relationships/hyperlink" Target="https://azure.microsoft.com/en-us/blog/celebrating-customers-journeys-to-ai-innovation-at-microsoft-build-2024/" TargetMode="External"/><Relationship Id="rId14" Type="http://schemas.openxmlformats.org/officeDocument/2006/relationships/hyperlink" Target="https://www.communitydays.org/event/2024-06-21/ai-community-conference-nyc-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