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offers uninstall option for controversial recall feature in Windows 11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Microsoft Offers Uninstall Option for Controversial Recall Feature in Windows 11</w:t>
      </w:r>
      <w:r/>
    </w:p>
    <w:p>
      <w:r/>
      <w:r>
        <w:rPr>
          <w:b/>
        </w:rPr>
        <w:t>Redmond, Washington, USA -</w:t>
      </w:r>
      <w:r>
        <w:t xml:space="preserve"> In an evolving dialogue surrounding its new features, Microsoft has announced that the controversial Recall feature in Windows 11 will be entirely removable for Copilot+ PC owners. This development comes after a series of mixed signals from the tech giant regarding the feature's integration and usability.</w:t>
      </w:r>
      <w:r/>
    </w:p>
    <w:p>
      <w:r/>
      <w:r>
        <w:t>Recall, an AI-powered component designed to take and make searchable snapshots of device activity, was initially met with significant backlash from both users and security experts for its potential privacy implications. The feature was slated to be an integral part of Windows 11 updates, but concerns over user data security led Microsoft to pause its deployment for further refinements.</w:t>
      </w:r>
      <w:r/>
    </w:p>
    <w:p>
      <w:r/>
      <w:r>
        <w:t>Recent observations of Windows 11 preview builds hinted at the possibility of uninstalling Recall. However, Microsoft initially clarified that allowing the removal was a mistake, attributing it to a bug in the specific build. In a turn of events, the company now confirms that Recall will indeed be an opt-in feature and can be fully removed via the operating system's settings.</w:t>
      </w:r>
      <w:r/>
    </w:p>
    <w:p>
      <w:r/>
      <w:r>
        <w:t>According to an official statement from Microsoft, the feature will be present only on Copilot+ PCs when it rolls out in November. Users can uninstall Recall by navigating to the 'Turn Windows features on and off' menu through the taskbar search box. Here, users can deselect Recall and, after a necessary system reboot, the feature and all associated processes will be completely removed from the device.</w:t>
      </w:r>
      <w:r/>
    </w:p>
    <w:p>
      <w:r/>
      <w:r>
        <w:t>"This capability gives users a choice to exclude Recall," a Microsoft spokesperson stated, "addressing concerns about privacy and control over personal data."</w:t>
      </w:r>
      <w:r/>
    </w:p>
    <w:p>
      <w:r/>
      <w:r>
        <w:t>Recall's initial introduction sparked significant debates, leading to its temporary withdrawal. Users and security analysts expressed apprehension about the AI-driven feature's capacity to record and store device activities, which could potentially be exploited if not adequately secured. Microsoft's promise of new security and encryption measures aims to mitigate these concerns, though the company's assurances will be closely scrutinised upon Recall's relaunch.</w:t>
      </w:r>
      <w:r/>
    </w:p>
    <w:p>
      <w:r/>
      <w:r>
        <w:t>As the November release for the updated Recall feature approaches, Microsoft seeks to demonstrate a balance between innovation and safeguarding user privacy. By allowing complete removal of the feature, the company is providing an option that could appease critics and ensure a wider acceptance among privacy-conscious users.</w:t>
      </w:r>
      <w:r/>
    </w:p>
    <w:p>
      <w:r/>
      <w:r>
        <w:t>Windows 11 users can anticipate further updates as Microsoft continues refining its offerings, particularly in relation to user feedback and evolving digital security landscapes.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https://www.windowscentral.com/software-apps/windows-11/turns-out-you-wont-be-able-to-uninstall-windows-11s-recall-feature-after-all</w:t>
        </w:r>
      </w:hyperlink>
      <w:r>
        <w:t xml:space="preserve"> - Confirms that the uninstall option for Recall is a bug and will be fixed, and that Recall will not be removable when it launches.</w:t>
      </w:r>
      <w:r/>
    </w:p>
    <w:p>
      <w:pPr>
        <w:pStyle w:val="ListNumber"/>
        <w:spacing w:line="240" w:lineRule="auto"/>
        <w:ind w:left="720"/>
      </w:pPr>
      <w:r/>
      <w:hyperlink r:id="rId11">
        <w:r>
          <w:rPr>
            <w:color w:val="0000EE"/>
            <w:u w:val="single"/>
          </w:rPr>
          <w:t>https://www.thehindu.com/sci-tech/technology/microsoft-says-uninstall-option-for-recall-in-windows-11-update-is-a-bug/article68599852.ece</w:t>
        </w:r>
      </w:hyperlink>
      <w:r>
        <w:t xml:space="preserve"> - States that the uninstall option for Recall is a bug and will be fixed, and discusses the security concerns and changes to the feature.</w:t>
      </w:r>
      <w:r/>
    </w:p>
    <w:p>
      <w:pPr>
        <w:pStyle w:val="ListNumber"/>
        <w:spacing w:line="240" w:lineRule="auto"/>
        <w:ind w:left="720"/>
      </w:pPr>
      <w:r/>
      <w:hyperlink r:id="rId12">
        <w:r>
          <w:rPr>
            <w:color w:val="0000EE"/>
            <w:u w:val="single"/>
          </w:rPr>
          <w:t>https://it.slashdot.org/story/24/09/02/2241242/microsoft-says-its-recall-uninstall-option-in-windows-11-is-just-a-bug</w:t>
        </w:r>
      </w:hyperlink>
      <w:r>
        <w:t xml:space="preserve"> - Reports that the uninstall option for Recall is a bug and quotes Microsoft's statement on the issue.</w:t>
      </w:r>
      <w:r/>
    </w:p>
    <w:p>
      <w:pPr>
        <w:pStyle w:val="ListNumber"/>
        <w:spacing w:line="240" w:lineRule="auto"/>
        <w:ind w:left="720"/>
      </w:pPr>
      <w:r/>
      <w:hyperlink r:id="rId13">
        <w:r>
          <w:rPr>
            <w:color w:val="0000EE"/>
            <w:u w:val="single"/>
          </w:rPr>
          <w:t>https://www.theverge.com/2024/9/2/24233992/microsoft-recall-windows-11-uninstall-feature-bug</w:t>
        </w:r>
      </w:hyperlink>
      <w:r>
        <w:t xml:space="preserve"> - Clarifies that the uninstall option is a glitch and provides details on the security concerns and upcoming changes to Recall.</w:t>
      </w:r>
      <w:r/>
    </w:p>
    <w:p>
      <w:pPr>
        <w:pStyle w:val="ListNumber"/>
        <w:spacing w:line="240" w:lineRule="auto"/>
        <w:ind w:left="720"/>
      </w:pPr>
      <w:r/>
      <w:hyperlink r:id="rId14">
        <w:r>
          <w:rPr>
            <w:color w:val="0000EE"/>
            <w:u w:val="single"/>
          </w:rPr>
          <w:t>https://mashable.com/article/microsoft-recall-feature-cant-be-uninstalled</w:t>
        </w:r>
      </w:hyperlink>
      <w:r>
        <w:t xml:space="preserve"> - Confirms that Recall cannot be uninstalled and discusses the security and privacy concerns associated with the feature.</w:t>
      </w:r>
      <w:r/>
    </w:p>
    <w:p>
      <w:pPr>
        <w:pStyle w:val="ListNumber"/>
        <w:spacing w:line="240" w:lineRule="auto"/>
        <w:ind w:left="720"/>
      </w:pPr>
      <w:r/>
      <w:hyperlink r:id="rId10">
        <w:r>
          <w:rPr>
            <w:color w:val="0000EE"/>
            <w:u w:val="single"/>
          </w:rPr>
          <w:t>https://www.windowscentral.com/software-apps/windows-11/turns-out-you-wont-be-able-to-uninstall-windows-11s-recall-feature-after-all</w:t>
        </w:r>
      </w:hyperlink>
      <w:r>
        <w:t xml:space="preserve"> - Details the initial backlash and postponement of Recall due to security and privacy concerns.</w:t>
      </w:r>
      <w:r/>
    </w:p>
    <w:p>
      <w:pPr>
        <w:pStyle w:val="ListNumber"/>
        <w:spacing w:line="240" w:lineRule="auto"/>
        <w:ind w:left="720"/>
      </w:pPr>
      <w:r/>
      <w:hyperlink r:id="rId11">
        <w:r>
          <w:rPr>
            <w:color w:val="0000EE"/>
            <w:u w:val="single"/>
          </w:rPr>
          <w:t>https://www.thehindu.com/sci-tech/technology/microsoft-says-uninstall-option-for-recall-in-windows-11-update-is-a-bug/article68599852.ece</w:t>
        </w:r>
      </w:hyperlink>
      <w:r>
        <w:t xml:space="preserve"> - Explains that Recall will be an opt-in feature and discusses the encryption and authentication measures being implemented.</w:t>
      </w:r>
      <w:r/>
    </w:p>
    <w:p>
      <w:pPr>
        <w:pStyle w:val="ListNumber"/>
        <w:spacing w:line="240" w:lineRule="auto"/>
        <w:ind w:left="720"/>
      </w:pPr>
      <w:r/>
      <w:hyperlink r:id="rId12">
        <w:r>
          <w:rPr>
            <w:color w:val="0000EE"/>
            <w:u w:val="single"/>
          </w:rPr>
          <w:t>https://it.slashdot.org/story/24/09/02/2241242/microsoft-says-its-recall-uninstall-option-in-windows-11-is-just-a-bug</w:t>
        </w:r>
      </w:hyperlink>
      <w:r>
        <w:t xml:space="preserve"> - Discusses user concerns and potential legal issues related to Recall's data collection and storage.</w:t>
      </w:r>
      <w:r/>
    </w:p>
    <w:p>
      <w:pPr>
        <w:pStyle w:val="ListNumber"/>
        <w:spacing w:line="240" w:lineRule="auto"/>
        <w:ind w:left="720"/>
      </w:pPr>
      <w:r/>
      <w:hyperlink r:id="rId13">
        <w:r>
          <w:rPr>
            <w:color w:val="0000EE"/>
            <w:u w:val="single"/>
          </w:rPr>
          <w:t>https://www.theverge.com/2024/9/2/24233992/microsoft-recall-windows-11-uninstall-feature-bug</w:t>
        </w:r>
      </w:hyperlink>
      <w:r>
        <w:t xml:space="preserve"> - Provides context on the initial introduction and subsequent postponement of the Recall feature due to security concerns.</w:t>
      </w:r>
      <w:r/>
    </w:p>
    <w:p>
      <w:pPr>
        <w:pStyle w:val="ListNumber"/>
        <w:spacing w:line="240" w:lineRule="auto"/>
        <w:ind w:left="720"/>
      </w:pPr>
      <w:r/>
      <w:hyperlink r:id="rId14">
        <w:r>
          <w:rPr>
            <w:color w:val="0000EE"/>
            <w:u w:val="single"/>
          </w:rPr>
          <w:t>https://mashable.com/article/microsoft-recall-feature-cant-be-uninstalled</w:t>
        </w:r>
      </w:hyperlink>
      <w:r>
        <w:t xml:space="preserve"> - Highlights the criticism from security experts and the potential risks associated with Recall's data collection.</w:t>
      </w:r>
      <w:r/>
    </w:p>
    <w:p>
      <w:pPr>
        <w:pStyle w:val="ListNumber"/>
        <w:spacing w:line="240" w:lineRule="auto"/>
        <w:ind w:left="720"/>
      </w:pPr>
      <w:r/>
      <w:hyperlink r:id="rId10">
        <w:r>
          <w:rPr>
            <w:color w:val="0000EE"/>
            <w:u w:val="single"/>
          </w:rPr>
          <w:t>https://www.windowscentral.com/software-apps/windows-11/turns-out-you-wont-be-able-to-uninstall-windows-11s-recall-feature-after-all</w:t>
        </w:r>
      </w:hyperlink>
      <w:r>
        <w:t xml:space="preserve"> - Mentions that users will still be able to disable Recall if they do not intend to use it, despite it not being removable.</w:t>
      </w:r>
      <w:r/>
    </w:p>
    <w:p>
      <w:pPr>
        <w:pStyle w:val="ListNumber"/>
        <w:spacing w:line="240" w:lineRule="auto"/>
        <w:ind w:left="720"/>
      </w:pPr>
      <w:r/>
      <w:hyperlink r:id="rId15">
        <w:r>
          <w:rPr>
            <w:color w:val="0000EE"/>
            <w:u w:val="single"/>
          </w:rPr>
          <w:t>https://www.techradar.com/computing/windows/paranoid-about-windows-11s-recall-feature-even-being-on-your-pc-heres-some-good-news-youll-be-able-to-fully-uninstall-it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indowscentral.com/software-apps/windows-11/turns-out-you-wont-be-able-to-uninstall-windows-11s-recall-feature-after-all" TargetMode="External"/><Relationship Id="rId11" Type="http://schemas.openxmlformats.org/officeDocument/2006/relationships/hyperlink" Target="https://www.thehindu.com/sci-tech/technology/microsoft-says-uninstall-option-for-recall-in-windows-11-update-is-a-bug/article68599852.ece" TargetMode="External"/><Relationship Id="rId12" Type="http://schemas.openxmlformats.org/officeDocument/2006/relationships/hyperlink" Target="https://it.slashdot.org/story/24/09/02/2241242/microsoft-says-its-recall-uninstall-option-in-windows-11-is-just-a-bug" TargetMode="External"/><Relationship Id="rId13" Type="http://schemas.openxmlformats.org/officeDocument/2006/relationships/hyperlink" Target="https://www.theverge.com/2024/9/2/24233992/microsoft-recall-windows-11-uninstall-feature-bug" TargetMode="External"/><Relationship Id="rId14" Type="http://schemas.openxmlformats.org/officeDocument/2006/relationships/hyperlink" Target="https://mashable.com/article/microsoft-recall-feature-cant-be-uninstalled" TargetMode="External"/><Relationship Id="rId15" Type="http://schemas.openxmlformats.org/officeDocument/2006/relationships/hyperlink" Target="https://www.techradar.com/computing/windows/paranoid-about-windows-11s-recall-feature-even-being-on-your-pc-heres-some-good-news-youll-be-able-to-fully-uninstall-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