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plans second attempt to launch AI-powered recall program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Plans Second Attempt to Launch AI-Powered Recall Program</w:t>
      </w:r>
      <w:r/>
    </w:p>
    <w:p>
      <w:r/>
      <w:r>
        <w:t>Microsoft is gearing up to reintroduce its artificial intelligence-powered Recall program, a feature designed to track and store data on users' computer activity. This effort marks the tech giant's second attempt to roll out the feature, following an initial delay announced in June.</w:t>
      </w:r>
      <w:r/>
    </w:p>
    <w:p>
      <w:r/>
      <w:r>
        <w:t>The Recall program, originally heralded as a groundbreaking tool in the realm of personal computing, promises to generate a searchable history of a user's digital activity. This includes data from web browsing, voice chats, and various other interactions within the virtual environment. However, the tool's comprehensive data tracking capabilities have sparked concerns surrounding user privacy and the potential for unauthorized surveillance.</w:t>
      </w:r>
      <w:r/>
    </w:p>
    <w:p>
      <w:r/>
      <w:r>
        <w:t>Earlier this year, Microsoft decided to delay a full-scale rollout, opting instead to introduce Recall to a limited set of users. This cautious approach reflects the company’s awareness of the privacy concerns that have been voiced by both users and privacy advocates.</w:t>
      </w:r>
      <w:r/>
    </w:p>
    <w:p>
      <w:r/>
      <w:r>
        <w:t>Media reports indicate that Microsoft has made updates to Recall aimed at mitigating these concerns. One significant update is the ability for users to remove the Recall feature completely through the Optional Features settings in Windows. This adjustment appears to be a direct response to feedback from those who are wary of the product's implications for user security and privacy.</w:t>
      </w:r>
      <w:r/>
    </w:p>
    <w:p>
      <w:r/>
      <w:r>
        <w:t>Despite these updates, the timing for the general availability of Recall remains uncertain. Observers note that the broader context of Recall's rollout is one of increasing attention to cybersecurity, particularly as artificial intelligence tools become more widespread. The sophistication of cyber threats has grown, with scammers leveraging advanced AI technologies to enhance their activities, underscoring the necessity for improved digital literacy among users.</w:t>
      </w:r>
      <w:r/>
    </w:p>
    <w:p>
      <w:r/>
      <w:r>
        <w:t>As AI technology continues to evolve, the balance between harnessing its benefits and protecting user privacy remains a topic of significant importance. Microsoft’s steps to address privacy concerns with Recall will be closely watched by both industry experts and everyday users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https://learn.microsoft.com/sv-se/windows/ai/apis/recall</w:t>
        </w:r>
      </w:hyperlink>
      <w:r>
        <w:t xml:space="preserve"> - Corroborates the functionality of the Recall program, including its ability to track and store user activity, and the use of UserActivity API for deep links.</w:t>
      </w:r>
      <w:r/>
    </w:p>
    <w:p>
      <w:pPr>
        <w:pStyle w:val="ListNumber"/>
        <w:spacing w:line="240" w:lineRule="auto"/>
        <w:ind w:left="720"/>
      </w:pPr>
      <w:r/>
      <w:hyperlink r:id="rId11">
        <w:r>
          <w:rPr>
            <w:color w:val="0000EE"/>
            <w:u w:val="single"/>
          </w:rPr>
          <w:t>https://www.pymnts.com/artificial-intelligence-2/2024/microsoft-prepares-to-relaunch-ai-powered-recall-offering/</w:t>
        </w:r>
      </w:hyperlink>
      <w:r>
        <w:t xml:space="preserve"> - Supports the information about Microsoft's second attempt to launch the Recall program and the initial delay announced in June, as well as updates to address privacy concerns.</w:t>
      </w:r>
      <w:r/>
    </w:p>
    <w:p>
      <w:pPr>
        <w:pStyle w:val="ListNumber"/>
        <w:spacing w:line="240" w:lineRule="auto"/>
        <w:ind w:left="720"/>
      </w:pPr>
      <w:r/>
      <w:hyperlink r:id="rId11">
        <w:r>
          <w:rPr>
            <w:color w:val="0000EE"/>
            <w:u w:val="single"/>
          </w:rPr>
          <w:t>https://www.pymnts.com/artificial-intelligence-2/2024/microsoft-prepares-to-relaunch-ai-powered-recall-offering/</w:t>
        </w:r>
      </w:hyperlink>
      <w:r>
        <w:t xml:space="preserve"> - Details the ability for users to remove the Recall feature completely through the Optional Features settings in Windows.</w:t>
      </w:r>
      <w:r/>
    </w:p>
    <w:p>
      <w:pPr>
        <w:pStyle w:val="ListNumber"/>
        <w:spacing w:line="240" w:lineRule="auto"/>
        <w:ind w:left="720"/>
      </w:pPr>
      <w:r/>
      <w:hyperlink r:id="rId12">
        <w:r>
          <w:rPr>
            <w:color w:val="0000EE"/>
            <w:u w:val="single"/>
          </w:rPr>
          <w:t>https://www.crn.com/news/security/2024/microsoft-ai-pc-recall-feature-gets-security-architecture-update</w:t>
        </w:r>
      </w:hyperlink>
      <w:r>
        <w:t xml:space="preserve"> - Explains the security updates and user controls added to the Recall feature, including biometric authentication and encryption of snapshots.</w:t>
      </w:r>
      <w:r/>
    </w:p>
    <w:p>
      <w:pPr>
        <w:pStyle w:val="ListNumber"/>
        <w:spacing w:line="240" w:lineRule="auto"/>
        <w:ind w:left="720"/>
      </w:pPr>
      <w:r/>
      <w:hyperlink r:id="rId12">
        <w:r>
          <w:rPr>
            <w:color w:val="0000EE"/>
            <w:u w:val="single"/>
          </w:rPr>
          <w:t>https://www.crn.com/news/security/2024/microsoft-ai-pc-recall-feature-gets-security-architecture-update</w:t>
        </w:r>
      </w:hyperlink>
      <w:r>
        <w:t xml:space="preserve"> - Describes the measures taken to secure Recall data, such as detecting sensitive information and using a trusted platform module (TPM) for encryption.</w:t>
      </w:r>
      <w:r/>
    </w:p>
    <w:p>
      <w:pPr>
        <w:pStyle w:val="ListNumber"/>
        <w:spacing w:line="240" w:lineRule="auto"/>
        <w:ind w:left="720"/>
      </w:pPr>
      <w:r/>
      <w:hyperlink r:id="rId13">
        <w:r>
          <w:rPr>
            <w:color w:val="0000EE"/>
            <w:u w:val="single"/>
          </w:rPr>
          <w:t>https://www.cnbc.com/2024/08/21/microsoft-recall-ai-search-for-windows-insiders-releases-in-october.html</w:t>
        </w:r>
      </w:hyperlink>
      <w:r>
        <w:t xml:space="preserve"> - Confirms the delayed rollout and the decision to release Recall to Windows Insiders in October, highlighting security concerns and updates.</w:t>
      </w:r>
      <w:r/>
    </w:p>
    <w:p>
      <w:pPr>
        <w:pStyle w:val="ListNumber"/>
        <w:spacing w:line="240" w:lineRule="auto"/>
        <w:ind w:left="720"/>
      </w:pPr>
      <w:r/>
      <w:hyperlink r:id="rId13">
        <w:r>
          <w:rPr>
            <w:color w:val="0000EE"/>
            <w:u w:val="single"/>
          </w:rPr>
          <w:t>https://www.cnbc.com/2024/08/21/microsoft-recall-ai-search-for-windows-insiders-releases-in-october.html</w:t>
        </w:r>
      </w:hyperlink>
      <w:r>
        <w:t xml:space="preserve"> - Mentions the broader context of cybersecurity and the growing sophistication of cyber threats as AI tools become more widespread.</w:t>
      </w:r>
      <w:r/>
    </w:p>
    <w:p>
      <w:pPr>
        <w:pStyle w:val="ListNumber"/>
        <w:spacing w:line="240" w:lineRule="auto"/>
        <w:ind w:left="720"/>
      </w:pPr>
      <w:r/>
      <w:hyperlink r:id="rId14">
        <w:r>
          <w:rPr>
            <w:color w:val="0000EE"/>
            <w:u w:val="single"/>
          </w:rPr>
          <w:t>https://thehackernews.com/2024/06/microsoft-delays-ai-powered-recall.html</w:t>
        </w:r>
      </w:hyperlink>
      <w:r>
        <w:t xml:space="preserve"> - Details the initial delay of the Recall feature due to privacy and security concerns, and the decision to introduce it first to the Windows Insider Program.</w:t>
      </w:r>
      <w:r/>
    </w:p>
    <w:p>
      <w:pPr>
        <w:pStyle w:val="ListNumber"/>
        <w:spacing w:line="240" w:lineRule="auto"/>
        <w:ind w:left="720"/>
      </w:pPr>
      <w:r/>
      <w:hyperlink r:id="rId14">
        <w:r>
          <w:rPr>
            <w:color w:val="0000EE"/>
            <w:u w:val="single"/>
          </w:rPr>
          <w:t>https://thehackernews.com/2024/06/microsoft-delays-ai-powered-recall.html</w:t>
        </w:r>
      </w:hyperlink>
      <w:r>
        <w:t xml:space="preserve"> - Highlights the backlash and concerns from users and privacy advocates that led to the cautious rollout approach.</w:t>
      </w:r>
      <w:r/>
    </w:p>
    <w:p>
      <w:pPr>
        <w:pStyle w:val="ListNumber"/>
        <w:spacing w:line="240" w:lineRule="auto"/>
        <w:ind w:left="720"/>
      </w:pPr>
      <w:r/>
      <w:hyperlink r:id="rId12">
        <w:r>
          <w:rPr>
            <w:color w:val="0000EE"/>
            <w:u w:val="single"/>
          </w:rPr>
          <w:t>https://www.crn.com/news/security/2024/microsoft-ai-pc-recall-feature-gets-security-architecture-update</w:t>
        </w:r>
      </w:hyperlink>
      <w:r>
        <w:t xml:space="preserve"> - Discusses the importance of balancing AI benefits with user privacy protection and the steps Microsoft is taking to address these concerns.</w:t>
      </w:r>
      <w:r/>
    </w:p>
    <w:p>
      <w:pPr>
        <w:pStyle w:val="ListNumber"/>
        <w:spacing w:line="240" w:lineRule="auto"/>
        <w:ind w:left="720"/>
      </w:pPr>
      <w:r/>
      <w:hyperlink r:id="rId10">
        <w:r>
          <w:rPr>
            <w:color w:val="0000EE"/>
            <w:u w:val="single"/>
          </w:rPr>
          <w:t>https://learn.microsoft.com/sv-se/windows/ai/apis/recall</w:t>
        </w:r>
      </w:hyperlink>
      <w:r>
        <w:t xml:space="preserve"> - Provides information on how Recall integrates with Windows Copilot Runtime and the UserActivity API to create a searchable history of user activity.</w:t>
      </w:r>
      <w:r/>
    </w:p>
    <w:p>
      <w:pPr>
        <w:pStyle w:val="ListNumber"/>
        <w:spacing w:line="240" w:lineRule="auto"/>
        <w:ind w:left="720"/>
      </w:pPr>
      <w:r/>
      <w:hyperlink r:id="rId15">
        <w:r>
          <w:rPr>
            <w:color w:val="0000EE"/>
            <w:u w:val="single"/>
          </w:rPr>
          <w:t>https://payspacemagazine.com/news/microsoft-reportedly-plans-to-relaunch-ai-powered-recall-offering/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earn.microsoft.com/sv-se/windows/ai/apis/recall" TargetMode="External"/><Relationship Id="rId11" Type="http://schemas.openxmlformats.org/officeDocument/2006/relationships/hyperlink" Target="https://www.pymnts.com/artificial-intelligence-2/2024/microsoft-prepares-to-relaunch-ai-powered-recall-offering/" TargetMode="External"/><Relationship Id="rId12" Type="http://schemas.openxmlformats.org/officeDocument/2006/relationships/hyperlink" Target="https://www.crn.com/news/security/2024/microsoft-ai-pc-recall-feature-gets-security-architecture-update" TargetMode="External"/><Relationship Id="rId13" Type="http://schemas.openxmlformats.org/officeDocument/2006/relationships/hyperlink" Target="https://www.cnbc.com/2024/08/21/microsoft-recall-ai-search-for-windows-insiders-releases-in-october.html" TargetMode="External"/><Relationship Id="rId14" Type="http://schemas.openxmlformats.org/officeDocument/2006/relationships/hyperlink" Target="https://thehackernews.com/2024/06/microsoft-delays-ai-powered-recall.html" TargetMode="External"/><Relationship Id="rId15" Type="http://schemas.openxmlformats.org/officeDocument/2006/relationships/hyperlink" Target="https://payspacemagazine.com/news/microsoft-reportedly-plans-to-relaunch-ai-powered-recall-offe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