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revamps AI helper Copilot with multifaceted enhancements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Revamps AI Helper Copilot with Multifaceted Enhancements</w:t>
      </w:r>
      <w:r/>
    </w:p>
    <w:p>
      <w:r/>
      <w:r>
        <w:t>Microsoft is set to revolutionize its artificial intelligence tool, Copilot, by introducing advanced features that incorporate vision and voice, alongside an enhanced ability to handle complex tasks and a more supportive personality. This development marks a significant shift from the company's former attempt at providing an AI assistant, embodied by the much-maligned Clippy, which was discontinued 17 years ago.</w:t>
      </w:r>
      <w:r/>
    </w:p>
    <w:p>
      <w:r/>
      <w:r>
        <w:t>The detailed upgrade to Copilot was announced by Mustafa Suleyman, CEO of Microsoft AI, who expressed enthusiasm about the transformative potential of the new functionalities. "We really are at this amazing kind of transition point," Suleyman stated, highlighting that the advanced AI companions will now be capable of seeing, hearing, and conversing in the same language as users.</w:t>
      </w:r>
      <w:r/>
    </w:p>
    <w:p>
      <w:r/>
      <w:r>
        <w:t>The revamped Copilot, which is powered by OpenAI’s algorithms, aims to overcome previous criticisms of the tool being slow or vague. This integration is part of Microsoft's broader strategy to enhance productivity through AI within its widely-used software suite, including Windows and Microsoft Office. The move is seen as an effort to remain competitive with market rivals like Google, which is also embedding AI into its applications such as Gmail and Google Docs.</w:t>
      </w:r>
      <w:r/>
    </w:p>
    <w:p>
      <w:r/>
      <w:r>
        <w:t>Designed to provide a more conversational experience, the new Copilot will feature several humanlike voices and will handle natural speech pauses and interruptions effectively. "You can interrupt in mid-flow and it can also actively listen," explained Suleyman. "And that's kind of the art of great conversation."</w:t>
      </w:r>
      <w:r/>
    </w:p>
    <w:p>
      <w:r/>
      <w:r>
        <w:t>In addition to these interactive capabilities, Copilot has been refined to offer emotional support, acting as a motivational presence for users. "It's on your team, it’s backing you up, it’s your hype man," added Suleyman. Starting today, Copilot Voice will be available in English for users in Australia, Canada, New Zealand, the United Kingdom, and the United States, with plans to expand to more countries in the future.</w:t>
      </w:r>
      <w:r/>
    </w:p>
    <w:p>
      <w:r/>
      <w:r>
        <w:t>Comparisons to Microsoft’s earlier AI helper, Clippy, appear inevitable. Clippy, known for its intrusive and repetitive suggestions, failed to deliver on its promise of humanlike assistance, a flaw that Microsoft aims to rectify with Copilot's sophisticated large language models. However, challenges remain, as AI’s erratic and unpredictable behaviors may influence user reception.</w:t>
      </w:r>
      <w:r/>
    </w:p>
    <w:p>
      <w:r/>
      <w:r>
        <w:t xml:space="preserve">Copilot Voice will be offered free of charge as part of the standard Copilot for Windows package, which is also accessible through a standalone mobile application and via the web. </w:t>
      </w:r>
      <w:r/>
    </w:p>
    <w:p>
      <w:r/>
      <w:r>
        <w:t>Moreover, for users willing to invest in further integrations, Microsoft is rolling out experimental upgrades exclusively for subscribers of the $20 per month Copilot Pro service. One of these premium enhancements is Copilot Vision, an opt-in feature that allows the AI to interpret and respond to on-screen elements that users highlight with their cursor. Suleyman noted practical applications such as seeking product opinions based on web-sourced reviews or aesthetic advice from fashion websites, which showcases the tool's versatility.</w:t>
      </w:r>
      <w:r/>
    </w:p>
    <w:p>
      <w:r/>
      <w:r>
        <w:t>By incorporating vision and voice with traditional text-based responses, Microsoft’s next-generation Copilot aims to create a more engaging and productive user experience, underpinning the company's commitment to leveraging AI to enhance daily office tasks. As this technology becomes more integrated into everyday software, the reception of these advancements will be pivotal in shaping the future trajectory of AI companions in the digital workspace.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https://www.zdnet.com/article/every-new-microsoft-copilot-feature-and-ai-upgrade-coming-to-your-windows-pc-soon/</w:t>
        </w:r>
      </w:hyperlink>
      <w:r>
        <w:t xml:space="preserve"> - Corroborates the introduction of Copilot Voice, emotional support, and interactive capabilities, including the availability of Copilot Voice in various countries.</w:t>
      </w:r>
      <w:r/>
    </w:p>
    <w:p>
      <w:pPr>
        <w:pStyle w:val="ListNumber"/>
        <w:spacing w:line="240" w:lineRule="auto"/>
        <w:ind w:left="720"/>
      </w:pPr>
      <w:r/>
      <w:hyperlink r:id="rId10">
        <w:r>
          <w:rPr>
            <w:color w:val="0000EE"/>
            <w:u w:val="single"/>
          </w:rPr>
          <w:t>https://www.zdnet.com/article/every-new-microsoft-copilot-feature-and-ai-upgrade-coming-to-your-windows-pc-soon/</w:t>
        </w:r>
      </w:hyperlink>
      <w:r>
        <w:t xml:space="preserve"> - Supports the integration of vision and voice features, such as Copilot Vision, and the use of neural processing units (NPU) for local AI tasks.</w:t>
      </w:r>
      <w:r/>
    </w:p>
    <w:p>
      <w:pPr>
        <w:pStyle w:val="ListNumber"/>
        <w:spacing w:line="240" w:lineRule="auto"/>
        <w:ind w:left="720"/>
      </w:pPr>
      <w:r/>
      <w:hyperlink r:id="rId11">
        <w:r>
          <w:rPr>
            <w:color w:val="0000EE"/>
            <w:u w:val="single"/>
          </w:rPr>
          <w:t>https://www.theverge.com/2024/9/16/24246014/microsoft-office-copilot-ai-features-excel-python-outlook-word-powerpoint</w:t>
        </w:r>
      </w:hyperlink>
      <w:r>
        <w:t xml:space="preserve"> - Details the enhancements to Copilot in Microsoft Office apps, including Excel, PowerPoint, Word, and Outlook, aligning with Microsoft's strategy to enhance productivity through AI.</w:t>
      </w:r>
      <w:r/>
    </w:p>
    <w:p>
      <w:pPr>
        <w:pStyle w:val="ListNumber"/>
        <w:spacing w:line="240" w:lineRule="auto"/>
        <w:ind w:left="720"/>
      </w:pPr>
      <w:r/>
      <w:hyperlink r:id="rId11">
        <w:r>
          <w:rPr>
            <w:color w:val="0000EE"/>
            <w:u w:val="single"/>
          </w:rPr>
          <w:t>https://www.theverge.com/2024/9/16/24246014/microsoft-office-copilot-ai-features-excel-python-outlook-word-powerpoint</w:t>
        </w:r>
      </w:hyperlink>
      <w:r>
        <w:t xml:space="preserve"> - Explains the integration of Python in Excel and other AI-driven innovations in Office apps, reflecting Microsoft's broader strategy to enhance productivity.</w:t>
      </w:r>
      <w:r/>
    </w:p>
    <w:p>
      <w:pPr>
        <w:pStyle w:val="ListNumber"/>
        <w:spacing w:line="240" w:lineRule="auto"/>
        <w:ind w:left="720"/>
      </w:pPr>
      <w:r/>
      <w:hyperlink r:id="rId12">
        <w:r>
          <w:rPr>
            <w:color w:val="0000EE"/>
            <w:u w:val="single"/>
          </w:rPr>
          <w:t>https://complexdiscovery.com/microsofts-wave-2-copilot-ai-enhancements-for-enhancing-business-productivity/</w:t>
        </w:r>
      </w:hyperlink>
      <w:r>
        <w:t xml:space="preserve"> - Describes the 'Wave 2' updates for Microsoft 365 Copilot, including advanced data analysis, narrative building, and inbox management, which align with the enhanced capabilities mentioned.</w:t>
      </w:r>
      <w:r/>
    </w:p>
    <w:p>
      <w:pPr>
        <w:pStyle w:val="ListNumber"/>
        <w:spacing w:line="240" w:lineRule="auto"/>
        <w:ind w:left="720"/>
      </w:pPr>
      <w:r/>
      <w:hyperlink r:id="rId12">
        <w:r>
          <w:rPr>
            <w:color w:val="0000EE"/>
            <w:u w:val="single"/>
          </w:rPr>
          <w:t>https://complexdiscovery.com/microsofts-wave-2-copilot-ai-enhancements-for-enhancing-business-productivity/</w:t>
        </w:r>
      </w:hyperlink>
      <w:r>
        <w:t xml:space="preserve"> - Highlights the introduction of Copilot Pages and BizChat, which are part of Microsoft's efforts to integrate AI into business applications for enhanced collaboration and productivity.</w:t>
      </w:r>
      <w:r/>
    </w:p>
    <w:p>
      <w:pPr>
        <w:pStyle w:val="ListNumber"/>
        <w:spacing w:line="240" w:lineRule="auto"/>
        <w:ind w:left="720"/>
      </w:pPr>
      <w:r/>
      <w:hyperlink r:id="rId13">
        <w:r>
          <w:rPr>
            <w:color w:val="0000EE"/>
            <w:u w:val="single"/>
          </w:rPr>
          <w:t>https://techcrunch.com/2024/09/16/microsoft-copilot-everything-you-need-to-know-about-microsofts-ai/</w:t>
        </w:r>
      </w:hyperlink>
      <w:r>
        <w:t xml:space="preserve"> - Provides details on Copilot Pro and Microsoft 365 Copilot, including the premium features and the integration of generative AI across Microsoft 365 apps.</w:t>
      </w:r>
      <w:r/>
    </w:p>
    <w:p>
      <w:pPr>
        <w:pStyle w:val="ListNumber"/>
        <w:spacing w:line="240" w:lineRule="auto"/>
        <w:ind w:left="720"/>
      </w:pPr>
      <w:r/>
      <w:hyperlink r:id="rId13">
        <w:r>
          <w:rPr>
            <w:color w:val="0000EE"/>
            <w:u w:val="single"/>
          </w:rPr>
          <w:t>https://techcrunch.com/2024/09/16/microsoft-copilot-everything-you-need-to-know-about-microsofts-ai/</w:t>
        </w:r>
      </w:hyperlink>
      <w:r>
        <w:t xml:space="preserve"> - Corroborates the availability of Copilot Voice and the Copilot Vision feature, which are part of the enhanced interactive and visual capabilities of the new Copilot.</w:t>
      </w:r>
      <w:r/>
    </w:p>
    <w:p>
      <w:pPr>
        <w:pStyle w:val="ListNumber"/>
        <w:spacing w:line="240" w:lineRule="auto"/>
        <w:ind w:left="720"/>
      </w:pPr>
      <w:r/>
      <w:hyperlink r:id="rId14">
        <w:r>
          <w:rPr>
            <w:color w:val="0000EE"/>
            <w:u w:val="single"/>
          </w:rPr>
          <w:t>https://learn.microsoft.com/en-us/power-platform/release-plan/2024wave1/microsoft-copilot-studio/use-generative-ai-insights-other-analytics-enhancements-improve-copilots</w:t>
        </w:r>
      </w:hyperlink>
      <w:r>
        <w:t xml:space="preserve"> - Supports the use of generative AI insights and other analytics enhancements to improve the effectiveness of Copilot, aligning with the goal of enhancing user experience and productivity.</w:t>
      </w:r>
      <w:r/>
    </w:p>
    <w:p>
      <w:pPr>
        <w:pStyle w:val="ListNumber"/>
        <w:spacing w:line="240" w:lineRule="auto"/>
        <w:ind w:left="720"/>
      </w:pPr>
      <w:r/>
      <w:hyperlink r:id="rId10">
        <w:r>
          <w:rPr>
            <w:color w:val="0000EE"/>
            <w:u w:val="single"/>
          </w:rPr>
          <w:t>https://www.zdnet.com/article/every-new-microsoft-copilot-feature-and-ai-upgrade-coming-to-your-windows-pc-soon/</w:t>
        </w:r>
      </w:hyperlink>
      <w:r>
        <w:t xml:space="preserve"> - Details the emotional support and motivational presence of the new Copilot, which is designed to be more conversational and supportive.</w:t>
      </w:r>
      <w:r/>
    </w:p>
    <w:p>
      <w:pPr>
        <w:pStyle w:val="ListNumber"/>
        <w:spacing w:line="240" w:lineRule="auto"/>
        <w:ind w:left="720"/>
      </w:pPr>
      <w:r/>
      <w:hyperlink r:id="rId13">
        <w:r>
          <w:rPr>
            <w:color w:val="0000EE"/>
            <w:u w:val="single"/>
          </w:rPr>
          <w:t>https://techcrunch.com/2024/09/16/microsoft-copilot-everything-you-need-to-know-about-microsofts-ai/</w:t>
        </w:r>
      </w:hyperlink>
      <w:r>
        <w:t xml:space="preserve"> - Explains the competitive context, including comparisons with other AI tools like Google's, and Microsoft's efforts to remain competitive in the AI integration space.</w:t>
      </w:r>
      <w:r/>
    </w:p>
    <w:p>
      <w:pPr>
        <w:pStyle w:val="ListNumber"/>
        <w:spacing w:line="240" w:lineRule="auto"/>
        <w:ind w:left="720"/>
      </w:pPr>
      <w:r/>
      <w:hyperlink r:id="rId15">
        <w:r>
          <w:rPr>
            <w:color w:val="0000EE"/>
            <w:u w:val="single"/>
          </w:rPr>
          <w:t>https://www.wired.com/story/microsoft-copilot-vision-voice-emotional-support-windows-office/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every-new-microsoft-copilot-feature-and-ai-upgrade-coming-to-your-windows-pc-soon/" TargetMode="External"/><Relationship Id="rId11" Type="http://schemas.openxmlformats.org/officeDocument/2006/relationships/hyperlink" Target="https://www.theverge.com/2024/9/16/24246014/microsoft-office-copilot-ai-features-excel-python-outlook-word-powerpoint" TargetMode="External"/><Relationship Id="rId12" Type="http://schemas.openxmlformats.org/officeDocument/2006/relationships/hyperlink" Target="https://complexdiscovery.com/microsofts-wave-2-copilot-ai-enhancements-for-enhancing-business-productivity/" TargetMode="External"/><Relationship Id="rId13" Type="http://schemas.openxmlformats.org/officeDocument/2006/relationships/hyperlink" Target="https://techcrunch.com/2024/09/16/microsoft-copilot-everything-you-need-to-know-about-microsofts-ai/" TargetMode="External"/><Relationship Id="rId14" Type="http://schemas.openxmlformats.org/officeDocument/2006/relationships/hyperlink" Target="https://learn.microsoft.com/en-us/power-platform/release-plan/2024wave1/microsoft-copilot-studio/use-generative-ai-insights-other-analytics-enhancements-improve-copilots" TargetMode="External"/><Relationship Id="rId15" Type="http://schemas.openxmlformats.org/officeDocument/2006/relationships/hyperlink" Target="https://www.wired.com/story/microsoft-copilot-vision-voice-emotional-support-windows-off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