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to secure controversial Windows Recall feature ahead of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to Secure Controversial Windows Recall Feature Ahead of Launch</w:t>
      </w:r>
      <w:r/>
    </w:p>
    <w:p>
      <w:r/>
      <w:r>
        <w:t>Microsoft has announced plans to bolster the security of its contentious Windows Recall feature before rolling it out to users. Initially revealed in May, Windows Recall is designed to provide an "explorable timeline of your PC's past." When activated, the feature logs all user activity on Copilot Plus PCs by capturing screen snapshots every five seconds. This allows users to access a searchable history of all interactions, encompassing applications, websites, documents, and images.</w:t>
      </w:r>
      <w:r/>
    </w:p>
    <w:p>
      <w:r/>
      <w:r>
        <w:t>The Recall feature was originally scheduled for a June launch as a key part of Copilot Plus PCs. However, the rollout was postponed following significant backlash over data security and privacy concerns. Experts highlighted the potential risks, suggesting that the feature could create a repository of valuable data for cybercriminals, with some even likening it to keylogger malware.</w:t>
      </w:r>
      <w:r/>
    </w:p>
    <w:p>
      <w:r/>
      <w:r>
        <w:t>In response to these concerns, Microsoft has committed to enhancing the security of the Windows Recall feature. Specific details on the security measures have not been disclosed, but the company aims to address the apprehensions voiced by privacy advocates and tech experts.</w:t>
      </w:r>
      <w:r/>
    </w:p>
    <w:p>
      <w:r/>
      <w:r>
        <w:rPr>
          <w:b/>
        </w:rPr>
        <w:t>Copilot 2.0 Unveils New Look and Features</w:t>
      </w:r>
      <w:r/>
    </w:p>
    <w:p>
      <w:r/>
      <w:r>
        <w:t>In parallel with its work on securing Windows Recall, Microsoft has introduced a revamped version of its Copilot assistance feature. Known as Copilot 2.0, the updated version boasts a redesigned user interface and a suite of new features geared towards making AI more accessible to everyday users.</w:t>
      </w:r>
      <w:r/>
    </w:p>
    <w:p>
      <w:r/>
      <w:r>
        <w:t>The new design, showcased in screenshots by Windows Latest, marks a departure from the utilitarian interface of its predecessor. The updated interface adopts a pastel-shaded theme and employs a card-based design that encourages user interaction with AI capabilities. Examples include prompts to start a journal or seek assistance with sleep. The redesigned home screen is intended to invite exploration and ease of use.</w:t>
      </w:r>
      <w:r/>
    </w:p>
    <w:p>
      <w:r/>
      <w:r>
        <w:t>A significant addition to Copilot 2.0 is the voice mode, which introduces four new voices named Meadow, Grove, Wave, and Canyon. Users can interact with Copilot using spoken commands, and the software will respond accordingly. Upon initial use, Copilot 2.0 will request the user's name and remember it for future sessions tied to their Microsoft account.</w:t>
      </w:r>
      <w:r/>
    </w:p>
    <w:p>
      <w:r/>
      <w:r>
        <w:t>To cater to different user preferences, Copilot 2.0 offers two modes: Day and Night. The Day mode features bright and pastel-coloured visuals, while the Night mode provides a darker interface suited for low-light environments.</w:t>
      </w:r>
      <w:r/>
    </w:p>
    <w:p>
      <w:r/>
      <w:r>
        <w:t>Microsoft has begun rolling out Copilot 2.0 to users in India and Brazil. However, there is no timeline provided for its availability in other regions, nor has there been an announcement regarding a mobile version.</w:t>
      </w:r>
      <w:r/>
    </w:p>
    <w:p>
      <w:r/>
      <w:r>
        <w:t>In the broader context of AI advancements, this update comes amid the recent release of Advanced Voice mode for ChatGPT Plus users and the launch of Gemini Live.</w:t>
      </w:r>
      <w:r/>
    </w:p>
    <w:p>
      <w:r/>
      <w:r>
        <w:t>As Microsoft continues to update and refine its AI-driven features, users worldwide are keenly awaiting the enhanced functionalities promised by these latest developments. The company's commitment to security in light of earlier critiques will be crucial to maintaining user trust and ensuring widespread adoption.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https://www.theverge.com/2024/9/27/24255721/microsoft-windows-recall-ai-security-improvements-overhaul-uninstall</w:t>
        </w:r>
      </w:hyperlink>
      <w:r>
        <w:t xml:space="preserve"> - Details the enhanced security measures for Windows Recall, including encryption, virtualization-based security, and user authentication via Windows Hello.</w:t>
      </w:r>
      <w:r/>
    </w:p>
    <w:p>
      <w:pPr>
        <w:pStyle w:val="ListNumber"/>
        <w:spacing w:line="240" w:lineRule="auto"/>
        <w:ind w:left="720"/>
      </w:pPr>
      <w:r/>
      <w:hyperlink r:id="rId11">
        <w:r>
          <w:rPr>
            <w:color w:val="0000EE"/>
            <w:u w:val="single"/>
          </w:rPr>
          <w:t>https://duo.com/decipher/privacy-security-concerns-mount-over-microsoft-recall-feature</w:t>
        </w:r>
      </w:hyperlink>
      <w:r>
        <w:t xml:space="preserve"> - Discusses the initial privacy and security concerns raised by experts about the Windows Recall feature, including the potential for data misuse and exploitation by threat actors.</w:t>
      </w:r>
      <w:r/>
    </w:p>
    <w:p>
      <w:pPr>
        <w:pStyle w:val="ListNumber"/>
        <w:spacing w:line="240" w:lineRule="auto"/>
        <w:ind w:left="720"/>
      </w:pPr>
      <w:r/>
      <w:hyperlink r:id="rId12">
        <w:r>
          <w:rPr>
            <w:color w:val="0000EE"/>
            <w:u w:val="single"/>
          </w:rPr>
          <w:t>https://www.malwarebytes.com/blog/news/2024/06/microsoft-recall-delayed-after-privacy-and-security-concerns</w:t>
        </w:r>
      </w:hyperlink>
      <w:r>
        <w:t xml:space="preserve"> - Explains the delay in the rollout of Windows Recall due to privacy and security concerns, and the subsequent changes made to address these issues.</w:t>
      </w:r>
      <w:r/>
    </w:p>
    <w:p>
      <w:pPr>
        <w:pStyle w:val="ListNumber"/>
        <w:spacing w:line="240" w:lineRule="auto"/>
        <w:ind w:left="720"/>
      </w:pPr>
      <w:r/>
      <w:hyperlink r:id="rId13">
        <w:r>
          <w:rPr>
            <w:color w:val="0000EE"/>
            <w:u w:val="single"/>
          </w:rPr>
          <w:t>https://www.bleepingcomputer.com/news/microsoft/microsoft-windows-recall-now-can-be-removed-is-more-secure/</w:t>
        </w:r>
      </w:hyperlink>
      <w:r>
        <w:t xml:space="preserve"> - Provides details on the security upgrades and user control features added to Windows Recall, including the ability to remove the feature and enhanced encryption.</w:t>
      </w:r>
      <w:r/>
    </w:p>
    <w:p>
      <w:pPr>
        <w:pStyle w:val="ListNumber"/>
        <w:spacing w:line="240" w:lineRule="auto"/>
        <w:ind w:left="720"/>
      </w:pPr>
      <w:r/>
      <w:hyperlink r:id="rId14">
        <w:r>
          <w:rPr>
            <w:color w:val="0000EE"/>
            <w:u w:val="single"/>
          </w:rPr>
          <w:t>https://nguard.com/sa-microsofts-recall-saga-continuous-coverage-and-latest-news/</w:t>
        </w:r>
      </w:hyperlink>
      <w:r>
        <w:t xml:space="preserve"> - Outlines the key updates to Windows Recall, including the opt-in requirement, biometric authentication, and additional encryption measures to protect user data.</w:t>
      </w:r>
      <w:r/>
    </w:p>
    <w:p>
      <w:pPr>
        <w:pStyle w:val="ListNumber"/>
        <w:spacing w:line="240" w:lineRule="auto"/>
        <w:ind w:left="720"/>
      </w:pPr>
      <w:r/>
      <w:hyperlink r:id="rId10">
        <w:r>
          <w:rPr>
            <w:color w:val="0000EE"/>
            <w:u w:val="single"/>
          </w:rPr>
          <w:t>https://www.theverge.com/2024/9/27/24255721/microsoft-windows-recall-ai-security-improvements-overhaul-uninstall</w:t>
        </w:r>
      </w:hyperlink>
      <w:r>
        <w:t xml:space="preserve"> - Describes how Recall operates within a virtualization-based security enclave and the role of Windows Hello in securing access to Recall data.</w:t>
      </w:r>
      <w:r/>
    </w:p>
    <w:p>
      <w:pPr>
        <w:pStyle w:val="ListNumber"/>
        <w:spacing w:line="240" w:lineRule="auto"/>
        <w:ind w:left="720"/>
      </w:pPr>
      <w:r/>
      <w:hyperlink r:id="rId11">
        <w:r>
          <w:rPr>
            <w:color w:val="0000EE"/>
            <w:u w:val="single"/>
          </w:rPr>
          <w:t>https://duo.com/decipher/privacy-security-concerns-mount-over-microsoft-recall-feature</w:t>
        </w:r>
      </w:hyperlink>
      <w:r>
        <w:t xml:space="preserve"> - Highlights concerns from privacy experts, such as Eva Galperin, about the potential misuse of Recall by domestic abusers and other malicious actors.</w:t>
      </w:r>
      <w:r/>
    </w:p>
    <w:p>
      <w:pPr>
        <w:pStyle w:val="ListNumber"/>
        <w:spacing w:line="240" w:lineRule="auto"/>
        <w:ind w:left="720"/>
      </w:pPr>
      <w:r/>
      <w:hyperlink r:id="rId12">
        <w:r>
          <w:rPr>
            <w:color w:val="0000EE"/>
            <w:u w:val="single"/>
          </w:rPr>
          <w:t>https://www.malwarebytes.com/blog/news/2024/06/microsoft-recall-delayed-after-privacy-and-security-concerns</w:t>
        </w:r>
      </w:hyperlink>
      <w:r>
        <w:t xml:space="preserve"> - Mentions the criticism from security researchers and the decision to make Recall available only to Windows Insider Program participants initially.</w:t>
      </w:r>
      <w:r/>
    </w:p>
    <w:p>
      <w:pPr>
        <w:pStyle w:val="ListNumber"/>
        <w:spacing w:line="240" w:lineRule="auto"/>
        <w:ind w:left="720"/>
      </w:pPr>
      <w:r/>
      <w:hyperlink r:id="rId13">
        <w:r>
          <w:rPr>
            <w:color w:val="0000EE"/>
            <w:u w:val="single"/>
          </w:rPr>
          <w:t>https://www.bleepingcomputer.com/news/microsoft/microsoft-windows-recall-now-can-be-removed-is-more-secure/</w:t>
        </w:r>
      </w:hyperlink>
      <w:r>
        <w:t xml:space="preserve"> - Details the sensitive information filter and the ability for users to exclude specific applications and websites from Recall.</w:t>
      </w:r>
      <w:r/>
    </w:p>
    <w:p>
      <w:pPr>
        <w:pStyle w:val="ListNumber"/>
        <w:spacing w:line="240" w:lineRule="auto"/>
        <w:ind w:left="720"/>
      </w:pPr>
      <w:r/>
      <w:hyperlink r:id="rId14">
        <w:r>
          <w:rPr>
            <w:color w:val="0000EE"/>
            <w:u w:val="single"/>
          </w:rPr>
          <w:t>https://nguard.com/sa-microsofts-recall-saga-continuous-coverage-and-latest-news/</w:t>
        </w:r>
      </w:hyperlink>
      <w:r>
        <w:t xml:space="preserve"> - Discusses the ongoing debate and criticism from privacy advocates and security experts regarding the potential risks of the Recall feature.</w:t>
      </w:r>
      <w:r/>
    </w:p>
    <w:p>
      <w:pPr>
        <w:pStyle w:val="ListNumber"/>
        <w:spacing w:line="240" w:lineRule="auto"/>
        <w:ind w:left="720"/>
      </w:pPr>
      <w:r/>
      <w:hyperlink r:id="rId10">
        <w:r>
          <w:rPr>
            <w:color w:val="0000EE"/>
            <w:u w:val="single"/>
          </w:rPr>
          <w:t>https://www.theverge.com/2024/9/27/24255721/microsoft-windows-recall-ai-security-improvements-overhaul-uninstall</w:t>
        </w:r>
      </w:hyperlink>
      <w:r>
        <w:t xml:space="preserve"> - Explains the role of Microsoft's Secure Future Initiative and the comprehensive reviews conducted by Microsoft's MORSE team and a third-party security firm.</w:t>
      </w:r>
      <w:r/>
    </w:p>
    <w:p>
      <w:pPr>
        <w:pStyle w:val="ListNumber"/>
        <w:spacing w:line="240" w:lineRule="auto"/>
        <w:ind w:left="720"/>
      </w:pPr>
      <w:r/>
      <w:hyperlink r:id="rId15">
        <w:r>
          <w:rPr>
            <w:color w:val="0000EE"/>
            <w:u w:val="single"/>
          </w:rPr>
          <w:t>https://www.computerworld.com/article/3542616/microsoft-details-windows-recall-security-and-privacy-features.html</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https://www.techradar.com/computing/artificial-intelligence/copilot-is-getting-a-surprise-new-upgrade-with-five-new-voices-plus-it-reads-the-news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9/27/24255721/microsoft-windows-recall-ai-security-improvements-overhaul-uninstall" TargetMode="External"/><Relationship Id="rId11" Type="http://schemas.openxmlformats.org/officeDocument/2006/relationships/hyperlink" Target="https://duo.com/decipher/privacy-security-concerns-mount-over-microsoft-recall-feature" TargetMode="External"/><Relationship Id="rId12" Type="http://schemas.openxmlformats.org/officeDocument/2006/relationships/hyperlink" Target="https://www.malwarebytes.com/blog/news/2024/06/microsoft-recall-delayed-after-privacy-and-security-concerns" TargetMode="External"/><Relationship Id="rId13" Type="http://schemas.openxmlformats.org/officeDocument/2006/relationships/hyperlink" Target="https://www.bleepingcomputer.com/news/microsoft/microsoft-windows-recall-now-can-be-removed-is-more-secure/" TargetMode="External"/><Relationship Id="rId14" Type="http://schemas.openxmlformats.org/officeDocument/2006/relationships/hyperlink" Target="https://nguard.com/sa-microsofts-recall-saga-continuous-coverage-and-latest-news/" TargetMode="External"/><Relationship Id="rId15" Type="http://schemas.openxmlformats.org/officeDocument/2006/relationships/hyperlink" Target="https://www.computerworld.com/article/3542616/microsoft-details-windows-recall-security-and-privacy-features.html" TargetMode="External"/><Relationship Id="rId16" Type="http://schemas.openxmlformats.org/officeDocument/2006/relationships/hyperlink" Target="https://www.techradar.com/computing/artificial-intelligence/copilot-is-getting-a-surprise-new-upgrade-with-five-new-voices-plus-it-reads-the-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