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unveils enhanced AI assistant Copilot featuring humanlike 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Unveils Enhanced AI Assistant Copilot Featuring Humanlike Abilities</w:t>
      </w:r>
      <w:r/>
    </w:p>
    <w:p>
      <w:r/>
      <w:r>
        <w:t>Redmond, Washington – In a significant leap forward for artificial intelligence integration in personal computing, Microsoft has introduced an upgraded version of its AI assistant, Copilot, which boasts several advanced features designed to enhance user interaction. The announcement was made today by Mustafa Suleyman, CEO of Microsoft AI, during an interview with WIRED senior writer Will Knight, conducted via Microsoft Teams.</w:t>
      </w:r>
      <w:r/>
    </w:p>
    <w:p>
      <w:r/>
      <w:r>
        <w:t>Mustafa Suleyman, a pivotal figure in the AI sector and a co-founder of DeepMind, has previously played a crucial role in revolutionising AI. At DeepMind, he contributed to notable advancements like AlphaGo, the AI program that famously defeated the world’s best Go player in 2016, showcasing the potential of AI in solving complex problems through practice and feedback.</w:t>
      </w:r>
      <w:r/>
    </w:p>
    <w:p>
      <w:r/>
      <w:r>
        <w:t>Now at Microsoft AI, Suleyman’s vision for the future of personal computing focuses on the integration of AI to foster more intuitive and supportive user experiences. The latest version of Microsoft’s AI assistant, Copilot, introduces a humanlike voice, the ability to interpret the user's screen, and enhanced reasoning capabilities. These features collectively aim to transform the way users interact with their PCs.</w:t>
      </w:r>
      <w:r/>
    </w:p>
    <w:p>
      <w:r/>
      <w:r>
        <w:t>Suleyman highlighted that the objective of these advancements is to rekindle users' affinity for PCs by offering an AI companion that operates in a more humanlike and supportive manner. He elaborated, "AI companions now see what we see, hear what we hear, and speak in the same language that we use to communicate with one another." According to Suleyman, this transition focuses on creating a persistent, empathetic relationship between the user and the AI, providing sustained interaction and support.</w:t>
      </w:r>
      <w:r/>
    </w:p>
    <w:p>
      <w:r/>
      <w:r>
        <w:t>Discussing the new vision for Copilot, Suleyman emphasised the potential of AI to offer emotional and practical support, harking back to his early work in telephone counselling. He noted, "To see what it feels like to engage with one of these experiences over a sustained period of time—this companion that really gets to know you. It’s coaching you, encouraging you, supporting you, teaching you." He believes that this approach will make the interaction feel less like dealing with a conventional computer.</w:t>
      </w:r>
      <w:r/>
    </w:p>
    <w:p>
      <w:r/>
      <w:r>
        <w:t>A notable feature within this update is "Copilot Vision," a labs feature accessible to Pro users. This mode allows users to interact with their on-screen content verbally. For instance, it enables them to ask questions about what they see on their screen, such as "What's that thing over there?" or "Is that cool?" This real-time, context-aware interaction is designed to simplify the user’s digital life, reducing the need to type and browse manually.</w:t>
      </w:r>
      <w:r/>
    </w:p>
    <w:p>
      <w:r/>
      <w:r>
        <w:t>However, this feature draws some parallels to the controversial Recall feature, an optional Windows function that records users’ on-screen activities. While potentially raising privacy concerns, the implementation in Copilot Vision is framed as a means to provide immediate and contextual assistance, aiming to improve productivity and user convenience.</w:t>
      </w:r>
      <w:r/>
    </w:p>
    <w:p>
      <w:r/>
      <w:r>
        <w:t>The latest enhancements to Copilot signify Microsoft’s ongoing commitment to integrating advanced AI capabilities into everyday software, aiming to create a more human-centric and supportive computing experience. As these features roll out, they promise to redefine user expectations and interactions with their personal computers.</w:t>
      </w:r>
      <w:r/>
    </w:p>
    <w:p>
      <w:r/>
      <w:r>
        <w:t>For now, users and tech enthusiasts will closely observe how these changes impact their digital routines and if they indeed foster a renewed love for the PC, as envisioned by Suleyman and his team at Microsoft 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https://www.theverge.com/2024/10/1/24259187/microsoft-copilot-redesign-vision-voice-features-inflection-ai</w:t>
        </w:r>
      </w:hyperlink>
      <w:r>
        <w:t xml:space="preserve"> - This article details the significant redesign of Microsoft Copilot, including the introduction of voice and vision features, and the role of Mustafa Suleyman in these advancements.</w:t>
      </w:r>
      <w:r/>
    </w:p>
    <w:p>
      <w:pPr>
        <w:pStyle w:val="ListNumber"/>
        <w:spacing w:line="240" w:lineRule="auto"/>
        <w:ind w:left="720"/>
      </w:pPr>
      <w:r/>
      <w:hyperlink r:id="rId10">
        <w:r>
          <w:rPr>
            <w:color w:val="0000EE"/>
            <w:u w:val="single"/>
          </w:rPr>
          <w:t>https://www.theverge.com/2024/10/1/24259187/microsoft-copilot-redesign-vision-voice-features-inflection-ai</w:t>
        </w:r>
      </w:hyperlink>
      <w:r>
        <w:t xml:space="preserve"> - It explains Copilot Vision, which allows users to interact with on-screen content verbally, and the integration of humanlike voice capabilities.</w:t>
      </w:r>
      <w:r/>
    </w:p>
    <w:p>
      <w:pPr>
        <w:pStyle w:val="ListNumber"/>
        <w:spacing w:line="240" w:lineRule="auto"/>
        <w:ind w:left="720"/>
      </w:pPr>
      <w:r/>
      <w:hyperlink r:id="rId11">
        <w:r>
          <w:rPr>
            <w:color w:val="0000EE"/>
            <w:u w:val="single"/>
          </w:rPr>
          <w:t>https://qz.com/microsoft-launch-new-copilot-ai-features-work-apps-1851648908</w:t>
        </w:r>
      </w:hyperlink>
      <w:r>
        <w:t xml:space="preserve"> - This article discusses the new AI features of Copilot integrated into Microsoft's suite of work apps, such as PowerPoint, Outlook, and Teams.</w:t>
      </w:r>
      <w:r/>
    </w:p>
    <w:p>
      <w:pPr>
        <w:pStyle w:val="ListNumber"/>
        <w:spacing w:line="240" w:lineRule="auto"/>
        <w:ind w:left="720"/>
      </w:pPr>
      <w:r/>
      <w:hyperlink r:id="rId12">
        <w:r>
          <w:rPr>
            <w:color w:val="0000EE"/>
            <w:u w:val="single"/>
          </w:rPr>
          <w:t>https://www.microsoft.com/en-us/windows/copilot-ai-features</w:t>
        </w:r>
      </w:hyperlink>
      <w:r>
        <w:t xml:space="preserve"> - It provides information on how Copilot enhances productivity and creativity in Windows 11, including features like Recall and Cocreator.</w:t>
      </w:r>
      <w:r/>
    </w:p>
    <w:p>
      <w:pPr>
        <w:pStyle w:val="ListNumber"/>
        <w:spacing w:line="240" w:lineRule="auto"/>
        <w:ind w:left="720"/>
      </w:pPr>
      <w:r/>
      <w:hyperlink r:id="rId13">
        <w:r>
          <w:rPr>
            <w:color w:val="0000EE"/>
            <w:u w:val="single"/>
          </w:rPr>
          <w:t>https://www.microsoft.com/en-us/microsoft-copilot</w:t>
        </w:r>
      </w:hyperlink>
      <w:r>
        <w:t xml:space="preserve"> - This page outlines the capabilities of Microsoft Copilot, including its integration across various Microsoft apps and its focus on enterprise-grade security and productivity.</w:t>
      </w:r>
      <w:r/>
    </w:p>
    <w:p>
      <w:pPr>
        <w:pStyle w:val="ListNumber"/>
        <w:spacing w:line="240" w:lineRule="auto"/>
        <w:ind w:left="720"/>
      </w:pPr>
      <w:r/>
      <w:hyperlink r:id="rId14">
        <w:r>
          <w:rPr>
            <w:color w:val="0000EE"/>
            <w:u w:val="single"/>
          </w:rPr>
          <w:t>https://www.pcmag.com/explainers/what-is-microsoft-copilot</w:t>
        </w:r>
      </w:hyperlink>
      <w:r>
        <w:t xml:space="preserve"> - The article explains the conversational interface of Copilot, its ability to generate text and images, and its integration with various Microsoft services.</w:t>
      </w:r>
      <w:r/>
    </w:p>
    <w:p>
      <w:pPr>
        <w:pStyle w:val="ListNumber"/>
        <w:spacing w:line="240" w:lineRule="auto"/>
        <w:ind w:left="720"/>
      </w:pPr>
      <w:r/>
      <w:hyperlink r:id="rId14">
        <w:r>
          <w:rPr>
            <w:color w:val="0000EE"/>
            <w:u w:val="single"/>
          </w:rPr>
          <w:t>https://www.pcmag.com/explainers/what-is-microsoft-copilot</w:t>
        </w:r>
      </w:hyperlink>
      <w:r>
        <w:t xml:space="preserve"> - It details the use of Microsoft's Prometheus AI model and the integration of generative AI tools from OpenAI in Copilot.</w:t>
      </w:r>
      <w:r/>
    </w:p>
    <w:p>
      <w:pPr>
        <w:pStyle w:val="ListNumber"/>
        <w:spacing w:line="240" w:lineRule="auto"/>
        <w:ind w:left="720"/>
      </w:pPr>
      <w:r/>
      <w:hyperlink r:id="rId10">
        <w:r>
          <w:rPr>
            <w:color w:val="0000EE"/>
            <w:u w:val="single"/>
          </w:rPr>
          <w:t>https://www.theverge.com/2024/10/1/24259187/microsoft-copilot-redesign-vision-voice-features-inflection-ai</w:t>
        </w:r>
      </w:hyperlink>
      <w:r>
        <w:t xml:space="preserve"> - The article mentions Mustafa Suleyman's background and his vision for creating a more humanlike and supportive AI experience.</w:t>
      </w:r>
      <w:r/>
    </w:p>
    <w:p>
      <w:pPr>
        <w:pStyle w:val="ListNumber"/>
        <w:spacing w:line="240" w:lineRule="auto"/>
        <w:ind w:left="720"/>
      </w:pPr>
      <w:r/>
      <w:hyperlink r:id="rId12">
        <w:r>
          <w:rPr>
            <w:color w:val="0000EE"/>
            <w:u w:val="single"/>
          </w:rPr>
          <w:t>https://www.microsoft.com/en-us/windows/copilot-ai-features</w:t>
        </w:r>
      </w:hyperlink>
      <w:r>
        <w:t xml:space="preserve"> - It discusses the availability of Copilot on select Windows devices and the limited capabilities on Windows 10 compared to Windows 11.</w:t>
      </w:r>
      <w:r/>
    </w:p>
    <w:p>
      <w:pPr>
        <w:pStyle w:val="ListNumber"/>
        <w:spacing w:line="240" w:lineRule="auto"/>
        <w:ind w:left="720"/>
      </w:pPr>
      <w:r/>
      <w:hyperlink r:id="rId11">
        <w:r>
          <w:rPr>
            <w:color w:val="0000EE"/>
            <w:u w:val="single"/>
          </w:rPr>
          <w:t>https://qz.com/microsoft-launch-new-copilot-ai-features-work-apps-1851648908</w:t>
        </w:r>
      </w:hyperlink>
      <w:r>
        <w:t xml:space="preserve"> - The article touches on the feedback from customers and the comparisons made between Copilot and other AI tools like ChatGPT.</w:t>
      </w:r>
      <w:r/>
    </w:p>
    <w:p>
      <w:pPr>
        <w:pStyle w:val="ListNumber"/>
        <w:spacing w:line="240" w:lineRule="auto"/>
        <w:ind w:left="720"/>
      </w:pPr>
      <w:r/>
      <w:hyperlink r:id="rId14">
        <w:r>
          <w:rPr>
            <w:color w:val="0000EE"/>
            <w:u w:val="single"/>
          </w:rPr>
          <w:t>https://www.pcmag.com/explainers/what-is-microsoft-copilot</w:t>
        </w:r>
      </w:hyperlink>
      <w:r>
        <w:t xml:space="preserve"> - It explains the various ways users can interact with Copilot, including voice input, image upload, and choosing the style of text responses.</w:t>
      </w:r>
      <w:r/>
    </w:p>
    <w:p>
      <w:pPr>
        <w:pStyle w:val="ListNumber"/>
        <w:spacing w:line="240" w:lineRule="auto"/>
        <w:ind w:left="720"/>
      </w:pPr>
      <w:r/>
      <w:hyperlink r:id="rId15">
        <w:r>
          <w:rPr>
            <w:color w:val="0000EE"/>
            <w:u w:val="single"/>
          </w:rPr>
          <w:t>https://www.wired.com/story/mustafa-suleyman-interview-microsoft-ai-ceo-copilot/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10/1/24259187/microsoft-copilot-redesign-vision-voice-features-inflection-ai" TargetMode="External"/><Relationship Id="rId11" Type="http://schemas.openxmlformats.org/officeDocument/2006/relationships/hyperlink" Target="https://qz.com/microsoft-launch-new-copilot-ai-features-work-apps-1851648908" TargetMode="External"/><Relationship Id="rId12" Type="http://schemas.openxmlformats.org/officeDocument/2006/relationships/hyperlink" Target="https://www.microsoft.com/en-us/windows/copilot-ai-features" TargetMode="External"/><Relationship Id="rId13" Type="http://schemas.openxmlformats.org/officeDocument/2006/relationships/hyperlink" Target="https://www.microsoft.com/en-us/microsoft-copilot" TargetMode="External"/><Relationship Id="rId14" Type="http://schemas.openxmlformats.org/officeDocument/2006/relationships/hyperlink" Target="https://www.pcmag.com/explainers/what-is-microsoft-copilot" TargetMode="External"/><Relationship Id="rId15" Type="http://schemas.openxmlformats.org/officeDocument/2006/relationships/hyperlink" Target="https://www.wired.com/story/mustafa-suleyman-interview-microsoft-ai-ceo-copil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