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unveils vision for AI companion Copilot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Unveils Vision for AI Companion Copilot</w:t>
      </w:r>
      <w:r/>
    </w:p>
    <w:p>
      <w:r/>
      <w:r>
        <w:t>In a significant technological announcement, Microsoft has introduced Copilot, an AI companion designed to revolutionise how we interact with technology in our daily lives. Mustafa Suleyman, the key spokesperson for Microsoft AI, detailed the ambitious project and articulated the vision behind this initiative.</w:t>
      </w:r>
      <w:r/>
    </w:p>
    <w:p>
      <w:pPr>
        <w:pStyle w:val="Heading3"/>
      </w:pPr>
      <w:r>
        <w:t>A New Era of Technology</w:t>
      </w:r>
      <w:r/>
    </w:p>
    <w:p>
      <w:r/>
      <w:r>
        <w:t>Suleyman emphasised that the development of AI, particularly tools like Copilot, represents a paradigm shift. He noted that the rapid advancements in technology have enabled computers to understand human languages, perceive visual and auditory inputs, and integrate into our daily routines in unprecedented ways. However, he stressed that technology's true value lies not just in its capabilities but in its impact on human lives.</w:t>
      </w:r>
      <w:r/>
    </w:p>
    <w:p>
      <w:pPr>
        <w:pStyle w:val="Heading3"/>
      </w:pPr>
      <w:r>
        <w:t>Copilot: A Personal AI Companion</w:t>
      </w:r>
      <w:r/>
    </w:p>
    <w:p>
      <w:r/>
      <w:r>
        <w:t>Copilot is envisioned to be more than just a tool; it aims to be an omnipresent companion in users' lives, offering support and facilitating tasks while ensuring privacy and security. Unlike previous technological waves that merely solved problems, Copilot's mission is to assist, teach, and support users in a deeply personal manner.</w:t>
      </w:r>
      <w:r/>
    </w:p>
    <w:p>
      <w:pPr>
        <w:pStyle w:val="Heading3"/>
      </w:pPr>
      <w:r>
        <w:t>Personalised Interaction and Support</w:t>
      </w:r>
      <w:r/>
    </w:p>
    <w:p>
      <w:r/>
      <w:r>
        <w:t>One of the standout features of Copilot is its capacity for personalised interaction. Over time, it will adapt to user preferences, learning from mannerisms and habits to provide more tailored support. This dynamic interaction is expected to evolve continually, providing more sophisticated and intuitive assistance as time goes on.</w:t>
      </w:r>
      <w:r/>
    </w:p>
    <w:p>
      <w:pPr>
        <w:pStyle w:val="Heading3"/>
      </w:pPr>
      <w:r>
        <w:t>Real-World Applications</w:t>
      </w:r>
      <w:r/>
    </w:p>
    <w:p>
      <w:r/>
      <w:r>
        <w:t xml:space="preserve">Suleyman provided several real-world applications of Copilot, illustrating how it could enhance daily life: - </w:t>
      </w:r>
      <w:r>
        <w:rPr>
          <w:b/>
        </w:rPr>
        <w:t>Healthcare:</w:t>
      </w:r>
      <w:r>
        <w:t xml:space="preserve"> Accompanying users to doctor's appointments, taking notes, and following up on necessary actions. - </w:t>
      </w:r>
      <w:r>
        <w:rPr>
          <w:b/>
        </w:rPr>
        <w:t>Event Planning:</w:t>
      </w:r>
      <w:r>
        <w:t xml:space="preserve"> Assisting in organising and managing tasks for events like children's birthday parties. - </w:t>
      </w:r>
      <w:r>
        <w:rPr>
          <w:b/>
        </w:rPr>
        <w:t>Decision Making:</w:t>
      </w:r>
      <w:r>
        <w:t xml:space="preserve"> Offering support in navigating complex life decisions by providing timely information and context.</w:t>
      </w:r>
      <w:r/>
    </w:p>
    <w:p>
      <w:pPr>
        <w:pStyle w:val="Heading3"/>
      </w:pPr>
      <w:r>
        <w:t>Privacy and Security</w:t>
      </w:r>
      <w:r/>
    </w:p>
    <w:p>
      <w:r/>
      <w:r>
        <w:t>A critical concern addressed was privacy. Suleyman assured that Copilot is designed to safeguard users' privacy, data, and security. The AI will understand the context of a user's life while maintaining a commitment to confidentiality.</w:t>
      </w:r>
      <w:r/>
    </w:p>
    <w:p>
      <w:pPr>
        <w:pStyle w:val="Heading3"/>
      </w:pPr>
      <w:r>
        <w:t>A Collaborative Development Approach</w:t>
      </w:r>
      <w:r/>
    </w:p>
    <w:p>
      <w:r/>
      <w:r>
        <w:t>Suleyman stressed the importance of collaboration in developing and deploying Copilot. He emphasised that the journey ahead will be gradual, requiring patience and careful deployment. Microsoft is committed to working closely with users, valuing feedback, and ensuring that the technology enriches lives while reinforcing human bonds and uniqueness.</w:t>
      </w:r>
      <w:r/>
    </w:p>
    <w:p>
      <w:pPr>
        <w:pStyle w:val="Heading3"/>
      </w:pPr>
      <w:r>
        <w:t>Looking Ahead</w:t>
      </w:r>
      <w:r/>
    </w:p>
    <w:p>
      <w:r/>
      <w:r>
        <w:t>Looking forward, this initiative stands as an ambitious attempt to redefine the role of technology in society. Suleyman highlights that it marks only the beginning of what promises to be a long and transformative journey, suggesting that the current capabilities of Copilot are just the initial steps in this direction.</w:t>
      </w:r>
      <w:r/>
    </w:p>
    <w:p>
      <w:r/>
      <w:r>
        <w:t>The announcement of Copilot marks a significant milestone in the ongoing evolution of AI, with Microsoft at the forefront. As the technology develops, it remains to be seen how users will integrate and respond to such a personal and adaptive AI companion in their everyday lives.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https://www.microsoft.com/en-us/microsoft-copilot/learn?ep=0&amp;form=MA13LV&amp;es=31</w:t>
        </w:r>
      </w:hyperlink>
      <w:r>
        <w:t xml:space="preserve"> - Details the introduction of Microsoft Copilot as an AI companion, its integration into Microsoft Edge, and its ability to provide personalized support and ensure user privacy and security.</w:t>
      </w:r>
      <w:r/>
    </w:p>
    <w:p>
      <w:pPr>
        <w:pStyle w:val="ListNumber"/>
        <w:spacing w:line="240" w:lineRule="auto"/>
        <w:ind w:left="720"/>
      </w:pPr>
      <w:r/>
      <w:hyperlink r:id="rId11">
        <w:r>
          <w:rPr>
            <w:color w:val="0000EE"/>
            <w:u w:val="single"/>
          </w:rPr>
          <w:t>https://www.theverge.com/2024/10/1/24259209/microsoft-ai-ceo-mustafa-suleyman-copilot-ai-companion-memo</w:t>
        </w:r>
      </w:hyperlink>
      <w:r>
        <w:t xml:space="preserve"> - Outlines Mustafa Suleyman's memo on the vision for Copilot, emphasizing its role as a personal AI companion, its adaptive capabilities, and the commitment to responsible AI development.</w:t>
      </w:r>
      <w:r/>
    </w:p>
    <w:p>
      <w:pPr>
        <w:pStyle w:val="ListNumber"/>
        <w:spacing w:line="240" w:lineRule="auto"/>
        <w:ind w:left="720"/>
      </w:pPr>
      <w:r/>
      <w:hyperlink r:id="rId12">
        <w:r>
          <w:rPr>
            <w:color w:val="0000EE"/>
            <w:u w:val="single"/>
          </w:rPr>
          <w:t>https://blogs.microsoft.com/blog/2023/09/21/announcing-microsoft-copilot-your-everyday-ai-companion/</w:t>
        </w:r>
      </w:hyperlink>
      <w:r>
        <w:t xml:space="preserve"> - Announces the launch of Microsoft Copilot, highlighting its integration across various Microsoft products, its ability to incorporate context and intelligence, and its focus on user privacy and security.</w:t>
      </w:r>
      <w:r/>
    </w:p>
    <w:p>
      <w:pPr>
        <w:pStyle w:val="ListNumber"/>
        <w:spacing w:line="240" w:lineRule="auto"/>
        <w:ind w:left="720"/>
      </w:pPr>
      <w:r/>
      <w:hyperlink r:id="rId13">
        <w:r>
          <w:rPr>
            <w:color w:val="0000EE"/>
            <w:u w:val="single"/>
          </w:rPr>
          <w:t>https://blogs.microsoft.com/blog/2024/10/01/an-ai-companion-for-everyone/</w:t>
        </w:r>
      </w:hyperlink>
      <w:r>
        <w:t xml:space="preserve"> - Discusses the updated features of Copilot, including its personalized interaction, real-world applications such as healthcare and event planning, and its commitment to user privacy and security.</w:t>
      </w:r>
      <w:r/>
    </w:p>
    <w:p>
      <w:pPr>
        <w:pStyle w:val="ListNumber"/>
        <w:spacing w:line="240" w:lineRule="auto"/>
        <w:ind w:left="720"/>
      </w:pPr>
      <w:r/>
      <w:hyperlink r:id="rId10">
        <w:r>
          <w:rPr>
            <w:color w:val="0000EE"/>
            <w:u w:val="single"/>
          </w:rPr>
          <w:t>https://www.microsoft.com/en-us/microsoft-copilot/learn?ep=0&amp;form=MA13LV&amp;es=31</w:t>
        </w:r>
      </w:hyperlink>
      <w:r>
        <w:t xml:space="preserve"> - Explains how Copilot will adapt to user preferences and habits over time, providing more sophisticated and intuitive assistance.</w:t>
      </w:r>
      <w:r/>
    </w:p>
    <w:p>
      <w:pPr>
        <w:pStyle w:val="ListNumber"/>
        <w:spacing w:line="240" w:lineRule="auto"/>
        <w:ind w:left="720"/>
      </w:pPr>
      <w:r/>
      <w:hyperlink r:id="rId13">
        <w:r>
          <w:rPr>
            <w:color w:val="0000EE"/>
            <w:u w:val="single"/>
          </w:rPr>
          <w:t>https://blogs.microsoft.com/blog/2024/10/01/an-ai-companion-for-everyone/</w:t>
        </w:r>
      </w:hyperlink>
      <w:r>
        <w:t xml:space="preserve"> - Details Copilot's real-world applications, such as accompanying users to doctor's appointments, assisting in event planning, and supporting decision-making.</w:t>
      </w:r>
      <w:r/>
    </w:p>
    <w:p>
      <w:pPr>
        <w:pStyle w:val="ListNumber"/>
        <w:spacing w:line="240" w:lineRule="auto"/>
        <w:ind w:left="720"/>
      </w:pPr>
      <w:r/>
      <w:hyperlink r:id="rId11">
        <w:r>
          <w:rPr>
            <w:color w:val="0000EE"/>
            <w:u w:val="single"/>
          </w:rPr>
          <w:t>https://www.theverge.com/2024/10/1/24259209/microsoft-ai-ceo-mustafa-suleyman-copilot-ai-companion-memo</w:t>
        </w:r>
      </w:hyperlink>
      <w:r>
        <w:t xml:space="preserve"> - Emphasizes the importance of privacy and security in Copilot's design, ensuring that user data is safeguarded.</w:t>
      </w:r>
      <w:r/>
    </w:p>
    <w:p>
      <w:pPr>
        <w:pStyle w:val="ListNumber"/>
        <w:spacing w:line="240" w:lineRule="auto"/>
        <w:ind w:left="720"/>
      </w:pPr>
      <w:r/>
      <w:hyperlink r:id="rId12">
        <w:r>
          <w:rPr>
            <w:color w:val="0000EE"/>
            <w:u w:val="single"/>
          </w:rPr>
          <w:t>https://blogs.microsoft.com/blog/2023/09/21/announcing-microsoft-copilot-your-everyday-ai-companion/</w:t>
        </w:r>
      </w:hyperlink>
      <w:r>
        <w:t xml:space="preserve"> - Highlights Microsoft's collaborative approach to developing and deploying Copilot, valuing user feedback and ensuring the technology enriches lives.</w:t>
      </w:r>
      <w:r/>
    </w:p>
    <w:p>
      <w:pPr>
        <w:pStyle w:val="ListNumber"/>
        <w:spacing w:line="240" w:lineRule="auto"/>
        <w:ind w:left="720"/>
      </w:pPr>
      <w:r/>
      <w:hyperlink r:id="rId11">
        <w:r>
          <w:rPr>
            <w:color w:val="0000EE"/>
            <w:u w:val="single"/>
          </w:rPr>
          <w:t>https://www.theverge.com/2024/10/1/24259209/microsoft-ai-ceo-mustafa-suleyman-copilot-ai-companion-memo</w:t>
        </w:r>
      </w:hyperlink>
      <w:r>
        <w:t xml:space="preserve"> - Discusses the gradual and careful deployment of Copilot, emphasizing patience and the importance of user feedback in the development process.</w:t>
      </w:r>
      <w:r/>
    </w:p>
    <w:p>
      <w:pPr>
        <w:pStyle w:val="ListNumber"/>
        <w:spacing w:line="240" w:lineRule="auto"/>
        <w:ind w:left="720"/>
      </w:pPr>
      <w:r/>
      <w:hyperlink r:id="rId13">
        <w:r>
          <w:rPr>
            <w:color w:val="0000EE"/>
            <w:u w:val="single"/>
          </w:rPr>
          <w:t>https://blogs.microsoft.com/blog/2024/10/01/an-ai-companion-for-everyone/</w:t>
        </w:r>
      </w:hyperlink>
      <w:r>
        <w:t xml:space="preserve"> - Outlines the future vision for Copilot, marking the beginning of a transformative journey in the role of technology in society.</w:t>
      </w:r>
      <w:r/>
    </w:p>
    <w:p>
      <w:pPr>
        <w:pStyle w:val="ListNumber"/>
        <w:spacing w:line="240" w:lineRule="auto"/>
        <w:ind w:left="720"/>
      </w:pPr>
      <w:r/>
      <w:hyperlink r:id="rId10">
        <w:r>
          <w:rPr>
            <w:color w:val="0000EE"/>
            <w:u w:val="single"/>
          </w:rPr>
          <w:t>https://www.microsoft.com/en-us/microsoft-copilot/learn?ep=0&amp;form=MA13LV&amp;es=31</w:t>
        </w:r>
      </w:hyperlink>
      <w:r>
        <w:t xml:space="preserve"> - Details the integration of Copilot into various Microsoft services, such as Microsoft Edge, Skype, and GroupMe, to provide a seamless and supportive user experience.</w:t>
      </w:r>
      <w:r/>
    </w:p>
    <w:p>
      <w:pPr>
        <w:pStyle w:val="ListNumber"/>
        <w:spacing w:line="240" w:lineRule="auto"/>
        <w:ind w:left="720"/>
      </w:pPr>
      <w:r/>
      <w:hyperlink r:id="rId11">
        <w:r>
          <w:rPr>
            <w:color w:val="0000EE"/>
            <w:u w:val="single"/>
          </w:rPr>
          <w:t>https://www.theverge.com/2024/10/1/24259209/microsoft-ai-ceo-mustafa-suleyman-copilot-ai-companion-memo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microsoft-copilot/learn?ep=0&amp;form=MA13LV&amp;es=31" TargetMode="External"/><Relationship Id="rId11" Type="http://schemas.openxmlformats.org/officeDocument/2006/relationships/hyperlink" Target="https://www.theverge.com/2024/10/1/24259209/microsoft-ai-ceo-mustafa-suleyman-copilot-ai-companion-memo" TargetMode="External"/><Relationship Id="rId12" Type="http://schemas.openxmlformats.org/officeDocument/2006/relationships/hyperlink" Target="https://blogs.microsoft.com/blog/2023/09/21/announcing-microsoft-copilot-your-everyday-ai-companion/" TargetMode="External"/><Relationship Id="rId13" Type="http://schemas.openxmlformats.org/officeDocument/2006/relationships/hyperlink" Target="https://blogs.microsoft.com/blog/2024/10/01/an-ai-companion-for-every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