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Motilal Oswal Wealth Management introduces AI-powered investment tool on Gandhi Jayanti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Motilal Oswal Wealth Management Introduces AI-Powered Investment Tool on Gandhi Jayanti</w:t>
      </w:r>
      <w:r/>
    </w:p>
    <w:p>
      <w:r/>
      <w:r>
        <w:rPr>
          <w:b/>
        </w:rPr>
        <w:t>Mumbai, 1st October 2024</w:t>
      </w:r>
      <w:r>
        <w:t xml:space="preserve"> – In a significant move aimed at modernising the investment landscape, Motilal Oswal Wealth Management has launched India’s first Artificial Intelligence-powered Growth Lens, aptly named ‘Growth Ka Chashma’. The launch coincides with Gandhi Jayanti, a day already imbued with national significance, and is designed to arm today’s investors with cutting-edge technology to navigate market opportunities.</w:t>
      </w:r>
      <w:r/>
    </w:p>
    <w:p>
      <w:r/>
      <w:r>
        <w:t>Growth Ka Chashma represents a fusion of AI technology and Motilal Oswal’s esteemed research, allowing users to effortlessly identify promising sectors and stocks. This innovative tool functions by enabling individuals to point their mobile cameras at objects around them—ranging from commonplace items like mobile phones and laptops to more specialized objects such as solar panels and crude oil barrels. The AI then analyses these objects and provides immediate stock insights pertinent to the theme captured. Additionally, users can upload pictures or simply type in their sectors of interest to receive tailored recommendations, thus offering a versatile and user-friendly interface for exploring India’s market potential.</w:t>
      </w:r>
      <w:r/>
    </w:p>
    <w:p>
      <w:r/>
      <w:r>
        <w:t>Drawing inspiration from Mahatma Gandhi’s famous adage, “Be the change you wish to see,” Growth Ka Chashma encourages investors to take an active role in shaping their portfolios by focusing on growth. The tool gamifies the process of financial education, combining sophisticated AI with in-depth market analysis, thereby making stock market learning both accessible and engaging.</w:t>
      </w:r>
      <w:r/>
    </w:p>
    <w:p>
      <w:r/>
      <w:r>
        <w:t>Mr. Sandeep Walunj, the Group Chief Marketing Officer for Motilal Oswal Financial Services, eloquently articulated the motive behind this groundbreaking initiative. “In the new era of personal finance, we proudly lead the way with our commitment to leveraging technology and solid research. Our goal is to empower individuals to take control of their financial future with research-backed insights. ‘Growth Ka Chashma’ is an AI-powered growth lens that helps investors zero down on growth sectors and stocks. With this first-of-its-kind experience, we aim to make searching for stocks more engaging and interactive.”</w:t>
      </w:r>
      <w:r/>
    </w:p>
    <w:p>
      <w:r/>
      <w:r>
        <w:t>Reinforcing the significance of this venture, Mr. Varun Mundra, Senior Vice President – Marketing, Wealth Management, added, “At Motilal Oswal, we prioritize investor awareness and informed decision-making. Growth Ka Chashma is another step towards bringing foresight into India’s growth sectors. The lens gamifies investor education while connecting users to real-time, research-backed insights. The Growth Ka Chashma is a gateway to deeper market understanding, and when combined with our Research 360 app, it forms a complete ecosystem that guides investors from curiosity to confident action, all backed by Motilal Oswal’s research excellence.”</w:t>
      </w:r>
      <w:r/>
    </w:p>
    <w:p>
      <w:r/>
      <w:r>
        <w:t>Through the launch of Growth Ka Chashma, Motilal Oswal Wealth Management underscores its dedication to technological innovation and advanced research in assisting investors to make informed decisions. As the company continues to lead in the sphere of personal finance, this new tool is expected to attract a vast spectrum of investors eager to explore and capitalise on India’s economic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https://www.motilaloswalgroup.com/Media-Room/Press-Release/-/motilal-oswal-wealth-management-unveils-%E2%80%98grow/BND/20651</w:t>
        </w:r>
      </w:hyperlink>
      <w:r>
        <w:t xml:space="preserve"> - Corroborates the launch of 'Growth Ka Chashma' by Motilal Oswal Wealth Management and its AI-powered features.</w:t>
      </w:r>
      <w:r/>
    </w:p>
    <w:p>
      <w:pPr>
        <w:pStyle w:val="ListNumber"/>
        <w:spacing w:line="240" w:lineRule="auto"/>
        <w:ind w:left="720"/>
      </w:pPr>
      <w:r/>
      <w:hyperlink r:id="rId11">
        <w:r>
          <w:rPr>
            <w:color w:val="0000EE"/>
            <w:u w:val="single"/>
          </w:rPr>
          <w:t>https://in.linkedin.com/company/motilal-oswal-financial-services-ltd</w:t>
        </w:r>
      </w:hyperlink>
      <w:r>
        <w:t xml:space="preserve"> - Mentions the introduction of 'Growth Ka Chashma' as an AI-powered innovation by Motilal Oswal Financial Services.</w:t>
      </w:r>
      <w:r/>
    </w:p>
    <w:p>
      <w:pPr>
        <w:pStyle w:val="ListNumber"/>
        <w:spacing w:line="240" w:lineRule="auto"/>
        <w:ind w:left="720"/>
      </w:pPr>
      <w:r/>
      <w:hyperlink r:id="rId10">
        <w:r>
          <w:rPr>
            <w:color w:val="0000EE"/>
            <w:u w:val="single"/>
          </w:rPr>
          <w:t>https://www.motilaloswalgroup.com/Media-Room/Press-Release/-/motilal-oswal-wealth-management-unveils-%E2%80%98grow/BND/20651</w:t>
        </w:r>
      </w:hyperlink>
      <w:r>
        <w:t xml:space="preserve"> - Provides details on the launch date coinciding with Gandhi Jayanti and the tool's purpose.</w:t>
      </w:r>
      <w:r/>
    </w:p>
    <w:p>
      <w:pPr>
        <w:pStyle w:val="ListNumber"/>
        <w:spacing w:line="240" w:lineRule="auto"/>
        <w:ind w:left="720"/>
      </w:pPr>
      <w:r/>
      <w:hyperlink r:id="rId10">
        <w:r>
          <w:rPr>
            <w:color w:val="0000EE"/>
            <w:u w:val="single"/>
          </w:rPr>
          <w:t>https://www.motilaloswalgroup.com/Media-Room/Press-Release/-/motilal-oswal-wealth-management-unveils-%E2%80%98grow/BND/20651</w:t>
        </w:r>
      </w:hyperlink>
      <w:r>
        <w:t xml:space="preserve"> - Explains how the tool uses AI to analyze objects and provide stock insights.</w:t>
      </w:r>
      <w:r/>
    </w:p>
    <w:p>
      <w:pPr>
        <w:pStyle w:val="ListNumber"/>
        <w:spacing w:line="240" w:lineRule="auto"/>
        <w:ind w:left="720"/>
      </w:pPr>
      <w:r/>
      <w:hyperlink r:id="rId10">
        <w:r>
          <w:rPr>
            <w:color w:val="0000EE"/>
            <w:u w:val="single"/>
          </w:rPr>
          <w:t>https://www.motilaloswalgroup.com/Media-Room/Press-Release/-/motilal-oswal-wealth-management-unveils-%E2%80%98grow/BND/20651</w:t>
        </w:r>
      </w:hyperlink>
      <w:r>
        <w:t xml:space="preserve"> - Details the user-friendly interface and the ability to upload pictures or type in sectors of interest.</w:t>
      </w:r>
      <w:r/>
    </w:p>
    <w:p>
      <w:pPr>
        <w:pStyle w:val="ListNumber"/>
        <w:spacing w:line="240" w:lineRule="auto"/>
        <w:ind w:left="720"/>
      </w:pPr>
      <w:r/>
      <w:hyperlink r:id="rId10">
        <w:r>
          <w:rPr>
            <w:color w:val="0000EE"/>
            <w:u w:val="single"/>
          </w:rPr>
          <w:t>https://www.motilaloswalgroup.com/Media-Room/Press-Release/-/motilal-oswal-wealth-management-unveils-%E2%80%98grow/BND/20651</w:t>
        </w:r>
      </w:hyperlink>
      <w:r>
        <w:t xml:space="preserve"> - Quotes Mr. Sandeep Walunj on the motive behind the initiative and the use of technology and research.</w:t>
      </w:r>
      <w:r/>
    </w:p>
    <w:p>
      <w:pPr>
        <w:pStyle w:val="ListNumber"/>
        <w:spacing w:line="240" w:lineRule="auto"/>
        <w:ind w:left="720"/>
      </w:pPr>
      <w:r/>
      <w:hyperlink r:id="rId10">
        <w:r>
          <w:rPr>
            <w:color w:val="0000EE"/>
            <w:u w:val="single"/>
          </w:rPr>
          <w:t>https://www.motilaloswalgroup.com/Media-Room/Press-Release/-/motilal-oswal-wealth-management-unveils-%E2%80%98grow/BND/20651</w:t>
        </w:r>
      </w:hyperlink>
      <w:r>
        <w:t xml:space="preserve"> - Includes Mr. Varun Mundra's comments on investor awareness and informed decision-making.</w:t>
      </w:r>
      <w:r/>
    </w:p>
    <w:p>
      <w:pPr>
        <w:pStyle w:val="ListNumber"/>
        <w:spacing w:line="240" w:lineRule="auto"/>
        <w:ind w:left="720"/>
      </w:pPr>
      <w:r/>
      <w:hyperlink r:id="rId10">
        <w:r>
          <w:rPr>
            <w:color w:val="0000EE"/>
            <w:u w:val="single"/>
          </w:rPr>
          <w:t>https://www.motilaloswalgroup.com/Media-Room/Press-Release/-/motilal-oswal-wealth-management-unveils-%E2%80%98grow/BND/20651</w:t>
        </w:r>
      </w:hyperlink>
      <w:r>
        <w:t xml:space="preserve"> - Highlights the integration with the Research 360 app and the complete ecosystem for investors.</w:t>
      </w:r>
      <w:r/>
    </w:p>
    <w:p>
      <w:pPr>
        <w:pStyle w:val="ListNumber"/>
        <w:spacing w:line="240" w:lineRule="auto"/>
        <w:ind w:left="720"/>
      </w:pPr>
      <w:r/>
      <w:hyperlink r:id="rId10">
        <w:r>
          <w:rPr>
            <w:color w:val="0000EE"/>
            <w:u w:val="single"/>
          </w:rPr>
          <w:t>https://www.motilaloswalgroup.com/Media-Room/Press-Release/-/motilal-oswal-wealth-management-unveils-%E2%80%98grow/BND/20651</w:t>
        </w:r>
      </w:hyperlink>
      <w:r>
        <w:t xml:space="preserve"> - Emphasizes Motilal Oswal's dedication to technological innovation and advanced research.</w:t>
      </w:r>
      <w:r/>
    </w:p>
    <w:p>
      <w:pPr>
        <w:pStyle w:val="ListNumber"/>
        <w:spacing w:line="240" w:lineRule="auto"/>
        <w:ind w:left="720"/>
      </w:pPr>
      <w:r/>
      <w:hyperlink r:id="rId10">
        <w:r>
          <w:rPr>
            <w:color w:val="0000EE"/>
            <w:u w:val="single"/>
          </w:rPr>
          <w:t>https://www.motilaloswalgroup.com/Media-Room/Press-Release/-/motilal-oswal-wealth-management-unveils-%E2%80%98grow/BND/20651</w:t>
        </w:r>
      </w:hyperlink>
      <w:r>
        <w:t xml:space="preserve"> - Discusses the expected impact on attracting a wide range of investors.</w:t>
      </w:r>
      <w:r/>
    </w:p>
    <w:p>
      <w:pPr>
        <w:pStyle w:val="ListNumber"/>
        <w:spacing w:line="240" w:lineRule="auto"/>
        <w:ind w:left="720"/>
      </w:pPr>
      <w:r/>
      <w:hyperlink r:id="rId12">
        <w:r>
          <w:rPr>
            <w:color w:val="0000EE"/>
            <w:u w:val="single"/>
          </w:rPr>
          <w:t>https://www.passionateinmarketing.com/motilal-oswal-wealth-management-unveils-growth-ka-chashma-a-revolutionary-ai-powered-growth-lens-for-investors/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tilaloswalgroup.com/Media-Room/Press-Release/-/motilal-oswal-wealth-management-unveils-%E2%80%98grow/BND/20651" TargetMode="External"/><Relationship Id="rId11" Type="http://schemas.openxmlformats.org/officeDocument/2006/relationships/hyperlink" Target="https://in.linkedin.com/company/motilal-oswal-financial-services-ltd" TargetMode="External"/><Relationship Id="rId12" Type="http://schemas.openxmlformats.org/officeDocument/2006/relationships/hyperlink" Target="https://www.passionateinmarketing.com/motilal-oswal-wealth-management-unveils-growth-ka-chashma-a-revolutionary-ai-powered-growth-lens-for-inves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