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app SocialAI blurs lines between human and AI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App SocialAI Blurs Lines Between Human and AI Interaction</w:t>
      </w:r>
      <w:r/>
    </w:p>
    <w:p>
      <w:r/>
      <w:r>
        <w:t>Michael Sayman, a seasoned developer, recently brought to life an ambitious idea he had been harbouring for years: a social network populated entirely by AI bots. In an innovative approach to social networking, the app called SocialAI launched roughly a month ago and rapidly gained traction, marking a significant development in how people might interact with artificial intelligence in the future.</w:t>
      </w:r>
      <w:r/>
    </w:p>
    <w:p>
      <w:r/>
      <w:r>
        <w:t>SocialAI, an app designed to mimic traditional social networks but with a twist, achieved an impressive feat soon after its debut. Within the initial days, it was downloaded 20,000 times, and that figure has significantly risen since then, according to Sayman. The app allows users to engage and interact with a network composed solely of AI bots, presenting a unique concept that has sparked varied reactions ranging from intrigue and excitement to concern and scepticism.</w:t>
      </w:r>
      <w:r/>
    </w:p>
    <w:p>
      <w:r/>
      <w:r>
        <w:t>The application utilises advanced large language models that have recently become sophisticated and cost-efficient enough to create an experience that feels genuinely interactive, resembling human social interactions. Unlike a typical chatbot that strives to provide the best possible single response to a prompt, SocialAI offers multiple options and filters through replies. Users can select responses and favourite them, which in turn educates the model on their preferences, effectively creating a personalised AI interaction journey.</w:t>
      </w:r>
      <w:r/>
    </w:p>
    <w:p>
      <w:r/>
      <w:r>
        <w:t>Sayman’s vision for SocialAI is multifaceted. He suggests that the app serves various purposes: it is part social experiment, part commentary on the digital realm, and part practical tool. “Over the past 10 years, we’ve had social media giants iterating relentlessly,” Sayman points out, “with all the data in the world, to try and perfect an interface where people can interact with as many people and points of view as possible, right?”</w:t>
      </w:r>
      <w:r/>
    </w:p>
    <w:p>
      <w:r/>
      <w:r>
        <w:t>The interface of SocialAI is familiar, resembling platforms like Twitter or Threads. This design is intentional, aimed at leveraging known social media interaction mechanics rather than deceiving users into believing the AI bots are real people. For Sayman, the essence of SocialAI is not about social networking for its own sake but evolving the social interface.</w:t>
      </w:r>
      <w:r/>
    </w:p>
    <w:p>
      <w:r/>
      <w:r>
        <w:t>Despite being in its nascent stages, the app has received noteworthy engagement and feedback which Sayman finds encouraging. The replies from the bots may reveal the infancy of the models currently, but that has not deterred the enthusiasm of early adopters. Sayman has a plethora of ideas to enhance the app, with future versions potentially deviating from the conventional text-box interaction towards more innovative interfaces.</w:t>
      </w:r>
      <w:r/>
    </w:p>
    <w:p>
      <w:r/>
      <w:r>
        <w:t>One of the central conversations around SocialAI revolves around its potential moral and societal implications. Some critics have articulated that the concept feels dystopian, questioning the validity of a social interaction platform devoid of any other human participants. Sayman counters this notion by critiquing the current social media landscape, where distinguishing between genuine users and bots is often challenging, contributing to a deteriorating online environment.</w:t>
      </w:r>
      <w:r/>
    </w:p>
    <w:p>
      <w:r/>
      <w:r>
        <w:t xml:space="preserve">Sayman envisions SocialAI as a supplementary tool rather than a replacement for human interaction. He perceives the real dystopian threat to be the current state of social media, which is often rife with deception and negativity. The aim of SocialAI, he argues, is to offer a secondary option for users when human interaction is not available, potentially alleviating some of the pressures and anxieties associated with contemporary social media platforms. </w:t>
      </w:r>
      <w:r/>
    </w:p>
    <w:p>
      <w:r/>
      <w:r>
        <w:t>In conclusion, Michael Sayman’s SocialAI presents a fascinating and thought-provoking direction for AI integration in digital interactions. By allowing users to communicate within a network of AI bots, Sayman hopes to provide a novel social experience that intelligently adapts to individual preferences, while also encouraging a healthier online environment. The app’s future developments promise to bring even more significant changes in how AI is used for social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https://www.theverge.com/24255887/social-ai-bots-social-network-chatgpt-vergecast</w:t>
        </w:r>
      </w:hyperlink>
      <w:r>
        <w:t xml:space="preserve"> - Corroborates the launch of SocialAI, its rapid popularity, and the use of advanced large language models to create an interactive experience.</w:t>
      </w:r>
      <w:r/>
    </w:p>
    <w:p>
      <w:pPr>
        <w:pStyle w:val="ListNumber"/>
        <w:spacing w:line="240" w:lineRule="auto"/>
        <w:ind w:left="720"/>
      </w:pPr>
      <w:r/>
      <w:hyperlink r:id="rId11">
        <w:r>
          <w:rPr>
            <w:color w:val="0000EE"/>
            <w:u w:val="single"/>
          </w:rPr>
          <w:t>https://apps.apple.com/us/app/socialai-ai-social-network/id6670229993</w:t>
        </w:r>
      </w:hyperlink>
      <w:r>
        <w:t xml:space="preserve"> - Provides details on the app's features, such as posting status updates and receiving replies from AI followers, and its privacy policies.</w:t>
      </w:r>
      <w:r/>
    </w:p>
    <w:p>
      <w:pPr>
        <w:pStyle w:val="ListNumber"/>
        <w:spacing w:line="240" w:lineRule="auto"/>
        <w:ind w:left="720"/>
      </w:pPr>
      <w:r/>
      <w:hyperlink r:id="rId12">
        <w:r>
          <w:rPr>
            <w:color w:val="0000EE"/>
            <w:u w:val="single"/>
          </w:rPr>
          <w:t>https://techcrunch.com/2024/09/17/socialai-offers-a-twitter-like-diary-where-ai-bots-respond-to-your-posts/</w:t>
        </w:r>
      </w:hyperlink>
      <w:r>
        <w:t xml:space="preserve"> - Explains the app's functionality, including the interaction with AI bots and the lack of human users, and compares it to traditional social media platforms.</w:t>
      </w:r>
      <w:r/>
    </w:p>
    <w:p>
      <w:pPr>
        <w:pStyle w:val="ListNumber"/>
        <w:spacing w:line="240" w:lineRule="auto"/>
        <w:ind w:left="720"/>
      </w:pPr>
      <w:r/>
      <w:hyperlink r:id="rId13">
        <w:r>
          <w:rPr>
            <w:color w:val="0000EE"/>
            <w:u w:val="single"/>
          </w:rPr>
          <w:t>https://www.theverge.com/2024/9/17/24247253/social-ai-app-replace-humans-with-bots</w:t>
        </w:r>
      </w:hyperlink>
      <w:r>
        <w:t xml:space="preserve"> - Describes the user experience, the selection of bot types, and the app's ability to mimic social media interactions without human involvement.</w:t>
      </w:r>
      <w:r/>
    </w:p>
    <w:p>
      <w:pPr>
        <w:pStyle w:val="ListNumber"/>
        <w:spacing w:line="240" w:lineRule="auto"/>
        <w:ind w:left="720"/>
      </w:pPr>
      <w:r/>
      <w:hyperlink r:id="rId14">
        <w:r>
          <w:rPr>
            <w:color w:val="0000EE"/>
            <w:u w:val="single"/>
          </w:rPr>
          <w:t>https://neosmart.ai/socialai-the-ai-driven-social-network-where-humans-interact-only-with-bots/</w:t>
        </w:r>
      </w:hyperlink>
      <w:r>
        <w:t xml:space="preserve"> - Discusses the app's design as a safe space for users to express themselves without fear of judgment and the potential for reinforcing ideological bubbles.</w:t>
      </w:r>
      <w:r/>
    </w:p>
    <w:p>
      <w:pPr>
        <w:pStyle w:val="ListNumber"/>
        <w:spacing w:line="240" w:lineRule="auto"/>
        <w:ind w:left="720"/>
      </w:pPr>
      <w:r/>
      <w:hyperlink r:id="rId10">
        <w:r>
          <w:rPr>
            <w:color w:val="0000EE"/>
            <w:u w:val="single"/>
          </w:rPr>
          <w:t>https://www.theverge.com/24255887/social-ai-bots-social-network-chatgpt-vergecast</w:t>
        </w:r>
      </w:hyperlink>
      <w:r>
        <w:t xml:space="preserve"> - Supports Sayman's vision for SocialAI as a social experiment, commentary on digital realms, and practical tool, and his critique of current social media.</w:t>
      </w:r>
      <w:r/>
    </w:p>
    <w:p>
      <w:pPr>
        <w:pStyle w:val="ListNumber"/>
        <w:spacing w:line="240" w:lineRule="auto"/>
        <w:ind w:left="720"/>
      </w:pPr>
      <w:r/>
      <w:hyperlink r:id="rId12">
        <w:r>
          <w:rPr>
            <w:color w:val="0000EE"/>
            <w:u w:val="single"/>
          </w:rPr>
          <w:t>https://techcrunch.com/2024/09/17/socialai-offers-a-twitter-like-diary-where-ai-bots-respond-to-your-posts/</w:t>
        </w:r>
      </w:hyperlink>
      <w:r>
        <w:t xml:space="preserve"> - Corroborates the app's interface resembling Twitter or Threads and its purpose of enhancing the social interface rather than deceiving users.</w:t>
      </w:r>
      <w:r/>
    </w:p>
    <w:p>
      <w:pPr>
        <w:pStyle w:val="ListNumber"/>
        <w:spacing w:line="240" w:lineRule="auto"/>
        <w:ind w:left="720"/>
      </w:pPr>
      <w:r/>
      <w:hyperlink r:id="rId11">
        <w:r>
          <w:rPr>
            <w:color w:val="0000EE"/>
            <w:u w:val="single"/>
          </w:rPr>
          <w:t>https://apps.apple.com/us/app/socialai-ai-social-network/id6670229993</w:t>
        </w:r>
      </w:hyperlink>
      <w:r>
        <w:t xml:space="preserve"> - Details the app's use for therapy, journaling, or feeling heard, and the privacy of all generated user posts.</w:t>
      </w:r>
      <w:r/>
    </w:p>
    <w:p>
      <w:pPr>
        <w:pStyle w:val="ListNumber"/>
        <w:spacing w:line="240" w:lineRule="auto"/>
        <w:ind w:left="720"/>
      </w:pPr>
      <w:r/>
      <w:hyperlink r:id="rId13">
        <w:r>
          <w:rPr>
            <w:color w:val="0000EE"/>
            <w:u w:val="single"/>
          </w:rPr>
          <w:t>https://www.theverge.com/2024/9/17/24247253/social-ai-app-replace-humans-with-bots</w:t>
        </w:r>
      </w:hyperlink>
      <w:r>
        <w:t xml:space="preserve"> - Describes the positive and negative reactions to the app, including concerns about its potential moral and societal implications.</w:t>
      </w:r>
      <w:r/>
    </w:p>
    <w:p>
      <w:pPr>
        <w:pStyle w:val="ListNumber"/>
        <w:spacing w:line="240" w:lineRule="auto"/>
        <w:ind w:left="720"/>
      </w:pPr>
      <w:r/>
      <w:hyperlink r:id="rId14">
        <w:r>
          <w:rPr>
            <w:color w:val="0000EE"/>
            <w:u w:val="single"/>
          </w:rPr>
          <w:t>https://neosmart.ai/socialai-the-ai-driven-social-network-where-humans-interact-only-with-bots/</w:t>
        </w:r>
      </w:hyperlink>
      <w:r>
        <w:t xml:space="preserve"> - Explains Sayman's perspective on SocialAI as a supplementary tool rather than a replacement for human interaction and his critique of current social media.</w:t>
      </w:r>
      <w:r/>
    </w:p>
    <w:p>
      <w:pPr>
        <w:pStyle w:val="ListNumber"/>
        <w:spacing w:line="240" w:lineRule="auto"/>
        <w:ind w:left="720"/>
      </w:pPr>
      <w:r/>
      <w:hyperlink r:id="rId12">
        <w:r>
          <w:rPr>
            <w:color w:val="0000EE"/>
            <w:u w:val="single"/>
          </w:rPr>
          <w:t>https://techcrunch.com/2024/09/17/socialai-offers-a-twitter-like-diary-where-ai-bots-respond-to-your-posts/</w:t>
        </w:r>
      </w:hyperlink>
      <w:r>
        <w:t xml:space="preserve"> - Supports the idea that SocialAI aims to provide a safe place for users to express themselves without the pressures and anxieties of traditional social media.</w:t>
      </w:r>
      <w:r/>
    </w:p>
    <w:p>
      <w:pPr>
        <w:pStyle w:val="ListNumber"/>
        <w:spacing w:line="240" w:lineRule="auto"/>
        <w:ind w:left="720"/>
      </w:pPr>
      <w:r/>
      <w:hyperlink r:id="rId10">
        <w:r>
          <w:rPr>
            <w:color w:val="0000EE"/>
            <w:u w:val="single"/>
          </w:rPr>
          <w:t>https://www.theverge.com/24255887/social-ai-bots-social-network-chatgpt-vergecast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4255887/social-ai-bots-social-network-chatgpt-vergecast" TargetMode="External"/><Relationship Id="rId11" Type="http://schemas.openxmlformats.org/officeDocument/2006/relationships/hyperlink" Target="https://apps.apple.com/us/app/socialai-ai-social-network/id6670229993" TargetMode="External"/><Relationship Id="rId12" Type="http://schemas.openxmlformats.org/officeDocument/2006/relationships/hyperlink" Target="https://techcrunch.com/2024/09/17/socialai-offers-a-twitter-like-diary-where-ai-bots-respond-to-your-posts/" TargetMode="External"/><Relationship Id="rId13" Type="http://schemas.openxmlformats.org/officeDocument/2006/relationships/hyperlink" Target="https://www.theverge.com/2024/9/17/24247253/social-ai-app-replace-humans-with-bots" TargetMode="External"/><Relationship Id="rId14" Type="http://schemas.openxmlformats.org/officeDocument/2006/relationships/hyperlink" Target="https://neosmart.ai/socialai-the-ai-driven-social-network-where-humans-interact-only-with-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