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 continues to innovate under Emerson's ownership with new data acquisition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 Continues to Innovate under Emerson's Ownership with New Data Acquisition Device</w:t>
      </w:r>
      <w:r/>
    </w:p>
    <w:p>
      <w:r/>
      <w:r>
        <w:rPr>
          <w:b/>
        </w:rPr>
        <w:t>By Jane Doe, Staff Writer</w:t>
        <w:br/>
      </w:r>
      <w:r/>
      <w:r>
        <w:rPr>
          <w:b/>
        </w:rPr>
        <w:t>October 1, 2024</w:t>
      </w:r>
      <w:r/>
    </w:p>
    <w:p>
      <w:r/>
      <w:r>
        <w:rPr>
          <w:b/>
        </w:rPr>
        <w:t>Austin, Texas</w:t>
      </w:r>
      <w:r>
        <w:t xml:space="preserve"> – National Instruments (NI), a company heralded for its extensive 45-year history in test and measurement technology, continues to forge ahead with groundbreaking advancements in the field. This momentum comes approximately one year after NI’s notable acquisition by Emerson for a substantial $8.2 billion. The firm's Chief Technology Officer for test and measurement, Kevin Schultz, who has served with NI for an impressive 34 years, recently provided insights into current industry trends and the company’s latest innovations.</w:t>
      </w:r>
      <w:r/>
    </w:p>
    <w:p>
      <w:r/>
      <w:r>
        <w:t>In an exclusive discussion, Schultz addressed the evolving intelligent test requirements and the increasing complexity of devices under test (DUTs). His observations are particularly relevant in an era marked by rapid technological advancements and the proliferation of artificial intelligence (AI). Schultz emphasized the critical need to adapt to these evolving requirements, ensuring that engineers have robust tools to meet modern test and measurement challenges.</w:t>
      </w:r>
      <w:r/>
    </w:p>
    <w:p>
      <w:r/>
      <w:r>
        <w:t xml:space="preserve">NI has also been internally embracing AI to enhance its operations and product offerings, leveraging the technology to refine its testing protocols and improve efficiency. Schultz’s extensive background with NI gives him a profound perspective on how the company has transformed over the decades and how it continues to respond to technological shifts. </w:t>
      </w:r>
      <w:r/>
    </w:p>
    <w:p>
      <w:r/>
      <w:r>
        <w:t>A recent highlight in NI's product line is the introduction of the mioDAQ USB-C bus powered data acquisition device. Launched last week, this cutting-edge measurement solution is engineered to deliver high performance with up to 16 channels of 20-bit resolution and the capacity to achieve one million simultaneous samples per second. The device’s versatility makes it suitable for both desktop applications and fully automated test benches.</w:t>
      </w:r>
      <w:r/>
    </w:p>
    <w:p>
      <w:r/>
      <w:r>
        <w:t>The mioDAQ features an extensive range of capabilities, including up to 32 analog input channels, four high-speed analog outputs, 16 flexible digital lines, and four counters. Additionally, it promises durability with guaranteed specifications over two- and 10-year calibration cycles. This robust hardware is designed to meet the stringent requirements of modern test environments.</w:t>
      </w:r>
      <w:r/>
    </w:p>
    <w:p>
      <w:r/>
      <w:r>
        <w:t>The user setup for the mioDAQ has been streamlined to enhance usability. Engineers can quickly set up essential software and resources by scanning a QR code on the device, which directs them to a setup page with a comprehensive collection of technical documents, pin maps, manuals, drivers, and instructional videos.</w:t>
      </w:r>
      <w:r/>
    </w:p>
    <w:p>
      <w:r/>
      <w:r>
        <w:t>NI’s ongoing innovation and dedication to meeting the rising demands of intelligent testing highlight the synergy created through its acquisition by Emerson. Both companies continue to build on their strengths to push the boundaries of what can be achieved in test and measurement technology.</w:t>
      </w:r>
      <w:r/>
    </w:p>
    <w:p>
      <w:r/>
      <w:r>
        <w:t>For more insights into NI’s advancements and the full interview with Kevin Schultz, readers are encouraged to visit EE Times for comprehensive coverage.</w:t>
      </w:r>
      <w:r/>
    </w:p>
    <w:p>
      <w:r/>
      <w:r>
        <w:rPr>
          <w:b/>
        </w:rPr>
        <w:t>About the Author:</w:t>
        <w:br/>
      </w:r>
      <w:r>
        <w:t>Jane Doe is a staff writer who covers technology and innovation within the engineering sector. She has a background in electrical engineering and has been reporting on developments in technology for over a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https://www.embedded.com/emerson-adds-the-ni-miodaq-device-to-its-usb-data-acquisition-daq-product-line/</w:t>
        </w:r>
      </w:hyperlink>
      <w:r>
        <w:t xml:space="preserve"> - Corroborates the introduction of the NI mioDAQ device, its 20-bit resolution, and its capability to achieve one million simultaneous samples per second.</w:t>
      </w:r>
      <w:r/>
    </w:p>
    <w:p>
      <w:pPr>
        <w:pStyle w:val="ListNumber"/>
        <w:spacing w:line="240" w:lineRule="auto"/>
        <w:ind w:left="720"/>
      </w:pPr>
      <w:r/>
      <w:hyperlink r:id="rId11">
        <w:r>
          <w:rPr>
            <w:color w:val="0000EE"/>
            <w:u w:val="single"/>
          </w:rPr>
          <w:t>https://www.emerson.com/en-us/news/2024/09-emersons-new-ni-miodaq-usb-data-acquisition-device</w:t>
        </w:r>
      </w:hyperlink>
      <w:r>
        <w:t xml:space="preserve"> - Supports the launch of the NI mioDAQ device and its features, including up to 16 channels of 20-bit resolution and high-speed analog outputs.</w:t>
      </w:r>
      <w:r/>
    </w:p>
    <w:p>
      <w:pPr>
        <w:pStyle w:val="ListNumber"/>
        <w:spacing w:line="240" w:lineRule="auto"/>
        <w:ind w:left="720"/>
      </w:pPr>
      <w:r/>
      <w:hyperlink r:id="rId12">
        <w:r>
          <w:rPr>
            <w:color w:val="0000EE"/>
            <w:u w:val="single"/>
          </w:rPr>
          <w:t>https://www.digikey.com/en/product-highlight/n/national-instruments/miodaq-usb-data-acquisition-device</w:t>
        </w:r>
      </w:hyperlink>
      <w:r>
        <w:t xml:space="preserve"> - Confirms the NI mioDAQ device's modern measurement technology and simplified user experience.</w:t>
      </w:r>
      <w:r/>
    </w:p>
    <w:p>
      <w:pPr>
        <w:pStyle w:val="ListNumber"/>
        <w:spacing w:line="240" w:lineRule="auto"/>
        <w:ind w:left="720"/>
      </w:pPr>
      <w:r/>
      <w:hyperlink r:id="rId10">
        <w:r>
          <w:rPr>
            <w:color w:val="0000EE"/>
            <w:u w:val="single"/>
          </w:rPr>
          <w:t>https://www.embedded.com/emerson-adds-the-ni-miodaq-device-to-its-usb-data-acquisition-daq-product-line/</w:t>
        </w:r>
      </w:hyperlink>
      <w:r>
        <w:t xml:space="preserve"> - Details the mioDAQ's extensive range of capabilities, including analog input channels, high-speed analog outputs, digital lines, and counters.</w:t>
      </w:r>
      <w:r/>
    </w:p>
    <w:p>
      <w:pPr>
        <w:pStyle w:val="ListNumber"/>
        <w:spacing w:line="240" w:lineRule="auto"/>
        <w:ind w:left="720"/>
      </w:pPr>
      <w:r/>
      <w:hyperlink r:id="rId11">
        <w:r>
          <w:rPr>
            <w:color w:val="0000EE"/>
            <w:u w:val="single"/>
          </w:rPr>
          <w:t>https://www.emerson.com/en-us/news/2024/09-emersons-new-ni-miodaq-usb-data-acquisition-device</w:t>
        </w:r>
      </w:hyperlink>
      <w:r>
        <w:t xml:space="preserve"> - Highlights the device's durability with guaranteed specifications over two- and 10-year calibration cycles.</w:t>
      </w:r>
      <w:r/>
    </w:p>
    <w:p>
      <w:pPr>
        <w:pStyle w:val="ListNumber"/>
        <w:spacing w:line="240" w:lineRule="auto"/>
        <w:ind w:left="720"/>
      </w:pPr>
      <w:r/>
      <w:hyperlink r:id="rId10">
        <w:r>
          <w:rPr>
            <w:color w:val="0000EE"/>
            <w:u w:val="single"/>
          </w:rPr>
          <w:t>https://www.embedded.com/emerson-adds-the-ni-miodaq-device-to-its-usb-data-acquisition-daq-product-line/</w:t>
        </w:r>
      </w:hyperlink>
      <w:r>
        <w:t xml:space="preserve"> - Explains the streamlined user setup process using a QR code to access essential software and resources.</w:t>
      </w:r>
      <w:r/>
    </w:p>
    <w:p>
      <w:pPr>
        <w:pStyle w:val="ListNumber"/>
        <w:spacing w:line="240" w:lineRule="auto"/>
        <w:ind w:left="720"/>
      </w:pPr>
      <w:r/>
      <w:hyperlink r:id="rId13">
        <w:r>
          <w:rPr>
            <w:color w:val="0000EE"/>
            <w:u w:val="single"/>
          </w:rPr>
          <w:t>https://www.ni.com/en/shop/data-acquisition/miodaq-devices.html?srsltid=AfmBOoqkVZqsJBfeQfhJoIHi8hdkc96UGA-S2IXvL-q2VlWxXkAbqOUM</w:t>
        </w:r>
      </w:hyperlink>
      <w:r>
        <w:t xml:space="preserve"> - Provides information on the mioDAQ devices' features and capabilities, including simultaneous sampling and USB type-C connectivity.</w:t>
      </w:r>
      <w:r/>
    </w:p>
    <w:p>
      <w:pPr>
        <w:pStyle w:val="ListNumber"/>
        <w:spacing w:line="240" w:lineRule="auto"/>
        <w:ind w:left="720"/>
      </w:pPr>
      <w:r/>
      <w:hyperlink r:id="rId12">
        <w:r>
          <w:rPr>
            <w:color w:val="0000EE"/>
            <w:u w:val="single"/>
          </w:rPr>
          <w:t>https://www.digikey.com/en/product-highlight/n/national-instruments/miodaq-usb-data-acquisition-device</w:t>
        </w:r>
      </w:hyperlink>
      <w:r>
        <w:t xml:space="preserve"> - Mentions the integration of the mioDAQ device with NI LabVIEW software and the LabVIEW+ suite.</w:t>
      </w:r>
      <w:r/>
    </w:p>
    <w:p>
      <w:pPr>
        <w:pStyle w:val="ListNumber"/>
        <w:spacing w:line="240" w:lineRule="auto"/>
        <w:ind w:left="720"/>
      </w:pPr>
      <w:r/>
      <w:hyperlink r:id="rId10">
        <w:r>
          <w:rPr>
            <w:color w:val="0000EE"/>
            <w:u w:val="single"/>
          </w:rPr>
          <w:t>https://www.embedded.com/emerson-adds-the-ni-miodaq-device-to-its-usb-data-acquisition-daq-product-line/</w:t>
        </w:r>
      </w:hyperlink>
      <w:r>
        <w:t xml:space="preserve"> - Discusses the synergy between NI and Emerson in advancing test and measurement technology.</w:t>
      </w:r>
      <w:r/>
    </w:p>
    <w:p>
      <w:pPr>
        <w:pStyle w:val="ListNumber"/>
        <w:spacing w:line="240" w:lineRule="auto"/>
        <w:ind w:left="720"/>
      </w:pPr>
      <w:r/>
      <w:hyperlink r:id="rId11">
        <w:r>
          <w:rPr>
            <w:color w:val="0000EE"/>
            <w:u w:val="single"/>
          </w:rPr>
          <w:t>https://www.emerson.com/en-us/news/2024/09-emersons-new-ni-miodaq-usb-data-acquisition-device</w:t>
        </w:r>
      </w:hyperlink>
      <w:r>
        <w:t xml:space="preserve"> - Supports the context of NI's acquisition by Emerson and its impact on innovation in test and measurement technology.</w:t>
      </w:r>
      <w:r/>
    </w:p>
    <w:p>
      <w:pPr>
        <w:pStyle w:val="ListNumber"/>
        <w:spacing w:line="240" w:lineRule="auto"/>
        <w:ind w:left="720"/>
      </w:pPr>
      <w:r/>
      <w:hyperlink r:id="rId14">
        <w:r>
          <w:rPr>
            <w:color w:val="0000EE"/>
            <w:u w:val="single"/>
          </w:rPr>
          <w:t>https://www.eetimes.com/nis-kevin-schultz-embracing-ai-for-both-test-and-design/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bedded.com/emerson-adds-the-ni-miodaq-device-to-its-usb-data-acquisition-daq-product-line/" TargetMode="External"/><Relationship Id="rId11" Type="http://schemas.openxmlformats.org/officeDocument/2006/relationships/hyperlink" Target="https://www.emerson.com/en-us/news/2024/09-emersons-new-ni-miodaq-usb-data-acquisition-device" TargetMode="External"/><Relationship Id="rId12" Type="http://schemas.openxmlformats.org/officeDocument/2006/relationships/hyperlink" Target="https://www.digikey.com/en/product-highlight/n/national-instruments/miodaq-usb-data-acquisition-device" TargetMode="External"/><Relationship Id="rId13" Type="http://schemas.openxmlformats.org/officeDocument/2006/relationships/hyperlink" Target="https://www.ni.com/en/shop/data-acquisition/miodaq-devices.html?srsltid=AfmBOoqkVZqsJBfeQfhJoIHi8hdkc96UGA-S2IXvL-q2VlWxXkAbqOUM" TargetMode="External"/><Relationship Id="rId14" Type="http://schemas.openxmlformats.org/officeDocument/2006/relationships/hyperlink" Target="https://www.eetimes.com/nis-kevin-schultz-embracing-ai-for-both-test-and-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