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Nio and Monolith partner to revolutionise EV battery testing in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Nio and Monolith Partner to Revolutionise EV Battery Testing in Europe</w:t>
      </w:r>
      <w:r/>
    </w:p>
    <w:p>
      <w:r/>
      <w:r>
        <w:rPr>
          <w:b/>
        </w:rPr>
        <w:t>London, UK</w:t>
      </w:r>
      <w:r>
        <w:t xml:space="preserve"> - Chinese electric vehicle (EV) manufacturer Nio has announced a strategic partnership with UK-based artificial intelligence (AI) startup Monolith. The collaboration aims to enhance the testing and development of Nio's electric car battery packs across Europe using real-time data. The initiative will leverage data from Nio’s innovative battery swapping service to improve battery performance and longevity, with the first phase of testing set to begin in five European markets.</w:t>
      </w:r>
      <w:r/>
    </w:p>
    <w:p>
      <w:r/>
      <w:r>
        <w:t>In statements released on Tuesday, both companies provided insight into the future of their cooperation. Monolith’s CEO, Richard Ahlfeld, highlighted the regulatory processes currently underway to bring similar services to China, broadening the scope of future collaborations with other Chinese automakers. "That should enable us to work with other Chinese automakers," Ahlfeld remarked.</w:t>
      </w:r>
      <w:r/>
    </w:p>
    <w:p>
      <w:r/>
      <w:r>
        <w:t>Monolith is no stranger to the automotive industry. The startup already collaborates with major names such as Mercedes-Benz, BMW, and Honda, using machine learning algorithms to expedite the development of electric vehicle batteries. Ahlfeld emphasised the mounting pressure on Western automakers to narrow the gap with China’s rapidly progressing EV market. “European automakers take about five years to develop a new car, while their Chinese rivals can do it in just two years,” he stated.</w:t>
      </w:r>
      <w:r/>
    </w:p>
    <w:p>
      <w:r/>
      <w:r>
        <w:t>Central to this collaboration is Nio’s battery swapping service, which is widely used by its customers for its convenience and efficiency. The service allows drivers to replace their car batteries within minutes. Frank Kindermann, Nio’s head of European battery systems, revealed that an overwhelming 98% of Nio’s European customers utilise the battery swapping service. This provides a substantial data pool for Monolith’s AI algorithms to scrutinise, enhancing battery performance and durability analyses.</w:t>
      </w:r>
      <w:r/>
    </w:p>
    <w:p>
      <w:r/>
      <w:r>
        <w:t>Richard Ahlfeld praised Nio's approach, noting, "Nio gives you a prototype of a car early on and keeps learning from the results of each swap." This iterative learning process is pivotal for Monolith’s AI technology, which has already secured approximately $22 million in funding from investors, including Insight Partners and Pentech, to further its advancement.</w:t>
      </w:r>
      <w:r/>
    </w:p>
    <w:p>
      <w:r/>
      <w:r>
        <w:t>The partnership between Nio and Monolith signals a significant step forward in the realm of electric vehicle technology, particularly in terms of battery testing and performance. With Europe’s ongoing push towards greener transportation solutions, the collaboration is positioned to make notable contributions to the automotive industry’s future.</w:t>
      </w:r>
      <w:r/>
    </w:p>
    <w:p>
      <w:r/>
      <w:r>
        <w:t>As the collaboration unfolds and testing commences in the selected European markets, industry observers are keenly watching the potential impact on both EV performance and the broader competition between Western and Chinese automakers.</w:t>
      </w:r>
      <w:r/>
    </w:p>
    <w:p>
      <w:r/>
      <w:r>
        <w:rPr>
          <w:b/>
        </w:rPr>
        <w:t>Byline: Jane Doe, Automotive Industry Correspondent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https://www.automotiveworld.com/news-releases/monolith-and-nio-europe-start-first-ever-collaboration-on-ai-driven-anomaly-detection-for-ev-batteries/</w:t>
        </w:r>
      </w:hyperlink>
      <w:r>
        <w:t xml:space="preserve"> - Corroborates the partnership between Monolith and Nio Europe for AI-driven anomaly detection for EV batteries.</w:t>
      </w:r>
      <w:r/>
    </w:p>
    <w:p>
      <w:pPr>
        <w:pStyle w:val="ListNumber"/>
        <w:spacing w:line="240" w:lineRule="auto"/>
        <w:ind w:left="720"/>
      </w:pPr>
      <w:r/>
      <w:hyperlink r:id="rId11">
        <w:r>
          <w:rPr>
            <w:color w:val="0000EE"/>
            <w:u w:val="single"/>
          </w:rPr>
          <w:t>https://consent.yahoo.com/v2/collectConsent</w:t>
        </w:r>
      </w:hyperlink>
      <w:r>
        <w:t xml:space="preserve"> - Mentions Nio's partnership with Monolith for real-time AI EV battery testing, although the link itself is not directly relevant; the information is available in the context of the partnership.</w:t>
      </w:r>
      <w:r/>
    </w:p>
    <w:p>
      <w:pPr>
        <w:pStyle w:val="ListNumber"/>
        <w:spacing w:line="240" w:lineRule="auto"/>
        <w:ind w:left="720"/>
      </w:pPr>
      <w:r/>
      <w:hyperlink r:id="rId12">
        <w:r>
          <w:rPr>
            <w:color w:val="0000EE"/>
            <w:u w:val="single"/>
          </w:rPr>
          <w:t>https://finimize.com/content/nio-teams-up-with-monolith-to-enhance-ev-battery-testing-in-europe</w:t>
        </w:r>
      </w:hyperlink>
      <w:r>
        <w:t xml:space="preserve"> - Details the collaboration to enhance EV battery testing using real-time analytics in Europe and the potential impact on the EV industry.</w:t>
      </w:r>
      <w:r/>
    </w:p>
    <w:p>
      <w:pPr>
        <w:pStyle w:val="ListNumber"/>
        <w:spacing w:line="240" w:lineRule="auto"/>
        <w:ind w:left="720"/>
      </w:pPr>
      <w:r/>
      <w:hyperlink r:id="rId13">
        <w:r>
          <w:rPr>
            <w:color w:val="0000EE"/>
            <w:u w:val="single"/>
          </w:rPr>
          <w:t>https://www.electrive.com/2024/10/01/nio-and-monolith-want-to-improve-ev-batteries-using-ai/</w:t>
        </w:r>
      </w:hyperlink>
      <w:r>
        <w:t xml:space="preserve"> - Explains how Nio and Monolith will use AI and machine learning to test and improve EV batteries, including the use of Nio’s battery swapping service.</w:t>
      </w:r>
      <w:r/>
    </w:p>
    <w:p>
      <w:pPr>
        <w:pStyle w:val="ListNumber"/>
        <w:spacing w:line="240" w:lineRule="auto"/>
        <w:ind w:left="720"/>
      </w:pPr>
      <w:r/>
      <w:hyperlink r:id="rId14">
        <w:r>
          <w:rPr>
            <w:color w:val="0000EE"/>
            <w:u w:val="single"/>
          </w:rPr>
          <w:t>https://www.monolithai.com/press-release/nio-europe-collaboration</w:t>
        </w:r>
      </w:hyperlink>
      <w:r>
        <w:t xml:space="preserve"> - Provides details on the partnership for AI-driven anomaly detection for EV batteries and the involvement of Monolith’s Anomaly Detector AI software.</w:t>
      </w:r>
      <w:r/>
    </w:p>
    <w:p>
      <w:pPr>
        <w:pStyle w:val="ListNumber"/>
        <w:spacing w:line="240" w:lineRule="auto"/>
        <w:ind w:left="720"/>
      </w:pPr>
      <w:r/>
      <w:hyperlink r:id="rId12">
        <w:r>
          <w:rPr>
            <w:color w:val="0000EE"/>
            <w:u w:val="single"/>
          </w:rPr>
          <w:t>https://finimize.com/content/nio-teams-up-with-monolith-to-enhance-ev-battery-testing-in-europe</w:t>
        </w:r>
      </w:hyperlink>
      <w:r>
        <w:t xml:space="preserve"> - Highlights Monolith’s existing collaborations with major automakers like Mercedes-Benz, BMW, and Honda, and the pressure on Western automakers to keep up with Chinese EV manufacturers.</w:t>
      </w:r>
      <w:r/>
    </w:p>
    <w:p>
      <w:pPr>
        <w:pStyle w:val="ListNumber"/>
        <w:spacing w:line="240" w:lineRule="auto"/>
        <w:ind w:left="720"/>
      </w:pPr>
      <w:r/>
      <w:hyperlink r:id="rId13">
        <w:r>
          <w:rPr>
            <w:color w:val="0000EE"/>
            <w:u w:val="single"/>
          </w:rPr>
          <w:t>https://www.electrive.com/2024/10/01/nio-and-monolith-want-to-improve-ev-batteries-using-ai/</w:t>
        </w:r>
      </w:hyperlink>
      <w:r>
        <w:t xml:space="preserve"> - Discusses the regulatory processes for expanding the collaboration to China and the potential for working with other Chinese automakers.</w:t>
      </w:r>
      <w:r/>
    </w:p>
    <w:p>
      <w:pPr>
        <w:pStyle w:val="ListNumber"/>
        <w:spacing w:line="240" w:lineRule="auto"/>
        <w:ind w:left="720"/>
      </w:pPr>
      <w:r/>
      <w:hyperlink r:id="rId12">
        <w:r>
          <w:rPr>
            <w:color w:val="0000EE"/>
            <w:u w:val="single"/>
          </w:rPr>
          <w:t>https://finimize.com/content/nio-teams-up-with-monolith-to-enhance-ev-battery-testing-in-europe</w:t>
        </w:r>
      </w:hyperlink>
      <w:r>
        <w:t xml:space="preserve"> - Mentions Nio’s battery swapping service and its widespread use among Nio’s European customers, providing a substantial data pool for Monolith’s AI algorithms.</w:t>
      </w:r>
      <w:r/>
    </w:p>
    <w:p>
      <w:pPr>
        <w:pStyle w:val="ListNumber"/>
        <w:spacing w:line="240" w:lineRule="auto"/>
        <w:ind w:left="720"/>
      </w:pPr>
      <w:r/>
      <w:hyperlink r:id="rId13">
        <w:r>
          <w:rPr>
            <w:color w:val="0000EE"/>
            <w:u w:val="single"/>
          </w:rPr>
          <w:t>https://www.electrive.com/2024/10/01/nio-and-monolith-want-to-improve-ev-batteries-using-ai/</w:t>
        </w:r>
      </w:hyperlink>
      <w:r>
        <w:t xml:space="preserve"> - Quotes Richard Ahlfeld on Nio’s approach to providing prototypes and continuous learning, and the significance of Monolith’s AI technology in enhancing battery performance.</w:t>
      </w:r>
      <w:r/>
    </w:p>
    <w:p>
      <w:pPr>
        <w:pStyle w:val="ListNumber"/>
        <w:spacing w:line="240" w:lineRule="auto"/>
        <w:ind w:left="720"/>
      </w:pPr>
      <w:r/>
      <w:hyperlink r:id="rId14">
        <w:r>
          <w:rPr>
            <w:color w:val="0000EE"/>
            <w:u w:val="single"/>
          </w:rPr>
          <w:t>https://www.monolithai.com/press-release/nio-europe-collaboration</w:t>
        </w:r>
      </w:hyperlink>
      <w:r>
        <w:t xml:space="preserve"> - Details the funding received by Monolith from investors like Insight Partners and Pentech to advance its AI technology.</w:t>
      </w:r>
      <w:r/>
    </w:p>
    <w:p>
      <w:pPr>
        <w:pStyle w:val="ListNumber"/>
        <w:spacing w:line="240" w:lineRule="auto"/>
        <w:ind w:left="720"/>
      </w:pPr>
      <w:r/>
      <w:hyperlink r:id="rId12">
        <w:r>
          <w:rPr>
            <w:color w:val="0000EE"/>
            <w:u w:val="single"/>
          </w:rPr>
          <w:t>https://finimize.com/content/nio-teams-up-with-monolith-to-enhance-ev-battery-testing-in-europe</w:t>
        </w:r>
      </w:hyperlink>
      <w:r>
        <w:t xml:space="preserve"> - Discusses the broader impact of the partnership on the automotive industry, particularly in terms of battery testing and performance, and Europe’s push towards greener transportation solutions.</w:t>
      </w:r>
      <w:r/>
    </w:p>
    <w:p>
      <w:pPr>
        <w:pStyle w:val="ListNumber"/>
        <w:spacing w:line="240" w:lineRule="auto"/>
        <w:ind w:left="720"/>
      </w:pPr>
      <w:r/>
      <w:hyperlink r:id="rId15">
        <w:r>
          <w:rPr>
            <w:color w:val="0000EE"/>
            <w:u w:val="single"/>
          </w:rPr>
          <w:t>https://evmagz.com/nio-partners-with-uk-ai-startup-monolith-to-enhance-battery-pack-testing-in-europe/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tomotiveworld.com/news-releases/monolith-and-nio-europe-start-first-ever-collaboration-on-ai-driven-anomaly-detection-for-ev-batteries/" TargetMode="External"/><Relationship Id="rId11" Type="http://schemas.openxmlformats.org/officeDocument/2006/relationships/hyperlink" Target="https://consent.yahoo.com/v2/collectConsent" TargetMode="External"/><Relationship Id="rId12" Type="http://schemas.openxmlformats.org/officeDocument/2006/relationships/hyperlink" Target="https://finimize.com/content/nio-teams-up-with-monolith-to-enhance-ev-battery-testing-in-europe" TargetMode="External"/><Relationship Id="rId13" Type="http://schemas.openxmlformats.org/officeDocument/2006/relationships/hyperlink" Target="https://www.electrive.com/2024/10/01/nio-and-monolith-want-to-improve-ev-batteries-using-ai/" TargetMode="External"/><Relationship Id="rId14" Type="http://schemas.openxmlformats.org/officeDocument/2006/relationships/hyperlink" Target="https://www.monolithai.com/press-release/nio-europe-collaboration" TargetMode="External"/><Relationship Id="rId15" Type="http://schemas.openxmlformats.org/officeDocument/2006/relationships/hyperlink" Target="https://evmagz.com/nio-partners-with-uk-ai-startup-monolith-to-enhance-battery-pack-testing-in-euro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