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Numa secures $32 million Series B funding to revolutionise auto dealerships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Numa Secures $32 Million Series B Funding to Revolutionise Auto Dealerships with AI</w:t>
      </w:r>
      <w:r/>
    </w:p>
    <w:p>
      <w:r/>
      <w:r>
        <w:t>Numa, a leading artificial intelligence (AI) platform aimed at transforming auto dealerships, has successfully raised $32 million in a Series B funding round. The announcement was made on Tuesday, October 1.</w:t>
      </w:r>
      <w:r/>
    </w:p>
    <w:p>
      <w:r/>
      <w:r>
        <w:t>The substantial capital injection will be utilised to expand Numa's AI engineering team, accelerate product development, and continue its mission to integrate AI at the core of dealership operations. This transformative approach aims to make auto dealerships smarter, faster, and more customer-centric, according to the company's news release.</w:t>
      </w:r>
      <w:r/>
    </w:p>
    <w:p>
      <w:r/>
      <w:r>
        <w:t>“Our goal is to build an AI-native dealership by re-architecting fundamental aspects of how dealerships operate,” said Tasso Roumeliotis, CEO and co-founder of Numa. “Our AI agents not only automate repetitive tasks like booking appointments and providing status updates, but they also handle complex tasks such as rescuing dissatisfied customers and facilitating trade-ins. Numa enables a complete transformation for every dealership, optimising both operations and communications.”</w:t>
      </w:r>
      <w:r/>
    </w:p>
    <w:p>
      <w:r/>
      <w:r>
        <w:t>The funding round was led by Touring Capital, a growth-stage firm with a focus on AI-powered software, and Mitsui &amp; Co., a global conglomerate with $1.2 billion in annual profit from automotive and mobility sectors. The round also saw participation from existing investors including Costanoa Ventures, Threshold, and Google's AI-focused venture fund, Gradient Ventures.</w:t>
      </w:r>
      <w:r/>
    </w:p>
    <w:p>
      <w:r/>
      <w:r>
        <w:t>Numa highlighted that the U.S. auto dealership industry, which is expected to grow by 4% through 2028, is still hindered by outdated systems that slow down operations and frustrate customers. "Numa’s AI agents streamline operations and communications substantially," the company stated. "They reduce average customer response times from 23 hours to just 13 minutes and increase repair order dollars per service adviser by over 35%."</w:t>
      </w:r>
      <w:r/>
    </w:p>
    <w:p>
      <w:r/>
      <w:r>
        <w:t>This fresh funding comes at a time when the broader automotive market outlook appears bleak. According to recent reports, major automakers are set to announce quarterly earnings, with industry forecasts suggesting sales may be flat compared to last year. Citing The Wall Street Journal, it was noted that U.S. vehicle sales are expected to close the year at about 15.7 million—down from at least 17 million vehicles annually in the five years before the pandemic. Rising new car prices are a likely factor, with the average cost in September hitting $44,467, nearly $10,000 more than in 2019.</w:t>
      </w:r>
      <w:r/>
    </w:p>
    <w:p>
      <w:r/>
      <w:r>
        <w:t>Numa’s innovative solution aims to address some of these industry challenges by modernising dealership operations and significantly improving customer interaction times, offering a glimmer of hope in an otherwise uncertain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https://www.pymnts.com/artificial-intelligence-2/2024/numa-obtains-32-million-to-drive-ai-powered-auto-dealer-platform/</w:t>
        </w:r>
      </w:hyperlink>
      <w:r>
        <w:t xml:space="preserve"> - Corroborates Numa securing $32 million in a Series B funding round and the plans to use the funding to expand the AI engineering team and accelerate product development.</w:t>
      </w:r>
      <w:r/>
    </w:p>
    <w:p>
      <w:pPr>
        <w:pStyle w:val="ListNumber"/>
        <w:spacing w:line="240" w:lineRule="auto"/>
        <w:ind w:left="720"/>
      </w:pPr>
      <w:r/>
      <w:hyperlink r:id="rId11">
        <w:r>
          <w:rPr>
            <w:color w:val="0000EE"/>
            <w:u w:val="single"/>
          </w:rPr>
          <w:t>https://www.leadsontrees.com/news/revolutionizing-customer-operations-numa-secures-32m-in-series-b-funding-for-ai-powered-automotive-solutions</w:t>
        </w:r>
      </w:hyperlink>
      <w:r>
        <w:t xml:space="preserve"> - Supports the use of funding to enhance AI algorithms, accelerate product development, and expand market reach.</w:t>
      </w:r>
      <w:r/>
    </w:p>
    <w:p>
      <w:pPr>
        <w:pStyle w:val="ListNumber"/>
        <w:spacing w:line="240" w:lineRule="auto"/>
        <w:ind w:left="720"/>
      </w:pPr>
      <w:r/>
      <w:hyperlink r:id="rId12">
        <w:r>
          <w:rPr>
            <w:color w:val="0000EE"/>
            <w:u w:val="single"/>
          </w:rPr>
          <w:t>https://siliconangle.com/2024/10/01/numa-raises-32m-develop-ai-tools-car-dealerships/</w:t>
        </w:r>
      </w:hyperlink>
      <w:r>
        <w:t xml:space="preserve"> - Details the funding round led by Touring Capital and Mitsui Group, and the role of Numa’s AI in automating dealership tasks.</w:t>
      </w:r>
      <w:r/>
    </w:p>
    <w:p>
      <w:pPr>
        <w:pStyle w:val="ListNumber"/>
        <w:spacing w:line="240" w:lineRule="auto"/>
        <w:ind w:left="720"/>
      </w:pPr>
      <w:r/>
      <w:hyperlink r:id="rId13">
        <w:r>
          <w:rPr>
            <w:color w:val="0000EE"/>
            <w:u w:val="single"/>
          </w:rPr>
          <w:t>https://techcrunch.com/2024/10/01/numa-is-bringing-ai-and-automation-to-car-dealerships/</w:t>
        </w:r>
      </w:hyperlink>
      <w:r>
        <w:t xml:space="preserve"> - Provides information on Numa’s AI tools for car dealerships, including automating tasks and improving customer service.</w:t>
      </w:r>
      <w:r/>
    </w:p>
    <w:p>
      <w:pPr>
        <w:pStyle w:val="ListNumber"/>
        <w:spacing w:line="240" w:lineRule="auto"/>
        <w:ind w:left="720"/>
      </w:pPr>
      <w:r/>
      <w:hyperlink r:id="rId14">
        <w:r>
          <w:rPr>
            <w:color w:val="0000EE"/>
            <w:u w:val="single"/>
          </w:rPr>
          <w:t>https://www.prnewswire.com/news-releases/numa-secures-32m-series-b-to-power-the-ai-native-auto-dealership-302264217.html</w:t>
        </w:r>
      </w:hyperlink>
      <w:r>
        <w:t xml:space="preserve"> - Confirms the funding round and quotes from Tasso Roumeliotis on building an AI-native dealership.</w:t>
      </w:r>
      <w:r/>
    </w:p>
    <w:p>
      <w:pPr>
        <w:pStyle w:val="ListNumber"/>
        <w:spacing w:line="240" w:lineRule="auto"/>
        <w:ind w:left="720"/>
      </w:pPr>
      <w:r/>
      <w:hyperlink r:id="rId10">
        <w:r>
          <w:rPr>
            <w:color w:val="0000EE"/>
            <w:u w:val="single"/>
          </w:rPr>
          <w:t>https://www.pymnts.com/artificial-intelligence-2/2024/numa-obtains-32-million-to-drive-ai-powered-auto-dealer-platform/</w:t>
        </w:r>
      </w:hyperlink>
      <w:r>
        <w:t xml:space="preserve"> - Discusses the impact of Numa’s AI on reducing customer response times and increasing repair order dollars.</w:t>
      </w:r>
      <w:r/>
    </w:p>
    <w:p>
      <w:pPr>
        <w:pStyle w:val="ListNumber"/>
        <w:spacing w:line="240" w:lineRule="auto"/>
        <w:ind w:left="720"/>
      </w:pPr>
      <w:r/>
      <w:hyperlink r:id="rId11">
        <w:r>
          <w:rPr>
            <w:color w:val="0000EE"/>
            <w:u w:val="single"/>
          </w:rPr>
          <w:t>https://www.leadsontrees.com/news/revolutionizing-customer-operations-numa-secures-32m-in-series-b-funding-for-ai-powered-automotive-solutions</w:t>
        </w:r>
      </w:hyperlink>
      <w:r>
        <w:t xml:space="preserve"> - Highlights the participation of investors including Touring Capital, Mitsui &amp; Co., Costanoa Ventures, Threshold, and Gradient Ventures.</w:t>
      </w:r>
      <w:r/>
    </w:p>
    <w:p>
      <w:pPr>
        <w:pStyle w:val="ListNumber"/>
        <w:spacing w:line="240" w:lineRule="auto"/>
        <w:ind w:left="720"/>
      </w:pPr>
      <w:r/>
      <w:hyperlink r:id="rId12">
        <w:r>
          <w:rPr>
            <w:color w:val="0000EE"/>
            <w:u w:val="single"/>
          </w:rPr>
          <w:t>https://siliconangle.com/2024/10/01/numa-raises-32m-develop-ai-tools-car-dealerships/</w:t>
        </w:r>
      </w:hyperlink>
      <w:r>
        <w:t xml:space="preserve"> - Mentions Numa’s growth, including its revenue increase and its current status of being ‘just about cash-flow break-even’.</w:t>
      </w:r>
      <w:r/>
    </w:p>
    <w:p>
      <w:pPr>
        <w:pStyle w:val="ListNumber"/>
        <w:spacing w:line="240" w:lineRule="auto"/>
        <w:ind w:left="720"/>
      </w:pPr>
      <w:r/>
      <w:hyperlink r:id="rId13">
        <w:r>
          <w:rPr>
            <w:color w:val="0000EE"/>
            <w:u w:val="single"/>
          </w:rPr>
          <w:t>https://techcrunch.com/2024/10/01/numa-is-bringing-ai-and-automation-to-car-dealerships/</w:t>
        </w:r>
      </w:hyperlink>
      <w:r>
        <w:t xml:space="preserve"> - Details the challenges faced by the U.S. auto dealership industry and how Numa’s AI addresses these issues.</w:t>
      </w:r>
      <w:r/>
    </w:p>
    <w:p>
      <w:pPr>
        <w:pStyle w:val="ListNumber"/>
        <w:spacing w:line="240" w:lineRule="auto"/>
        <w:ind w:left="720"/>
      </w:pPr>
      <w:r/>
      <w:hyperlink r:id="rId14">
        <w:r>
          <w:rPr>
            <w:color w:val="0000EE"/>
            <w:u w:val="single"/>
          </w:rPr>
          <w:t>https://www.prnewswire.com/news-releases/numa-secures-32m-series-b-to-power-the-ai-native-auto-dealership-302264217.html</w:t>
        </w:r>
      </w:hyperlink>
      <w:r>
        <w:t xml:space="preserve"> - Provides context on the broader automotive market outlook, including flat sales forecasts and rising new car prices.</w:t>
      </w:r>
      <w:r/>
    </w:p>
    <w:p>
      <w:pPr>
        <w:pStyle w:val="ListNumber"/>
        <w:spacing w:line="240" w:lineRule="auto"/>
        <w:ind w:left="720"/>
      </w:pPr>
      <w:r/>
      <w:hyperlink r:id="rId10">
        <w:r>
          <w:rPr>
            <w:color w:val="0000EE"/>
            <w:u w:val="single"/>
          </w:rPr>
          <w:t>https://www.pymnts.com/artificial-intelligence-2/2024/numa-obtains-32-million-to-drive-ai-powered-auto-dealer-platform/</w:t>
        </w:r>
      </w:hyperlink>
      <w:r>
        <w:t xml:space="preserve"> - Cites industry forecasts and The Wall Street Journal report on U.S. vehicle sales expectations.</w:t>
      </w:r>
      <w:r/>
    </w:p>
    <w:p>
      <w:pPr>
        <w:pStyle w:val="ListNumber"/>
        <w:spacing w:line="240" w:lineRule="auto"/>
        <w:ind w:left="720"/>
      </w:pPr>
      <w:r/>
      <w:hyperlink r:id="rId10">
        <w:r>
          <w:rPr>
            <w:color w:val="0000EE"/>
            <w:u w:val="single"/>
          </w:rPr>
          <w:t>https://www.pymnts.com/artificial-intelligence-2/2024/numa-obtains-32-million-to-drive-ai-powered-auto-dealer-platform/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numa-obtains-32-million-to-drive-ai-powered-auto-dealer-platform/" TargetMode="External"/><Relationship Id="rId11" Type="http://schemas.openxmlformats.org/officeDocument/2006/relationships/hyperlink" Target="https://www.leadsontrees.com/news/revolutionizing-customer-operations-numa-secures-32m-in-series-b-funding-for-ai-powered-automotive-solutions" TargetMode="External"/><Relationship Id="rId12" Type="http://schemas.openxmlformats.org/officeDocument/2006/relationships/hyperlink" Target="https://siliconangle.com/2024/10/01/numa-raises-32m-develop-ai-tools-car-dealerships/" TargetMode="External"/><Relationship Id="rId13" Type="http://schemas.openxmlformats.org/officeDocument/2006/relationships/hyperlink" Target="https://techcrunch.com/2024/10/01/numa-is-bringing-ai-and-automation-to-car-dealerships/" TargetMode="External"/><Relationship Id="rId14" Type="http://schemas.openxmlformats.org/officeDocument/2006/relationships/hyperlink" Target="https://www.prnewswire.com/news-releases/numa-secures-32m-series-b-to-power-the-ai-native-auto-dealership-30226421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