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 GI collaborates with OpenDialog to introduce conversational AI solutions for brokers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Open GI Collaborates with OpenDialog to Introduce Conversational AI Solutions for Brokers</w:t>
      </w:r>
      <w:r/>
    </w:p>
    <w:p>
      <w:r/>
      <w:r>
        <w:rPr>
          <w:i/>
        </w:rPr>
        <w:t>Worcester, United Kingdom</w:t>
      </w:r>
      <w:r>
        <w:t xml:space="preserve"> — In a move poised to revolutionise customer service within the insurance industry, Open GI has announced a partnership with artificial intelligence specialists OpenDialog. This collaboration aims to bring advanced conversational AI agents to brokers, enhancing efficiency by automating routine customer service interactions.</w:t>
      </w:r>
      <w:r/>
    </w:p>
    <w:p>
      <w:r/>
      <w:r>
        <w:t>The alliance grants brokers access to OpenDialog’s generative AI technology, enabling them to develop sophisticated chatbot solutions. These bots aim to offer a more conversational and engaging experience for customers seeking assistance with their insurance queries and transactions.</w:t>
      </w:r>
      <w:r/>
    </w:p>
    <w:p>
      <w:r/>
      <w:r>
        <w:t>Open GI, a renowned provider of software solutions to the insurance sector, anticipates that the implementation of these AI agents will yield substantial cost and time savings for brokers. The AI chatbots are designed to handle straightforward customer inquiries, thereby freeing up human agents to address more complex issues that require a personal touch. This division of labour is expected to streamline customer service processes considerably.</w:t>
      </w:r>
      <w:r/>
    </w:p>
    <w:p>
      <w:r/>
      <w:r>
        <w:t>Brokers will be able to integrate these AI-driven chatbots directly through Open GI’s policy administration platforms. As a result, the brokers can expect not only increased operational efficiency but also enhanced customer satisfaction due to more responsive and immediate service.</w:t>
      </w:r>
      <w:r/>
    </w:p>
    <w:p>
      <w:r/>
      <w:r>
        <w:t>OpenDialog, known for its proficiency in automation and generative AI, brings a wealth of experience and technological capability to this partnership. The company specialises in creating conversational AI solutions that replicate human-like discussions, providing a seamless interaction experience for end-users.</w:t>
      </w:r>
      <w:r/>
    </w:p>
    <w:p>
      <w:r/>
      <w:r>
        <w:t>With the insurance industry continually evolving and seeking innovative ways to deliver superior service, the collaboration between Open GI and OpenDialog marks a significant step forward. By leveraging advanced AI technologies, brokers can now reallocate resources more effectively, ensuring that customers receive timely and accurate responses to their insurance needs.</w:t>
      </w:r>
      <w:r/>
    </w:p>
    <w:p>
      <w:r/>
      <w:r>
        <w:t>This development underscores a broader trend within the sector, where the integration of AI and automation is increasingly seen as an essential component of modern customer service strategies. As brokers adopt these new technologies, they will likely find themselves better equipped to meet the dynamic demands of their clientele.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https://opendialog.ai/2024/09/30/opendialog-partners-with-open-gi-to-bring-automation-and-conversational-ai-to-insurance-brokers/</w:t>
        </w:r>
      </w:hyperlink>
      <w:r>
        <w:t xml:space="preserve"> - Corroborates the partnership between Open GI and OpenDialog to introduce conversational AI agents for brokers, and the expected efficiency gains.</w:t>
      </w:r>
      <w:r/>
    </w:p>
    <w:p>
      <w:pPr>
        <w:pStyle w:val="ListNumber"/>
        <w:spacing w:line="240" w:lineRule="auto"/>
        <w:ind w:left="720"/>
      </w:pPr>
      <w:r/>
      <w:hyperlink r:id="rId10">
        <w:r>
          <w:rPr>
            <w:color w:val="0000EE"/>
            <w:u w:val="single"/>
          </w:rPr>
          <w:t>https://opendialog.ai/2024/09/30/opendialog-partners-with-open-gi-to-bring-automation-and-conversational-ai-to-insurance-brokers/</w:t>
        </w:r>
      </w:hyperlink>
      <w:r>
        <w:t xml:space="preserve"> - Details how the AI agents will handle customer inquiries and free up human agents for more complex issues.</w:t>
      </w:r>
      <w:r/>
    </w:p>
    <w:p>
      <w:pPr>
        <w:pStyle w:val="ListNumber"/>
        <w:spacing w:line="240" w:lineRule="auto"/>
        <w:ind w:left="720"/>
      </w:pPr>
      <w:r/>
      <w:hyperlink r:id="rId11">
        <w:r>
          <w:rPr>
            <w:color w:val="0000EE"/>
            <w:u w:val="single"/>
          </w:rPr>
          <w:t>https://opendialog.ai/</w:t>
        </w:r>
      </w:hyperlink>
      <w:r>
        <w:t xml:space="preserve"> - Explains OpenDialog's expertise in generative AI and large language models for regulated industries like insurance.</w:t>
      </w:r>
      <w:r/>
    </w:p>
    <w:p>
      <w:pPr>
        <w:pStyle w:val="ListNumber"/>
        <w:spacing w:line="240" w:lineRule="auto"/>
        <w:ind w:left="720"/>
      </w:pPr>
      <w:r/>
      <w:hyperlink r:id="rId12">
        <w:r>
          <w:rPr>
            <w:color w:val="0000EE"/>
            <w:u w:val="single"/>
          </w:rPr>
          <w:t>https://opendialog.ai/insurance/</w:t>
        </w:r>
      </w:hyperlink>
      <w:r>
        <w:t xml:space="preserve"> - Describes how OpenDialog's conversational AI solutions can be integrated into policy administration platforms to enhance customer service.</w:t>
      </w:r>
      <w:r/>
    </w:p>
    <w:p>
      <w:pPr>
        <w:pStyle w:val="ListNumber"/>
        <w:spacing w:line="240" w:lineRule="auto"/>
        <w:ind w:left="720"/>
      </w:pPr>
      <w:r/>
      <w:hyperlink r:id="rId13">
        <w:r>
          <w:rPr>
            <w:color w:val="0000EE"/>
            <w:u w:val="single"/>
          </w:rPr>
          <w:t>https://www.insurancetimes.co.uk/news/open-gi-inks-ai-partnership-to-save-brokers-time/1453160.article</w:t>
        </w:r>
      </w:hyperlink>
      <w:r>
        <w:t xml:space="preserve"> - Confirms the integration of OpenDialog's AI chatbots into Open GI's policy administration systems and the potential cost savings for brokers.</w:t>
      </w:r>
      <w:r/>
    </w:p>
    <w:p>
      <w:pPr>
        <w:pStyle w:val="ListNumber"/>
        <w:spacing w:line="240" w:lineRule="auto"/>
        <w:ind w:left="720"/>
      </w:pPr>
      <w:r/>
      <w:hyperlink r:id="rId13">
        <w:r>
          <w:rPr>
            <w:color w:val="0000EE"/>
            <w:u w:val="single"/>
          </w:rPr>
          <w:t>https://www.insurancetimes.co.uk/news/open-gi-inks-ai-partnership-to-save-brokers-time/1453160.article</w:t>
        </w:r>
      </w:hyperlink>
      <w:r>
        <w:t xml:space="preserve"> - Provides examples of how the AI agents can handle mid-term adjustments and other routine queries, saving brokers time and money.</w:t>
      </w:r>
      <w:r/>
    </w:p>
    <w:p>
      <w:pPr>
        <w:pStyle w:val="ListNumber"/>
        <w:spacing w:line="240" w:lineRule="auto"/>
        <w:ind w:left="720"/>
      </w:pPr>
      <w:r/>
      <w:hyperlink r:id="rId10">
        <w:r>
          <w:rPr>
            <w:color w:val="0000EE"/>
            <w:u w:val="single"/>
          </w:rPr>
          <w:t>https://opendialog.ai/2024/09/30/opendialog-partners-with-open-gi-to-bring-automation-and-conversational-ai-to-insurance-brokers/</w:t>
        </w:r>
      </w:hyperlink>
      <w:r>
        <w:t xml:space="preserve"> - Mentions the pilot testing of the technology starting in mid-October and the expected benefits for brokers.</w:t>
      </w:r>
      <w:r/>
    </w:p>
    <w:p>
      <w:pPr>
        <w:pStyle w:val="ListNumber"/>
        <w:spacing w:line="240" w:lineRule="auto"/>
        <w:ind w:left="720"/>
      </w:pPr>
      <w:r/>
      <w:hyperlink r:id="rId12">
        <w:r>
          <w:rPr>
            <w:color w:val="0000EE"/>
            <w:u w:val="single"/>
          </w:rPr>
          <w:t>https://opendialog.ai/insurance/</w:t>
        </w:r>
      </w:hyperlink>
      <w:r>
        <w:t xml:space="preserve"> - Details the various insurance-related tasks that OpenDialog's AI agents can automate, such as quote-to-buy journeys and claims assistance.</w:t>
      </w:r>
      <w:r/>
    </w:p>
    <w:p>
      <w:pPr>
        <w:pStyle w:val="ListNumber"/>
        <w:spacing w:line="240" w:lineRule="auto"/>
        <w:ind w:left="720"/>
      </w:pPr>
      <w:r/>
      <w:hyperlink r:id="rId14">
        <w:r>
          <w:rPr>
            <w:color w:val="0000EE"/>
            <w:u w:val="single"/>
          </w:rPr>
          <w:t>https://www.insurancetoday.co.uk/i2024100101.php</w:t>
        </w:r>
      </w:hyperlink>
      <w:r>
        <w:t xml:space="preserve"> - Quotes Open GI's CEO on the partnership and the anticipated benefits of the time-saving technology for brokers.</w:t>
      </w:r>
      <w:r/>
    </w:p>
    <w:p>
      <w:pPr>
        <w:pStyle w:val="ListNumber"/>
        <w:spacing w:line="240" w:lineRule="auto"/>
        <w:ind w:left="720"/>
      </w:pPr>
      <w:r/>
      <w:hyperlink r:id="rId11">
        <w:r>
          <w:rPr>
            <w:color w:val="0000EE"/>
            <w:u w:val="single"/>
          </w:rPr>
          <w:t>https://opendialog.ai/</w:t>
        </w:r>
      </w:hyperlink>
      <w:r>
        <w:t xml:space="preserve"> - Explains how OpenDialog's technology ensures compliance and safety in regulated industries through auditable and explainable data.</w:t>
      </w:r>
      <w:r/>
    </w:p>
    <w:p>
      <w:pPr>
        <w:pStyle w:val="ListNumber"/>
        <w:spacing w:line="240" w:lineRule="auto"/>
        <w:ind w:left="720"/>
      </w:pPr>
      <w:r/>
      <w:hyperlink r:id="rId12">
        <w:r>
          <w:rPr>
            <w:color w:val="0000EE"/>
            <w:u w:val="single"/>
          </w:rPr>
          <w:t>https://opendialog.ai/insurance/</w:t>
        </w:r>
      </w:hyperlink>
      <w:r>
        <w:t xml:space="preserve"> - Highlights the ability of OpenDialog's AI agents to provide hyper-personalized interactions and support multiple channels and languages.</w:t>
      </w:r>
      <w:r/>
    </w:p>
    <w:p>
      <w:pPr>
        <w:pStyle w:val="ListNumber"/>
        <w:spacing w:line="240" w:lineRule="auto"/>
        <w:ind w:left="720"/>
      </w:pPr>
      <w:r/>
      <w:hyperlink r:id="rId15">
        <w:r>
          <w:rPr>
            <w:color w:val="0000EE"/>
            <w:u w:val="single"/>
          </w:rPr>
          <w:t>https://www.insuranceage.co.uk/technology/7955494/open-gi-strikes-deal-to-provide-brokers-with-gen-ai-chatbots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pendialog.ai/2024/09/30/opendialog-partners-with-open-gi-to-bring-automation-and-conversational-ai-to-insurance-brokers/" TargetMode="External"/><Relationship Id="rId11" Type="http://schemas.openxmlformats.org/officeDocument/2006/relationships/hyperlink" Target="https://opendialog.ai/" TargetMode="External"/><Relationship Id="rId12" Type="http://schemas.openxmlformats.org/officeDocument/2006/relationships/hyperlink" Target="https://opendialog.ai/insurance/" TargetMode="External"/><Relationship Id="rId13" Type="http://schemas.openxmlformats.org/officeDocument/2006/relationships/hyperlink" Target="https://www.insurancetimes.co.uk/news/open-gi-inks-ai-partnership-to-save-brokers-time/1453160.article" TargetMode="External"/><Relationship Id="rId14" Type="http://schemas.openxmlformats.org/officeDocument/2006/relationships/hyperlink" Target="https://www.insurancetoday.co.uk/i2024100101.php" TargetMode="External"/><Relationship Id="rId15" Type="http://schemas.openxmlformats.org/officeDocument/2006/relationships/hyperlink" Target="https://www.insuranceage.co.uk/technology/7955494/open-gi-strikes-deal-to-provide-brokers-with-gen-ai-chatbo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