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Pano: advancing wildfire detection and mitigation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Pano: Advancing Wildfire Detection and Mitigation</w:t>
      </w:r>
      <w:r/>
    </w:p>
    <w:p>
      <w:r/>
      <w:r>
        <w:rPr>
          <w:b/>
        </w:rPr>
        <w:t>San Francisco, California</w:t>
      </w:r>
      <w:r>
        <w:t xml:space="preserve"> — Established in 2020, Pano is emerging as a pivotal player in the realm of wildfire detection, providing critical support to fire monitoring agencies. Operating from its headquarters in San Francisco, California, Pano has harnessed technology to enhance the speed and effectiveness of wildfire detection and response.</w:t>
      </w:r>
      <w:r/>
    </w:p>
    <w:p>
      <w:r/>
      <w:r>
        <w:t>When wildfires erupt, Pano springs into action by alerting fire monitoring agencies, supplying them with detailed images and precise location data. This rapid dissemination of information enables a swift response, potentially curbing the spread of flames before they become unmanageable. As firefighters engage in combating the fire, Pano continues to deliver updated, highly zoomable images that capture the changing conditions on the ground. These images are supplemented with satellite imagery, weather information, and additional data from various sources, providing a comprehensive overview to aid firefighting efforts.</w:t>
      </w:r>
      <w:r/>
    </w:p>
    <w:p>
      <w:r/>
      <w:r>
        <w:t>Pano's technological capabilities are not limited to responding to unintentional wildfires. The company also assists several agencies in monitoring and controlling prescribed burns. These controlled fires are intentionally set by wildfire specialists to clear out excess brush and reduce fire risks in forests and grasslands. Pano remains vigilant during these operations, ready to issue an alert if a fire were to escape designated boundaries.</w:t>
      </w:r>
      <w:r/>
    </w:p>
    <w:p>
      <w:r/>
      <w:r>
        <w:t>The challenges posed by wildfires have been exacerbated by multiple factors. Growing communities on the edge of wildlands, many of which have become overgrown, have increased the vulnerability to wildfires. Additionally, climate change has intensified these threats by making regions hotter and drier, turning vegetation into easily ignitable fuel.</w:t>
      </w:r>
      <w:r/>
    </w:p>
    <w:p>
      <w:r/>
      <w:r>
        <w:t>Traditionally, emergency responders have relied on human reports of smoke or fire. However, this method is time-consuming and, in some cases, allows small fires to grow unchecked into massive and destructive blazes. The innovative promise of Pano lies in its ability to dramatically shorten the response time. The technology can detect, confirm, and pinpoint the location of fires that may not be visible to humans for hours. This is especially useful for fires in remote areas, those concealed by tree cover, or ignited during the night.</w:t>
      </w:r>
      <w:r/>
    </w:p>
    <w:p>
      <w:r/>
      <w:r>
        <w:t>The economic and human costs associated with uncontrolled wildfires are considerable. By providing a way to detect and address fires more rapidly, Pano's technology has the potential to significantly reduce the incidence of uncontrollable wildfires, as well as the death and damage they can cause. This advancement represents a crucial step forward in the ongoing effort to enhance wildfire prevention and mitigation.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https://ircai.org/top100/entry/pano-rapid-detect/</w:t>
        </w:r>
      </w:hyperlink>
      <w:r>
        <w:t xml:space="preserve"> - Corroborates Pano's use of AI and camera technology for wildfire detection, and its goal of detecting 95%+ of fires within 15 minutes.</w:t>
      </w:r>
      <w:r/>
    </w:p>
    <w:p>
      <w:pPr>
        <w:pStyle w:val="ListNumber"/>
        <w:spacing w:line="240" w:lineRule="auto"/>
        <w:ind w:left="720"/>
      </w:pPr>
      <w:r/>
      <w:hyperlink r:id="rId11">
        <w:r>
          <w:rPr>
            <w:color w:val="0000EE"/>
            <w:u w:val="single"/>
          </w:rPr>
          <w:t>https://www.pano.ai</w:t>
        </w:r>
      </w:hyperlink>
      <w:r>
        <w:t xml:space="preserve"> - Supports the description of Pano's technology, including the use of deep learning AI, computer vision, and ultra-high-definition cameras for wildfire detection.</w:t>
      </w:r>
      <w:r/>
    </w:p>
    <w:p>
      <w:pPr>
        <w:pStyle w:val="ListNumber"/>
        <w:spacing w:line="240" w:lineRule="auto"/>
        <w:ind w:left="720"/>
      </w:pPr>
      <w:r/>
      <w:hyperlink r:id="rId12">
        <w:r>
          <w:rPr>
            <w:color w:val="0000EE"/>
            <w:u w:val="single"/>
          </w:rPr>
          <w:t>https://www.pano.ai/news</w:t>
        </w:r>
      </w:hyperlink>
      <w:r>
        <w:t xml:space="preserve"> - Provides examples of Pano's pilot programs and partnerships with various fire agencies and utilities, highlighting the effectiveness of their technology.</w:t>
      </w:r>
      <w:r/>
    </w:p>
    <w:p>
      <w:pPr>
        <w:pStyle w:val="ListNumber"/>
        <w:spacing w:line="240" w:lineRule="auto"/>
        <w:ind w:left="720"/>
      </w:pPr>
      <w:r/>
      <w:hyperlink r:id="rId13">
        <w:r>
          <w:rPr>
            <w:color w:val="0000EE"/>
            <w:u w:val="single"/>
          </w:rPr>
          <w:t>https://www.technologyreview.com/2024/10/01/1104375/2024-climate-tech-companies-pano-ai-fire-detecting-ai/</w:t>
        </w:r>
      </w:hyperlink>
      <w:r>
        <w:t xml:space="preserve"> - Details Pano's deployment of cameras, AI systems, and the impact on response times, as well as its assistance in monitoring prescribed burns.</w:t>
      </w:r>
      <w:r/>
    </w:p>
    <w:p>
      <w:pPr>
        <w:pStyle w:val="ListNumber"/>
        <w:spacing w:line="240" w:lineRule="auto"/>
        <w:ind w:left="720"/>
      </w:pPr>
      <w:r/>
      <w:hyperlink r:id="rId13">
        <w:r>
          <w:rPr>
            <w:color w:val="0000EE"/>
            <w:u w:val="single"/>
          </w:rPr>
          <w:t>https://www.technologyreview.com/2024/10/01/1104375/2024-climate-tech-companies-pano-ai-fire-detecting-ai/</w:t>
        </w:r>
      </w:hyperlink>
      <w:r>
        <w:t xml:space="preserve"> - Corroborates the challenges posed by wildfires, including the role of climate change and the benefits of Pano's technology in reducing response times.</w:t>
      </w:r>
      <w:r/>
    </w:p>
    <w:p>
      <w:pPr>
        <w:pStyle w:val="ListNumber"/>
        <w:spacing w:line="240" w:lineRule="auto"/>
        <w:ind w:left="720"/>
      </w:pPr>
      <w:r/>
      <w:hyperlink r:id="rId12">
        <w:r>
          <w:rPr>
            <w:color w:val="0000EE"/>
            <w:u w:val="single"/>
          </w:rPr>
          <w:t>https://www.pano.ai/news</w:t>
        </w:r>
      </w:hyperlink>
      <w:r>
        <w:t xml:space="preserve"> - Highlights the strategic placement of Pano's cameras and their ability to detect fires in remote or concealed areas, and at night.</w:t>
      </w:r>
      <w:r/>
    </w:p>
    <w:p>
      <w:pPr>
        <w:pStyle w:val="ListNumber"/>
        <w:spacing w:line="240" w:lineRule="auto"/>
        <w:ind w:left="720"/>
      </w:pPr>
      <w:r/>
      <w:hyperlink r:id="rId14">
        <w:r>
          <w:rPr>
            <w:color w:val="0000EE"/>
            <w:u w:val="single"/>
          </w:rPr>
          <w:t>https://austinenergy.com/about/news/news-releases/2024/austin-energy-announces-full-deployment-of-ai-driven-early-wildfire-detection-system</w:t>
        </w:r>
      </w:hyperlink>
      <w:r>
        <w:t xml:space="preserve"> - Details the integration of Pano's AI system with Austin Energy, including the use of ultra-high-definition cameras and real-time data monitoring.</w:t>
      </w:r>
      <w:r/>
    </w:p>
    <w:p>
      <w:pPr>
        <w:pStyle w:val="ListNumber"/>
        <w:spacing w:line="240" w:lineRule="auto"/>
        <w:ind w:left="720"/>
      </w:pPr>
      <w:r/>
      <w:hyperlink r:id="rId10">
        <w:r>
          <w:rPr>
            <w:color w:val="0000EE"/>
            <w:u w:val="single"/>
          </w:rPr>
          <w:t>https://ircai.org/top100/entry/pano-rapid-detect/</w:t>
        </w:r>
      </w:hyperlink>
      <w:r>
        <w:t xml:space="preserve"> - Explains the economic and human costs associated with uncontrolled wildfires and how Pano's technology can mitigate these issues.</w:t>
      </w:r>
      <w:r/>
    </w:p>
    <w:p>
      <w:pPr>
        <w:pStyle w:val="ListNumber"/>
        <w:spacing w:line="240" w:lineRule="auto"/>
        <w:ind w:left="720"/>
      </w:pPr>
      <w:r/>
      <w:hyperlink r:id="rId13">
        <w:r>
          <w:rPr>
            <w:color w:val="0000EE"/>
            <w:u w:val="single"/>
          </w:rPr>
          <w:t>https://www.technologyreview.com/2024/10/01/1104375/2024-climate-tech-companies-pano-ai-fire-detecting-ai/</w:t>
        </w:r>
      </w:hyperlink>
      <w:r>
        <w:t xml:space="preserve"> - Provides case studies where Pano's tools have helped in accelerating coordinated responses and containing wildfires, such as the Jackson Road Fire.</w:t>
      </w:r>
      <w:r/>
    </w:p>
    <w:p>
      <w:pPr>
        <w:pStyle w:val="ListNumber"/>
        <w:spacing w:line="240" w:lineRule="auto"/>
        <w:ind w:left="720"/>
      </w:pPr>
      <w:r/>
      <w:hyperlink r:id="rId11">
        <w:r>
          <w:rPr>
            <w:color w:val="0000EE"/>
            <w:u w:val="single"/>
          </w:rPr>
          <w:t>https://www.pano.ai</w:t>
        </w:r>
      </w:hyperlink>
      <w:r>
        <w:t xml:space="preserve"> - Describes how Pano's system delivers real-time imagery and location data to first responders, aiding in swift and accurate responses.</w:t>
      </w:r>
      <w:r/>
    </w:p>
    <w:p>
      <w:pPr>
        <w:pStyle w:val="ListNumber"/>
        <w:spacing w:line="240" w:lineRule="auto"/>
        <w:ind w:left="720"/>
      </w:pPr>
      <w:r/>
      <w:hyperlink r:id="rId14">
        <w:r>
          <w:rPr>
            <w:color w:val="0000EE"/>
            <w:u w:val="single"/>
          </w:rPr>
          <w:t>https://austinenergy.com/about/news/news-releases/2024/austin-energy-announces-full-deployment-of-ai-driven-early-wildfire-detection-system</w:t>
        </w:r>
      </w:hyperlink>
      <w:r>
        <w:t xml:space="preserve"> - Corroborates the collaborative efforts between Pano AI, Austin Energy, and local fire departments to enhance wildfire detection and response capabilities.</w:t>
      </w:r>
      <w:r/>
    </w:p>
    <w:p>
      <w:pPr>
        <w:pStyle w:val="ListNumber"/>
        <w:spacing w:line="240" w:lineRule="auto"/>
        <w:ind w:left="720"/>
      </w:pPr>
      <w:r/>
      <w:hyperlink r:id="rId13">
        <w:r>
          <w:rPr>
            <w:color w:val="0000EE"/>
            <w:u w:val="single"/>
          </w:rPr>
          <w:t>https://www.technologyreview.com/2024/10/01/1104375/2024-climate-tech-companies-pano-ai-fire-detecting-ai/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rcai.org/top100/entry/pano-rapid-detect/" TargetMode="External"/><Relationship Id="rId11" Type="http://schemas.openxmlformats.org/officeDocument/2006/relationships/hyperlink" Target="https://www.pano.ai" TargetMode="External"/><Relationship Id="rId12" Type="http://schemas.openxmlformats.org/officeDocument/2006/relationships/hyperlink" Target="https://www.pano.ai/news" TargetMode="External"/><Relationship Id="rId13" Type="http://schemas.openxmlformats.org/officeDocument/2006/relationships/hyperlink" Target="https://www.technologyreview.com/2024/10/01/1104375/2024-climate-tech-companies-pano-ai-fire-detecting-ai/" TargetMode="External"/><Relationship Id="rId14" Type="http://schemas.openxmlformats.org/officeDocument/2006/relationships/hyperlink" Target="https://austinenergy.com/about/news/news-releases/2024/austin-energy-announces-full-deployment-of-ai-driven-early-wildfire-detection-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