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Pegasus Airlines introduces AI-generated multilingual announcements on select flights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Pegasus Airlines Introduces AI-Generated Multilingual Announcements on Select Flights</w:t>
      </w:r>
      <w:r/>
    </w:p>
    <w:p>
      <w:r/>
      <w:r>
        <w:t>In a significant technological advancement aimed at enhancing passenger experience, Pegasus Airlines has launched a pioneering multilingual announcement system on its flights. This innovative feature, set to be in full operation from October, caters to Spanish, Arabic, and Russian-speaking countries by providing crucial flight information in the respective local languages after the standard English announcements.</w:t>
      </w:r>
      <w:r/>
    </w:p>
    <w:p>
      <w:r/>
      <w:r>
        <w:t>Pegasus Airlines first introduced this cutting-edge system on its new Seville route on 24 September. Passengers on this inaugural flight were welcomed with announcements in Spanish, followed by information about their journey in the local language. This marked the beginning of a more personalised communication approach for the airline's diverse passenger base.</w:t>
      </w:r>
      <w:r/>
    </w:p>
    <w:p>
      <w:r/>
      <w:r>
        <w:t>The project, which leverages advanced artificial intelligence technologies, was developed by the Pegasus Innovation Lab. This lab, established last year in Silicon Valley, is dedicated to spearheading new technological innovations within the aviation industry. The system utilises AI for voice cloning, generating multilingual announcements using the cloned voices of Pegasus captains.</w:t>
      </w:r>
      <w:r/>
    </w:p>
    <w:p>
      <w:r/>
      <w:r>
        <w:t>These AI-generated announcements provide passengers with a range of essential information, including flight details, weather conditions, destination highlights, the captain’s name, and the flight duration. All this information is updated in real time via AI before take-off, ensuring that passengers receive the most current and relevant details about their journey.</w:t>
      </w:r>
      <w:r/>
    </w:p>
    <w:p>
      <w:r/>
      <w:r>
        <w:t>By incorporating this technology, Pegasus Airlines aims to offer a personalised and sophisticated flight experience, particularly for non-English speaking passengers. The system not only enhances communication but also provides a more welcoming atmosphere by addressing passengers in their native languages.</w:t>
      </w:r>
      <w:r/>
    </w:p>
    <w:p>
      <w:r/>
      <w:r>
        <w:t>As the airline continues to expand its reach and improve its services, the introduction of this multilingual announcement system underscores Pegasus Airlines' commitment to leveraging technology to better serve its customers.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https://www.travelandtourworld.com/news/article/pegasus-airlines-sets-new-standard-for-passenger-experience-with-launch-of-multilingual-ai-announcements/</w:t>
        </w:r>
      </w:hyperlink>
      <w:r>
        <w:t xml:space="preserve"> - Corroborates the launch of AI-generated multilingual announcements on Pegasus Airlines flights to Spanish, Arabic, and Russian-speaking countries.</w:t>
      </w:r>
      <w:r/>
    </w:p>
    <w:p>
      <w:pPr>
        <w:pStyle w:val="ListNumber"/>
        <w:spacing w:line="240" w:lineRule="auto"/>
        <w:ind w:left="720"/>
      </w:pPr>
      <w:r/>
      <w:hyperlink r:id="rId11">
        <w:r>
          <w:rPr>
            <w:color w:val="0000EE"/>
            <w:u w:val="single"/>
          </w:rPr>
          <w:t>https://aimagazine.com/articles/pegasus-airlines-tech-push-yields-in-flight-ai-announcements</w:t>
        </w:r>
      </w:hyperlink>
      <w:r>
        <w:t xml:space="preserve"> - Supports the introduction of multilingual AI announcements on flights to Spanish, Arabic, and Russian-speaking countries starting in October.</w:t>
      </w:r>
      <w:r/>
    </w:p>
    <w:p>
      <w:pPr>
        <w:pStyle w:val="ListNumber"/>
        <w:spacing w:line="240" w:lineRule="auto"/>
        <w:ind w:left="720"/>
      </w:pPr>
      <w:r/>
      <w:hyperlink r:id="rId12">
        <w:r>
          <w:rPr>
            <w:color w:val="0000EE"/>
            <w:u w:val="single"/>
          </w:rPr>
          <w:t>https://aeromorning.com/en/pegasus-airlines-introduces-ai-generated-pilots-announcements/</w:t>
        </w:r>
      </w:hyperlink>
      <w:r>
        <w:t xml:space="preserve"> - Details the initial introduction of the AI-generated announcement system on the Seville route and the use of cloned voices of Pegasus captains.</w:t>
      </w:r>
      <w:r/>
    </w:p>
    <w:p>
      <w:pPr>
        <w:pStyle w:val="ListNumber"/>
        <w:spacing w:line="240" w:lineRule="auto"/>
        <w:ind w:left="720"/>
      </w:pPr>
      <w:r/>
      <w:hyperlink r:id="rId12">
        <w:r>
          <w:rPr>
            <w:color w:val="0000EE"/>
            <w:u w:val="single"/>
          </w:rPr>
          <w:t>https://aeromorning.com/en/pegasus-airlines-introduces-ai-generated-pilots-announcements/</w:t>
        </w:r>
      </w:hyperlink>
      <w:r>
        <w:t xml:space="preserve"> - Explains the development of the project by the Pegasus Innovation Lab in Silicon Valley and the use of AI for voice cloning and multilingual announcements.</w:t>
      </w:r>
      <w:r/>
    </w:p>
    <w:p>
      <w:pPr>
        <w:pStyle w:val="ListNumber"/>
        <w:spacing w:line="240" w:lineRule="auto"/>
        <w:ind w:left="720"/>
      </w:pPr>
      <w:r/>
      <w:hyperlink r:id="rId13">
        <w:r>
          <w:rPr>
            <w:color w:val="0000EE"/>
            <w:u w:val="single"/>
          </w:rPr>
          <w:t>https://www.travelmole.com/news/pegasus-airlines-introduces-ai-generated-pilots-announcements/</w:t>
        </w:r>
      </w:hyperlink>
      <w:r>
        <w:t xml:space="preserve"> - Confirms the system's ability to provide essential flight information such as flight details, weather, destination, captain’s name, and flight duration.</w:t>
      </w:r>
      <w:r/>
    </w:p>
    <w:p>
      <w:pPr>
        <w:pStyle w:val="ListNumber"/>
        <w:spacing w:line="240" w:lineRule="auto"/>
        <w:ind w:left="720"/>
      </w:pPr>
      <w:r/>
      <w:hyperlink r:id="rId14">
        <w:r>
          <w:rPr>
            <w:color w:val="0000EE"/>
            <w:u w:val="single"/>
          </w:rPr>
          <w:t>https://simpleflying.com/thread/pegasus-is-introducing-ai-pilot-announcements-what-do-you-think/</w:t>
        </w:r>
      </w:hyperlink>
      <w:r>
        <w:t xml:space="preserve"> - Supports the launch of AI-generated pilot announcements in Spanish, Arabic, and Russian on relevant flights.</w:t>
      </w:r>
      <w:r/>
    </w:p>
    <w:p>
      <w:pPr>
        <w:pStyle w:val="ListNumber"/>
        <w:spacing w:line="240" w:lineRule="auto"/>
        <w:ind w:left="720"/>
      </w:pPr>
      <w:r/>
      <w:hyperlink r:id="rId12">
        <w:r>
          <w:rPr>
            <w:color w:val="0000EE"/>
            <w:u w:val="single"/>
          </w:rPr>
          <w:t>https://aeromorning.com/en/pegasus-airlines-introduces-ai-generated-pilots-announcements/</w:t>
        </w:r>
      </w:hyperlink>
      <w:r>
        <w:t xml:space="preserve"> - Describes how the system updates information in real time via AI before take-off to ensure passengers receive current details.</w:t>
      </w:r>
      <w:r/>
    </w:p>
    <w:p>
      <w:pPr>
        <w:pStyle w:val="ListNumber"/>
        <w:spacing w:line="240" w:lineRule="auto"/>
        <w:ind w:left="720"/>
      </w:pPr>
      <w:r/>
      <w:hyperlink r:id="rId11">
        <w:r>
          <w:rPr>
            <w:color w:val="0000EE"/>
            <w:u w:val="single"/>
          </w:rPr>
          <w:t>https://aimagazine.com/articles/pegasus-airlines-tech-push-yields-in-flight-ai-announcements</w:t>
        </w:r>
      </w:hyperlink>
      <w:r>
        <w:t xml:space="preserve"> - Highlights the aim of Pegasus Airlines to offer a personalised and sophisticated flight experience through this technology.</w:t>
      </w:r>
      <w:r/>
    </w:p>
    <w:p>
      <w:pPr>
        <w:pStyle w:val="ListNumber"/>
        <w:spacing w:line="240" w:lineRule="auto"/>
        <w:ind w:left="720"/>
      </w:pPr>
      <w:r/>
      <w:hyperlink r:id="rId10">
        <w:r>
          <w:rPr>
            <w:color w:val="0000EE"/>
            <w:u w:val="single"/>
          </w:rPr>
          <w:t>https://www.travelandtourworld.com/news/article/pegasus-airlines-sets-new-standard-for-passenger-experience-with-launch-of-multilingual-ai-announcements/</w:t>
        </w:r>
      </w:hyperlink>
      <w:r>
        <w:t xml:space="preserve"> - Emphasizes the enhancement of communication and the welcoming atmosphere by addressing passengers in their native languages.</w:t>
      </w:r>
      <w:r/>
    </w:p>
    <w:p>
      <w:pPr>
        <w:pStyle w:val="ListNumber"/>
        <w:spacing w:line="240" w:lineRule="auto"/>
        <w:ind w:left="720"/>
      </w:pPr>
      <w:r/>
      <w:hyperlink r:id="rId12">
        <w:r>
          <w:rPr>
            <w:color w:val="0000EE"/>
            <w:u w:val="single"/>
          </w:rPr>
          <w:t>https://aeromorning.com/en/pegasus-airlines-introduces-ai-generated-pilots-announcements/</w:t>
        </w:r>
      </w:hyperlink>
      <w:r>
        <w:t xml:space="preserve"> - Underscores Pegasus Airlines' commitment to leveraging technology to better serve its customers and improve services.</w:t>
      </w:r>
      <w:r/>
    </w:p>
    <w:p>
      <w:pPr>
        <w:pStyle w:val="ListNumber"/>
        <w:spacing w:line="240" w:lineRule="auto"/>
        <w:ind w:left="720"/>
      </w:pPr>
      <w:r/>
      <w:hyperlink r:id="rId15">
        <w:r>
          <w:rPr>
            <w:color w:val="0000EE"/>
            <w:u w:val="single"/>
          </w:rPr>
          <w:t>https://airlinergs.com/pegasus-airlines-introduces-ai-generated-pilots-announcements/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ravelandtourworld.com/news/article/pegasus-airlines-sets-new-standard-for-passenger-experience-with-launch-of-multilingual-ai-announcements/" TargetMode="External"/><Relationship Id="rId11" Type="http://schemas.openxmlformats.org/officeDocument/2006/relationships/hyperlink" Target="https://aimagazine.com/articles/pegasus-airlines-tech-push-yields-in-flight-ai-announcements" TargetMode="External"/><Relationship Id="rId12" Type="http://schemas.openxmlformats.org/officeDocument/2006/relationships/hyperlink" Target="https://aeromorning.com/en/pegasus-airlines-introduces-ai-generated-pilots-announcements/" TargetMode="External"/><Relationship Id="rId13" Type="http://schemas.openxmlformats.org/officeDocument/2006/relationships/hyperlink" Target="https://www.travelmole.com/news/pegasus-airlines-introduces-ai-generated-pilots-announcements/" TargetMode="External"/><Relationship Id="rId14" Type="http://schemas.openxmlformats.org/officeDocument/2006/relationships/hyperlink" Target="https://simpleflying.com/thread/pegasus-is-introducing-ai-pilot-announcements-what-do-you-think/" TargetMode="External"/><Relationship Id="rId15" Type="http://schemas.openxmlformats.org/officeDocument/2006/relationships/hyperlink" Target="https://airlinergs.com/pegasus-airlines-introduces-ai-generated-pilots-announcem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