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Photograph of anti-facial recognition mask sparks debate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Photograph of Anti-Facial Recognition Mask Sparks Debate</w:t>
      </w:r>
      <w:r/>
    </w:p>
    <w:p>
      <w:r/>
      <w:r>
        <w:t>A photograph circulating on Reddit since 23 September 2024 has garnered significant attention and discussion. The image, depicting an individual wearing a black hooded sweatshirt accompanied by a clear, pleated mask, has been touted as a device designed to thwart AI-based facial recognition systems. With over 99,000 upvotes, the post has sparked curiosity and speculation about the mask’s origins and practical application.</w:t>
      </w:r>
      <w:r/>
    </w:p>
    <w:p>
      <w:r/>
      <w:r>
        <w:t>The mask in question was conceived by product designer Jip van Leeuwenstein during his time as a student at the Utrecht School of the Arts in the Netherlands. Van Leeuwenstein designed the mask as part of his "Surveillance Exclusion" project, aimed at exploring ways to render individuals unrecognisable to facial recognition technologies while preserving their ability to interact socially through visible facial expressions.</w:t>
      </w:r>
      <w:r/>
    </w:p>
    <w:p>
      <w:r/>
      <w:r>
        <w:t>Researching the mask's context reveals its initial appearance in a 2019 Business Insider article, discussing apparel and accessories designed to confuse facial recognition software. The article highlights innovative designs aimed at masking human features from these increasingly pervasive technologies. Similarly, the Civil Liberties Union for Europe described the mask in a 2021 article as an attempt to alter one's appearance to evade detection, though details about its commercial availability remain ambiguous.</w:t>
      </w:r>
      <w:r/>
    </w:p>
    <w:p>
      <w:r/>
      <w:r>
        <w:t>Van Leeuwenstein describes his conceptual project on his website, explaining its goal of promoting a balance between security and personal privacy. His work argues that while cameras and big data enhance safety and facilitate surveillance, they also pose risks of misuse, particularly by the advertising industry. Individuals' data can be leveraged for personalised advertisements and continuous tracking, prompting the need for privacy-protective measures.</w:t>
      </w:r>
      <w:r/>
    </w:p>
    <w:p>
      <w:r/>
      <w:r>
        <w:t>The artist’s concept was further recognised at the Inter-Society for the Electronic Arts (ISEA) symposium in 2020, an event dedicated to merging art, science, technology, and the humanities. Van Leeuwenstein, acclaimed for his speculative design approach, uses his works to provoke thought on contemporary societal issues.</w:t>
      </w:r>
      <w:r/>
    </w:p>
    <w:p>
      <w:r/>
      <w:r>
        <w:t>Efforts to confirm whether this mask has transitioned from concept to commercial product remain inconclusive. Snopes reached out to Van Leeuwenstein for clarification on the mask's current status and awaits further details from the designer.</w:t>
      </w:r>
      <w:r/>
    </w:p>
    <w:p>
      <w:r/>
      <w:r>
        <w:t>This speculative design joins a wave of experimental devices aimed at foiling facial recognition software. In 2019, Polish designer Ewa Nowak created "face jewellery" intended to make wearers unrecognisable to cameras. Additionally, Isao Echizen, a professor at the National Institute of Informatics in Tokyo, developed a "privacy visor" equipped with near-infrared LED lights to obstruct facial recognition attempts.</w:t>
      </w:r>
      <w:r/>
    </w:p>
    <w:p>
      <w:r/>
      <w:r>
        <w:t>Scholars continue to weigh in on the efficacy of these devices. Researchers at the University of Chicago presented a study at the Institute of Electrical and Electronics Engineers Symposium on Security and Privacy in May 2023, evaluating various anti-recognition technologies. They caution that while such technologies might offer immediate solutions, their long-term effectiveness may diminish as facial recognition systems evolve.</w:t>
      </w:r>
      <w:r/>
    </w:p>
    <w:p>
      <w:r/>
      <w:r>
        <w:t>The ongoing dialogue highlights the diverse and creative approaches individuals and researchers are taking to safeguard personal privacy in an age of ubiquitous surveillance. As design concepts like Van Leeuwenstein’s mask gain visibility, they underscore the broader discussion on privacy rights and technological ethics in modern society.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https://en.wikipedia.org/wiki/Anti-facial_recognition_mask</w:t>
        </w:r>
      </w:hyperlink>
      <w:r>
        <w:t xml:space="preserve"> - Corroborates the various designs and methods used to thwart facial recognition software, including asymmetrical masks, face jewelry, and high-tech solutions like infrared LED lights.</w:t>
      </w:r>
      <w:r/>
    </w:p>
    <w:p>
      <w:pPr>
        <w:pStyle w:val="ListNumber"/>
        <w:spacing w:line="240" w:lineRule="auto"/>
        <w:ind w:left="720"/>
      </w:pPr>
      <w:r/>
      <w:hyperlink r:id="rId11">
        <w:r>
          <w:rPr>
            <w:color w:val="0000EE"/>
            <w:u w:val="single"/>
          </w:rPr>
          <w:t>https://www.reddit.com/r/DidntKnowIWantedThat/comments/1ffvjxe/a_mask_made_to_block_ai_based_facial_recognition/</w:t>
        </w:r>
      </w:hyperlink>
      <w:r>
        <w:t xml:space="preserve"> - Discusses a mask designed to block AI-based facial recognition, similar to the concept of Van Leeuwenstein's mask.</w:t>
      </w:r>
      <w:r/>
    </w:p>
    <w:p>
      <w:pPr>
        <w:pStyle w:val="ListNumber"/>
        <w:spacing w:line="240" w:lineRule="auto"/>
        <w:ind w:left="720"/>
      </w:pPr>
      <w:r/>
      <w:hyperlink r:id="rId12">
        <w:r>
          <w:rPr>
            <w:color w:val="0000EE"/>
            <w:u w:val="single"/>
          </w:rPr>
          <w:t>https://www.reddit.com/r/interesting/comments/1ffsv1v/a_mask_made_to_block_ai_based_facial_recognition/</w:t>
        </w:r>
      </w:hyperlink>
      <w:r>
        <w:t xml:space="preserve"> - Another discussion on a mask made to block AI-based facial recognition, highlighting public interest in such devices.</w:t>
      </w:r>
      <w:r/>
    </w:p>
    <w:p>
      <w:pPr>
        <w:pStyle w:val="ListNumber"/>
        <w:spacing w:line="240" w:lineRule="auto"/>
        <w:ind w:left="720"/>
      </w:pPr>
      <w:r/>
      <w:hyperlink r:id="rId13">
        <w:r>
          <w:rPr>
            <w:color w:val="0000EE"/>
            <w:u w:val="single"/>
          </w:rPr>
          <w:t>https://en.wikipedia.org/wiki/Anti-facial_recognition_mask#Background</w:t>
        </w:r>
      </w:hyperlink>
      <w:r>
        <w:t xml:space="preserve"> - Provides background on the use of facial recognition software by governments and companies, and the need for anti-facial recognition measures.</w:t>
      </w:r>
      <w:r/>
    </w:p>
    <w:p>
      <w:pPr>
        <w:pStyle w:val="ListNumber"/>
        <w:spacing w:line="240" w:lineRule="auto"/>
        <w:ind w:left="720"/>
      </w:pPr>
      <w:r/>
      <w:hyperlink r:id="rId9">
        <w:r>
          <w:rPr>
            <w:color w:val="0000EE"/>
            <w:u w:val="single"/>
          </w:rPr>
          <w:t>https://www.noahwire.com</w:t>
        </w:r>
      </w:hyperlink>
      <w:r>
        <w:t xml:space="preserve"> - The original source article discussing the photograph of the anti-facial recognition mask and its context.</w:t>
      </w:r>
      <w:r/>
    </w:p>
    <w:p>
      <w:pPr>
        <w:pStyle w:val="ListNumber"/>
        <w:spacing w:line="240" w:lineRule="auto"/>
        <w:ind w:left="720"/>
      </w:pPr>
      <w:r/>
      <w:hyperlink r:id="rId14">
        <w:r>
          <w:rPr>
            <w:color w:val="0000EE"/>
            <w:u w:val="single"/>
          </w:rPr>
          <w:t>https://www.reddit.com/r/privacy/comments/1fdqnf1/anti_facial_recognition/</w:t>
        </w:r>
      </w:hyperlink>
      <w:r>
        <w:t xml:space="preserve"> - Discusses various methods and recommendations for anti-facial recognition wear, including hats, sunglasses, and masks.</w:t>
      </w:r>
      <w:r/>
    </w:p>
    <w:p>
      <w:pPr>
        <w:pStyle w:val="ListNumber"/>
        <w:spacing w:line="240" w:lineRule="auto"/>
        <w:ind w:left="720"/>
      </w:pPr>
      <w:r/>
      <w:hyperlink r:id="rId15">
        <w:r>
          <w:rPr>
            <w:color w:val="0000EE"/>
            <w:u w:val="single"/>
          </w:rPr>
          <w:t>https://en.wikipedia.org/wiki/Anti-facial_recognition_mask#Design</w:t>
        </w:r>
      </w:hyperlink>
      <w:r>
        <w:t xml:space="preserve"> - Details various design approaches to anti-facial recognition masks, including the use of asymmetrical designs and face jewelry.</w:t>
      </w:r>
      <w:r/>
    </w:p>
    <w:p>
      <w:pPr>
        <w:pStyle w:val="ListNumber"/>
        <w:spacing w:line="240" w:lineRule="auto"/>
        <w:ind w:left="720"/>
      </w:pPr>
      <w:r/>
      <w:hyperlink r:id="rId16">
        <w:r>
          <w:rPr>
            <w:color w:val="0000EE"/>
            <w:u w:val="single"/>
          </w:rPr>
          <w:t>https://www.reflectacles.com/</w:t>
        </w:r>
      </w:hyperlink>
      <w:r>
        <w:t xml:space="preserve"> - Mentions Reflectacles sunglasses as a potential tool to block facial recognition, as suggested in the privacy subreddit.</w:t>
      </w:r>
      <w:r/>
    </w:p>
    <w:p>
      <w:pPr>
        <w:pStyle w:val="ListNumber"/>
        <w:spacing w:line="240" w:lineRule="auto"/>
        <w:ind w:left="720"/>
      </w:pPr>
      <w:r/>
      <w:hyperlink r:id="rId17">
        <w:r>
          <w:rPr>
            <w:color w:val="0000EE"/>
            <w:u w:val="single"/>
          </w:rPr>
          <w:t>https://en.wikipedia.org/wiki/Isao_Echizen</w:t>
        </w:r>
      </w:hyperlink>
      <w:r>
        <w:t xml:space="preserve"> - References Isao Echizen's work on a 'privacy visor' equipped with near-infrared LED lights to obstruct facial recognition attempts.</w:t>
      </w:r>
      <w:r/>
    </w:p>
    <w:p>
      <w:pPr>
        <w:pStyle w:val="ListNumber"/>
        <w:spacing w:line="240" w:lineRule="auto"/>
        <w:ind w:left="720"/>
      </w:pPr>
      <w:r/>
      <w:hyperlink r:id="rId18">
        <w:r>
          <w:rPr>
            <w:color w:val="0000EE"/>
            <w:u w:val="single"/>
          </w:rPr>
          <w:t>https://www.businessinsider.com/facial-recognition-masks-2019-10</w:t>
        </w:r>
      </w:hyperlink>
      <w:r>
        <w:t xml:space="preserve"> - A 2019 Business Insider article discussing apparel and accessories designed to confuse facial recognition software, which includes Van Leeuwenstein's project.</w:t>
      </w:r>
      <w:r/>
    </w:p>
    <w:p>
      <w:pPr>
        <w:pStyle w:val="ListNumber"/>
        <w:spacing w:line="240" w:lineRule="auto"/>
        <w:ind w:left="720"/>
      </w:pPr>
      <w:r/>
      <w:hyperlink r:id="rId19">
        <w:r>
          <w:rPr>
            <w:color w:val="0000EE"/>
            <w:u w:val="single"/>
          </w:rPr>
          <w:t>https://www.theguardian.com/technology/2019/jul/18/facial-recognition-technology-protesters-hong-kong</w:t>
        </w:r>
      </w:hyperlink>
      <w:r>
        <w:t xml:space="preserve"> - Discusses the use of facial recognition technology in protests and the need for anti-facial recognition measures, similar to the context of Van Leeuwenstein's project.</w:t>
      </w:r>
      <w:r/>
    </w:p>
    <w:p>
      <w:pPr>
        <w:pStyle w:val="ListNumber"/>
        <w:spacing w:line="240" w:lineRule="auto"/>
        <w:ind w:left="720"/>
      </w:pPr>
      <w:r/>
      <w:hyperlink r:id="rId20">
        <w:r>
          <w:rPr>
            <w:color w:val="0000EE"/>
            <w:u w:val="single"/>
          </w:rPr>
          <w:t>https://www.snopes.com/fact-check/ai-mask-facial-recognition/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n.wikipedia.org/wiki/Anti-facial_recognition_mask" TargetMode="External"/><Relationship Id="rId11" Type="http://schemas.openxmlformats.org/officeDocument/2006/relationships/hyperlink" Target="https://www.reddit.com/r/DidntKnowIWantedThat/comments/1ffvjxe/a_mask_made_to_block_ai_based_facial_recognition/" TargetMode="External"/><Relationship Id="rId12" Type="http://schemas.openxmlformats.org/officeDocument/2006/relationships/hyperlink" Target="https://www.reddit.com/r/interesting/comments/1ffsv1v/a_mask_made_to_block_ai_based_facial_recognition/" TargetMode="External"/><Relationship Id="rId13" Type="http://schemas.openxmlformats.org/officeDocument/2006/relationships/hyperlink" Target="https://en.wikipedia.org/wiki/Anti-facial_recognition_mask#Background" TargetMode="External"/><Relationship Id="rId14" Type="http://schemas.openxmlformats.org/officeDocument/2006/relationships/hyperlink" Target="https://www.reddit.com/r/privacy/comments/1fdqnf1/anti_facial_recognition/" TargetMode="External"/><Relationship Id="rId15" Type="http://schemas.openxmlformats.org/officeDocument/2006/relationships/hyperlink" Target="https://en.wikipedia.org/wiki/Anti-facial_recognition_mask#Design" TargetMode="External"/><Relationship Id="rId16" Type="http://schemas.openxmlformats.org/officeDocument/2006/relationships/hyperlink" Target="https://www.reflectacles.com/" TargetMode="External"/><Relationship Id="rId17" Type="http://schemas.openxmlformats.org/officeDocument/2006/relationships/hyperlink" Target="https://en.wikipedia.org/wiki/Isao_Echizen" TargetMode="External"/><Relationship Id="rId18" Type="http://schemas.openxmlformats.org/officeDocument/2006/relationships/hyperlink" Target="https://www.businessinsider.com/facial-recognition-masks-2019-10" TargetMode="External"/><Relationship Id="rId19" Type="http://schemas.openxmlformats.org/officeDocument/2006/relationships/hyperlink" Target="https://www.theguardian.com/technology/2019/jul/18/facial-recognition-technology-protesters-hong-kong" TargetMode="External"/><Relationship Id="rId20" Type="http://schemas.openxmlformats.org/officeDocument/2006/relationships/hyperlink" Target="https://www.snopes.com/fact-check/ai-mask-facial-recogni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