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Revolutionising leak detection: AI-integrated thermal imaging transforms oil and gas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Revolutionising Leak Detection: AI-Integrated Thermal Imaging Transforms Oil and Gas Industry</w:t>
      </w:r>
      <w:r/>
    </w:p>
    <w:p>
      <w:r/>
      <w:r>
        <w:t>The integration of artificial intelligence (AI) with fixed, continuous vision technology is set to revolutionise camera-based leak detection. By facilitating early detection and remote alarm verification, this advanced system stands to offer significant improvements over traditional methods—a transformation aimed primarily at addressing the inherent limitations of existing industry practices.</w:t>
      </w:r>
      <w:r/>
    </w:p>
    <w:p>
      <w:r/>
      <w:r>
        <w:t>Traditional leak detection methods, including manual inspections, handheld cameras, mounted systems on aircraft or vehicles, and manned surveillance cameras operating 24/7, have not been devoid of challenges. These methods are often supplementary to non-visual techniques such as pressure and balance measurements or acoustic sensing for alarm verification and maintenance inspections. However, their intermittent nature and the high costs associated with frequent or continuous deployment render them inefficient. Additionally, these conventional methods can leave substantial monitoring gaps and pose safety risks to personnel required to operate them on-site.</w:t>
      </w:r>
      <w:r/>
    </w:p>
    <w:p>
      <w:r/>
      <w:r>
        <w:t>The need for comprehensive and reliable visual monitoring is particularly pressing for oil and gas facilities that are remote, sporadically staffed, or located near sensitive environments. Deficiencies in leak detection can seriously undermine preventive and mitigative measures, leading to potential environmental impacts, financial repercussions, and increased scrutiny from the industry.</w:t>
      </w:r>
      <w:r/>
    </w:p>
    <w:p>
      <w:pPr>
        <w:pStyle w:val="Heading3"/>
      </w:pPr>
      <w:r>
        <w:t>The Role of Thermal Imaging with AI</w:t>
      </w:r>
      <w:r/>
    </w:p>
    <w:p>
      <w:r/>
      <w:r>
        <w:t>Thermal imagers operate by detecting the heat signatures of objects, producing greyscale images that can reveal product releases invisible to the naked eye or colour cameras. This includes minor sprays, leaks that blend into the background, and wet gases like butane and propane. Cutting-edge thermal imagers come with high resolutions, capable of capturing minute radiometric data and scene variations at the pixel level.</w:t>
      </w:r>
      <w:r/>
    </w:p>
    <w:p>
      <w:r/>
      <w:r>
        <w:t>The use of AI in image processing significantly amplifies the capabilities of thermal imaging. These systems leverage video analytics, detection algorithms, environmental filters, background learning, and deep learning object classifications. Edge-based AI processes live thermal video footage in real-time, boosting processing capability while minimising the need for extensive network bandwidth. This approach ensures higher accuracy compared to cloud processing, which depends on continuous streaming and video compression before transmission, often resulting in degraded data quality and increased costs.</w:t>
      </w:r>
      <w:r/>
    </w:p>
    <w:p>
      <w:r/>
      <w:r>
        <w:t>AI systems stand out by automating the laborious task of continuous monitoring and detection. The efficiency of such systems relies heavily on the expertise of the AI providers, with industry-specific specialisations providing a distinct competitive edge.</w:t>
      </w:r>
      <w:r/>
    </w:p>
    <w:p>
      <w:pPr>
        <w:pStyle w:val="Heading3"/>
      </w:pPr>
      <w:r>
        <w:t>Enhanced Automation and Monitoring Benefits</w:t>
      </w:r>
      <w:r/>
    </w:p>
    <w:p>
      <w:r/>
      <w:r>
        <w:t>The automation facilitated by AI-powered vision unlocks a multitude of advantages for energy operators, including enhanced leak response, improved safety, cost savings, and increased productivity. Key capabilities and benefits include:</w:t>
      </w:r>
      <w:r/>
      <w:r/>
    </w:p>
    <w:p>
      <w:pPr>
        <w:pStyle w:val="ListBullet"/>
        <w:spacing w:line="240" w:lineRule="auto"/>
        <w:ind w:left="720"/>
      </w:pPr>
      <w:r/>
      <w:r>
        <w:t>Continuous Operation and Monitoring: AI-driven systems allow for the non-stop condition monitoring of one or several hundred distributed assets, limited only by the video management system's capacity.</w:t>
      </w:r>
      <w:r/>
    </w:p>
    <w:p>
      <w:pPr>
        <w:pStyle w:val="ListBullet"/>
        <w:spacing w:line="240" w:lineRule="auto"/>
        <w:ind w:left="720"/>
      </w:pPr>
      <w:r/>
      <w:r>
        <w:t>Automatic Detection and Alerting: This feature drastically reduces the manual labour, time, and costs associated with monitoring.</w:t>
      </w:r>
      <w:r/>
    </w:p>
    <w:p>
      <w:pPr>
        <w:pStyle w:val="ListBullet"/>
        <w:spacing w:line="240" w:lineRule="auto"/>
        <w:ind w:left="720"/>
      </w:pPr>
      <w:r/>
      <w:r>
        <w:t>Enhanced Detection Accuracy: These systems can detect leaks up to 45 times smaller than the lower detection limits set by Computational Pipeline Monitoring (CPM), equivalent to 0.1 percent of the nominal rate.</w:t>
      </w:r>
      <w:r/>
    </w:p>
    <w:p>
      <w:pPr>
        <w:pStyle w:val="ListBullet"/>
        <w:spacing w:line="240" w:lineRule="auto"/>
        <w:ind w:left="720"/>
      </w:pPr>
      <w:r/>
      <w:r>
        <w:t>Remote Accessibility: Operators gain remote access to visual data, including live views, alarm packages, and recorded videos, expediting the verification of alarms and thereby minimising confirmatory site visits and associated risks.</w:t>
      </w:r>
      <w:r/>
    </w:p>
    <w:p>
      <w:pPr>
        <w:pStyle w:val="ListBullet"/>
        <w:spacing w:line="240" w:lineRule="auto"/>
        <w:ind w:left="720"/>
      </w:pPr>
      <w:r/>
      <w:r>
        <w:t>Multi-Region Monitoring: Unique detection settings for different areas and assets can be managed within a single camera view.</w:t>
      </w:r>
      <w:r/>
    </w:p>
    <w:p>
      <w:pPr>
        <w:pStyle w:val="ListBullet"/>
        <w:spacing w:line="240" w:lineRule="auto"/>
        <w:ind w:left="720"/>
      </w:pPr>
      <w:r/>
      <w:r>
        <w:t>Dual Sensor Views: Thermal and colour sensors can be used simultaneously, with the colour camera facilitating verification.</w:t>
      </w:r>
      <w:r/>
    </w:p>
    <w:p>
      <w:pPr>
        <w:pStyle w:val="ListBullet"/>
        <w:spacing w:line="240" w:lineRule="auto"/>
        <w:ind w:left="720"/>
      </w:pPr>
      <w:r/>
      <w:r>
        <w:t>Integration and Compatibility: The system can integrate with other sensors and reporting interfaces, fostering seamless communication with operator control rooms, supervisory control and data acquisition (SCADA) systems, and third-party monitoring services.</w:t>
      </w:r>
      <w:r/>
    </w:p>
    <w:p>
      <w:pPr>
        <w:pStyle w:val="ListBullet"/>
        <w:spacing w:line="240" w:lineRule="auto"/>
        <w:ind w:left="720"/>
      </w:pPr>
      <w:r/>
      <w:r>
        <w:t>Software and Hardware Advances: Continuous updates ensure that the technology evolves to meet the emergent needs of the industry.</w:t>
      </w:r>
      <w:r/>
      <w:r/>
    </w:p>
    <w:p>
      <w:r/>
      <w:r>
        <w:t>Since its inception in 2011, IntelliView has been a pioneer in AI-vision leak detection technology within the oil and gas sector. Its DCAM system, equipped with thermal and colour cameras and onboard AI specialized for detecting oil, liquid, and wet hydrocarbon leaks, is deployed across various facilities such as pump stations, refineries, well pads, and offshore platforms.</w:t>
      </w:r>
      <w:r/>
    </w:p>
    <w:p>
      <w:r/>
      <w:r>
        <w:t xml:space="preserve">For further details on IntelliView's groundbreaking technology, interested parties can visit the company's official website. </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https://jpt.spe.org/ai-powered-thermal-cameras-improve-leak-response-and-hse-performance</w:t>
        </w:r>
      </w:hyperlink>
      <w:r>
        <w:t xml:space="preserve"> - Corroborates the use of AI-powered thermal cameras for leak detection, automated monitoring, and improved safety and efficiency in the oil and gas industry.</w:t>
      </w:r>
      <w:r/>
    </w:p>
    <w:p>
      <w:pPr>
        <w:pStyle w:val="ListNumber"/>
        <w:spacing w:line="240" w:lineRule="auto"/>
        <w:ind w:left="720"/>
      </w:pPr>
      <w:r/>
      <w:hyperlink r:id="rId11">
        <w:r>
          <w:rPr>
            <w:color w:val="0000EE"/>
            <w:u w:val="single"/>
          </w:rPr>
          <w:t>https://www.scylla.ai/how-ai-helps-monitor-thermal-anomalies-in-industrial-settings/</w:t>
        </w:r>
      </w:hyperlink>
      <w:r>
        <w:t xml:space="preserve"> - Supports the role of AI in monitoring thermal anomalies, detecting overheating, and preventing machinery failures in industrial settings.</w:t>
      </w:r>
      <w:r/>
    </w:p>
    <w:p>
      <w:pPr>
        <w:pStyle w:val="ListNumber"/>
        <w:spacing w:line="240" w:lineRule="auto"/>
        <w:ind w:left="720"/>
      </w:pPr>
      <w:r/>
      <w:hyperlink r:id="rId12">
        <w:r>
          <w:rPr>
            <w:color w:val="0000EE"/>
            <w:u w:val="single"/>
          </w:rPr>
          <w:t>https://energynow.com/2021/09/intelliview-ai-camera-systems-enable-oil-gas-operators-to-detect-visually-confirm-and-respond-to-leaks-in-under-a-minute/</w:t>
        </w:r>
      </w:hyperlink>
      <w:r>
        <w:t xml:space="preserve"> - Details IntelliView's AI camera systems for detecting, confirming, and responding to leaks in the oil and gas industry, highlighting their advantages over traditional methods.</w:t>
      </w:r>
      <w:r/>
    </w:p>
    <w:p>
      <w:pPr>
        <w:pStyle w:val="ListNumber"/>
        <w:spacing w:line="240" w:lineRule="auto"/>
        <w:ind w:left="720"/>
      </w:pPr>
      <w:r/>
      <w:hyperlink r:id="rId13">
        <w:r>
          <w:rPr>
            <w:color w:val="0000EE"/>
            <w:u w:val="single"/>
          </w:rPr>
          <w:t>https://www.spectrumcamera.com/advantages-of-thermal-imaging-cameras-in-the-oil-and-gas-industry/</w:t>
        </w:r>
      </w:hyperlink>
      <w:r>
        <w:t xml:space="preserve"> - Explains the advantages of thermal imaging cameras in leak detection, equipment inspection, and energy efficiency within the oil and gas industry.</w:t>
      </w:r>
      <w:r/>
    </w:p>
    <w:p>
      <w:pPr>
        <w:pStyle w:val="ListNumber"/>
        <w:spacing w:line="240" w:lineRule="auto"/>
        <w:ind w:left="720"/>
      </w:pPr>
      <w:r/>
      <w:hyperlink r:id="rId14">
        <w:r>
          <w:rPr>
            <w:color w:val="0000EE"/>
            <w:u w:val="single"/>
          </w:rPr>
          <w:t>https://www.hanwha.com/en/news-center/1440693/</w:t>
        </w:r>
      </w:hyperlink>
      <w:r>
        <w:t xml:space="preserve"> - Describes Hanwha Vision's AI-based radiometric thermal cameras and their capabilities in monitoring industrial equipment, detecting leaks, and enhancing safety and efficiency.</w:t>
      </w:r>
      <w:r/>
    </w:p>
    <w:p>
      <w:pPr>
        <w:pStyle w:val="ListNumber"/>
        <w:spacing w:line="240" w:lineRule="auto"/>
        <w:ind w:left="720"/>
      </w:pPr>
      <w:r/>
      <w:hyperlink r:id="rId10">
        <w:r>
          <w:rPr>
            <w:color w:val="0000EE"/>
            <w:u w:val="single"/>
          </w:rPr>
          <w:t>https://jpt.spe.org/ai-powered-thermal-cameras-improve-leak-response-and-hse-performance</w:t>
        </w:r>
      </w:hyperlink>
      <w:r>
        <w:t xml:space="preserve"> - Discusses the integration of AI with thermal cameras for continuous monitoring, automated detection, and alerting in the oil and gas industry.</w:t>
      </w:r>
      <w:r/>
    </w:p>
    <w:p>
      <w:pPr>
        <w:pStyle w:val="ListNumber"/>
        <w:spacing w:line="240" w:lineRule="auto"/>
        <w:ind w:left="720"/>
      </w:pPr>
      <w:r/>
      <w:hyperlink r:id="rId11">
        <w:r>
          <w:rPr>
            <w:color w:val="0000EE"/>
            <w:u w:val="single"/>
          </w:rPr>
          <w:t>https://www.scylla.ai/how-ai-helps-monitor-thermal-anomalies-in-industrial-settings/</w:t>
        </w:r>
      </w:hyperlink>
      <w:r>
        <w:t xml:space="preserve"> - Highlights the benefits of AI-powered thermal cameras in continuous, remote, and real-time monitoring of industrial equipment and preventing overheating and fires.</w:t>
      </w:r>
      <w:r/>
    </w:p>
    <w:p>
      <w:pPr>
        <w:pStyle w:val="ListNumber"/>
        <w:spacing w:line="240" w:lineRule="auto"/>
        <w:ind w:left="720"/>
      </w:pPr>
      <w:r/>
      <w:hyperlink r:id="rId12">
        <w:r>
          <w:rPr>
            <w:color w:val="0000EE"/>
            <w:u w:val="single"/>
          </w:rPr>
          <w:t>https://energynow.com/2021/09/intelliview-ai-camera-systems-enable-oil-gas-operators-to-detect-visually-confirm-and-respond-to-leaks-in-under-a-minute/</w:t>
        </w:r>
      </w:hyperlink>
      <w:r>
        <w:t xml:space="preserve"> - Details the capabilities of IntelliView's DCAM system, including continuous monitoring, automatic detection, and remote accessibility for oil and gas operators.</w:t>
      </w:r>
      <w:r/>
    </w:p>
    <w:p>
      <w:pPr>
        <w:pStyle w:val="ListNumber"/>
        <w:spacing w:line="240" w:lineRule="auto"/>
        <w:ind w:left="720"/>
      </w:pPr>
      <w:r/>
      <w:hyperlink r:id="rId13">
        <w:r>
          <w:rPr>
            <w:color w:val="0000EE"/>
            <w:u w:val="single"/>
          </w:rPr>
          <w:t>https://www.spectrumcamera.com/advantages-of-thermal-imaging-cameras-in-the-oil-and-gas-industry/</w:t>
        </w:r>
      </w:hyperlink>
      <w:r>
        <w:t xml:space="preserve"> - Explains how thermal imaging cameras enhance safety, efficiency, and maintenance processes by detecting minor temperature variations and monitoring equipment performance.</w:t>
      </w:r>
      <w:r/>
    </w:p>
    <w:p>
      <w:pPr>
        <w:pStyle w:val="ListNumber"/>
        <w:spacing w:line="240" w:lineRule="auto"/>
        <w:ind w:left="720"/>
      </w:pPr>
      <w:r/>
      <w:hyperlink r:id="rId14">
        <w:r>
          <w:rPr>
            <w:color w:val="0000EE"/>
            <w:u w:val="single"/>
          </w:rPr>
          <w:t>https://www.hanwha.com/en/news-center/1440693/</w:t>
        </w:r>
      </w:hyperlink>
      <w:r>
        <w:t xml:space="preserve"> - Describes the advanced features of Hanwha Vision's AI-based radiometric thermal cameras, including high-resolution imaging, object classification, and fire detection capabilities.</w:t>
      </w:r>
      <w:r/>
    </w:p>
    <w:p>
      <w:pPr>
        <w:pStyle w:val="ListNumber"/>
        <w:spacing w:line="240" w:lineRule="auto"/>
        <w:ind w:left="720"/>
      </w:pPr>
      <w:r/>
      <w:hyperlink r:id="rId12">
        <w:r>
          <w:rPr>
            <w:color w:val="0000EE"/>
            <w:u w:val="single"/>
          </w:rPr>
          <w:t>https://energynow.com/2021/09/intelliview-ai-camera-systems-enable-oil-gas-operators-to-detect-visually-confirm-and-respond-to-leaks-in-under-a-minute/</w:t>
        </w:r>
      </w:hyperlink>
      <w:r>
        <w:t xml:space="preserve"> - Corroborates the integration and compatibility of AI-powered camera systems with other sensors and reporting interfaces, such as SCADA systems.</w:t>
      </w:r>
      <w:r/>
    </w:p>
    <w:p>
      <w:pPr>
        <w:pStyle w:val="ListNumber"/>
        <w:spacing w:line="240" w:lineRule="auto"/>
        <w:ind w:left="720"/>
      </w:pPr>
      <w:r/>
      <w:hyperlink r:id="rId15">
        <w:r>
          <w:rPr>
            <w:color w:val="0000EE"/>
            <w:u w:val="single"/>
          </w:rPr>
          <w:t>https://energynow.com/2024/09/how-ai-powered-thermal-imaging-improves-leak-detection-alarm-verification-and-response/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jpt.spe.org/ai-powered-thermal-cameras-improve-leak-response-and-hse-performance" TargetMode="External"/><Relationship Id="rId11" Type="http://schemas.openxmlformats.org/officeDocument/2006/relationships/hyperlink" Target="https://www.scylla.ai/how-ai-helps-monitor-thermal-anomalies-in-industrial-settings/" TargetMode="External"/><Relationship Id="rId12" Type="http://schemas.openxmlformats.org/officeDocument/2006/relationships/hyperlink" Target="https://energynow.com/2021/09/intelliview-ai-camera-systems-enable-oil-gas-operators-to-detect-visually-confirm-and-respond-to-leaks-in-under-a-minute/" TargetMode="External"/><Relationship Id="rId13" Type="http://schemas.openxmlformats.org/officeDocument/2006/relationships/hyperlink" Target="https://www.spectrumcamera.com/advantages-of-thermal-imaging-cameras-in-the-oil-and-gas-industry/" TargetMode="External"/><Relationship Id="rId14" Type="http://schemas.openxmlformats.org/officeDocument/2006/relationships/hyperlink" Target="https://www.hanwha.com/en/news-center/1440693/" TargetMode="External"/><Relationship Id="rId15" Type="http://schemas.openxmlformats.org/officeDocument/2006/relationships/hyperlink" Target="https://energynow.com/2024/09/how-ai-powered-thermal-imaging-improves-leak-detection-alarm-verification-and-respon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