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Robert Downey Jr. shines in Ayad Akhtar’s new AI-themed play 'McNeal' at Lincoln Center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Robert Downey Jr. Shines in Ayad Akhtar’s New AI-Themed Play “McNeal” at Lincoln Center</w:t>
      </w:r>
      <w:r/>
    </w:p>
    <w:p>
      <w:r/>
      <w:r>
        <w:t>In a much-anticipated Broadway debut, Oscar-winning actor Robert Downey Jr. takes center stage in Ayad Akhtar’s new play "McNeal", now showing at Lincoln Center Theater’s Vivian Beaumont. Downey plays the titular role of Jacob McNeal, a controversial and morally ambiguous literary giant grappling with the ethical quandaries of artificial intelligence in the creative process.</w:t>
      </w:r>
      <w:r/>
    </w:p>
    <w:p>
      <w:r/>
      <w:r>
        <w:t>The timing of the play’s release coincides with ongoing debates about authenticity and plagiarism in the arts, spotlighted by recent allegations against David Adjmi regarding his Tony-winning play “Stereophonic.” Accusations surfaced that “Stereophonic” draws heavily on “Making Rumours,” a memoir by sound engineer Ken Caillat, though Adjmi has denied any direct inspiration from the Fleetwood Mac chronicle. The controversy brings deeper questions of artistic borrowing and originality, which resonates closely with the themes explored in “McNeal.”</w:t>
      </w:r>
      <w:r/>
    </w:p>
    <w:p>
      <w:r/>
      <w:r>
        <w:t>Set against this backdrop of high-profile creative disputes, “McNeal” delves into a contemporary Faustian bargain. Jacob McNeal, a once-celebrated author now standing on the precipice of 'cancellation,' finds new inspiration through ChatGPT, an artificial intelligence tool. This prompts a cascade of ethical dilemmas on creativity, authorship, and the soul of literature in the digital age.</w:t>
      </w:r>
      <w:r/>
    </w:p>
    <w:p>
      <w:r/>
      <w:r>
        <w:t>Downey’s portrayal of McNeal is a complex blend of charm and egotism. This troubled character is a celebrated yet self-destructive writer haunted by past scandals, including associations with disgraced figures and the tragic suicide of his mentally ill wife, triggered by his infidelity. As his new AI-assisted works garner acclaim, McNeal confronts heightened scrutiny and the skeletons in his literary closet.</w:t>
      </w:r>
      <w:r/>
    </w:p>
    <w:p>
      <w:r/>
      <w:r>
        <w:t>The narrative addresses profound questions: How is originality defined in literature? Is the pastiche of existing works a form of plagiarism or a natural evolution of artistic expression? Akhtar crafts a dialogue surrounding these issues, referencing historical literary practices from Shakespeare to classic Greek dramatists, and thrusts them into the context of modern technology.</w:t>
      </w:r>
      <w:r/>
    </w:p>
    <w:p>
      <w:r/>
      <w:r>
        <w:t>In a riveting address to the Swedish Academy, upon receiving the Nobel Prize in Literature, McNeal defends his AI-assisted creativity by drawing parallels with Shakespeare’s transformation of the play "King Leir" into "King Lear." This comparison underscores the intricate blend of inspiration and innovation that lies at the heart of creative endeavours.</w:t>
      </w:r>
      <w:r/>
    </w:p>
    <w:p>
      <w:r/>
      <w:r>
        <w:t>Accompanying Downey on stage, Ruthie Ann Miles plays McNeal’s worried doctor, and Andrea Martin embodies his enabling agent, offering glimpses into McNeal’s turbulent world. Brittany Bellizeare as Natasha Brathwaite, a probing arts journalist, and Rafi Gavron as his estranged son Harlan, further complicate McNeal’s journey.</w:t>
      </w:r>
      <w:r/>
    </w:p>
    <w:p>
      <w:r/>
      <w:r>
        <w:t>Notably, Downey’s interpretation of McNeal balances unbridled egotism with deep-seated regret, making the character both contemptible and compelling. His performance is integral to maintaining engagement despite the play’s dense thematic landscape.</w:t>
      </w:r>
      <w:r/>
    </w:p>
    <w:p>
      <w:r/>
      <w:r>
        <w:t>The stage production, designed by Michael Yeargan and Jake Barton, integrates technological elements to reflect McNeal’s entanglement with AI. Projections and digital effects create an immersive environment, although some critics argue that the play’s human connections are overshadowed by its intellectual and technological digressions.</w:t>
      </w:r>
      <w:r/>
    </w:p>
    <w:p>
      <w:r/>
      <w:r>
        <w:t>Ayad Akhtar’s "McNeal" weaves a narrative rich in ethical inquiries and literary references, questioning the boundaries of artistic originality in an age dominated by artificial intelligence. While the play wrestles with complex ideas, it occasionally struggles to anchor these in emotionally resonant storytelling. Nonetheless, Downey’s Broadway initiation and Akhtar’s provocative script make "McNeal" a significant addition to contemporary theatre, offering fertile ground for ongoing debate on the future of creativity.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https://www.lct.org/shows/mcneal/</w:t>
        </w:r>
      </w:hyperlink>
      <w:r>
        <w:t xml:space="preserve"> - Corroborates the information about Robert Downey Jr. starring in Ayad Akhtar's new play 'McNeal' at Lincoln Center Theater and provides details about the play's themes and production.</w:t>
      </w:r>
      <w:r/>
    </w:p>
    <w:p>
      <w:pPr>
        <w:pStyle w:val="ListNumber"/>
        <w:spacing w:line="240" w:lineRule="auto"/>
        <w:ind w:left="720"/>
      </w:pPr>
      <w:r/>
      <w:hyperlink r:id="rId11">
        <w:r>
          <w:rPr>
            <w:color w:val="0000EE"/>
            <w:u w:val="single"/>
          </w:rPr>
          <w:t>https://www.lct.org/shows/mcneal/whos-who/</w:t>
        </w:r>
      </w:hyperlink>
      <w:r>
        <w:t xml:space="preserve"> - Lists the cast and creative team of 'McNeal', including Robert Downey Jr., Ayad Akhtar, and Bartlett Sher, and provides details about the roles and crew members.</w:t>
      </w:r>
      <w:r/>
    </w:p>
    <w:p>
      <w:pPr>
        <w:pStyle w:val="ListNumber"/>
        <w:spacing w:line="240" w:lineRule="auto"/>
        <w:ind w:left="720"/>
      </w:pPr>
      <w:r/>
      <w:hyperlink r:id="rId12">
        <w:r>
          <w:rPr>
            <w:color w:val="0000EE"/>
            <w:u w:val="single"/>
          </w:rPr>
          <w:t>https://playbill.com/article/mcneal-starring-robert-downey-jr.-opens-on-broadway-september-30</w:t>
        </w:r>
      </w:hyperlink>
      <w:r>
        <w:t xml:space="preserve"> - Confirms the play's opening date, the involvement of Robert Downey Jr., and the themes of artificial intelligence and literary originality explored in 'McNeal'.</w:t>
      </w:r>
      <w:r/>
    </w:p>
    <w:p>
      <w:pPr>
        <w:pStyle w:val="ListNumber"/>
        <w:spacing w:line="240" w:lineRule="auto"/>
        <w:ind w:left="720"/>
      </w:pPr>
      <w:r/>
      <w:hyperlink r:id="rId13">
        <w:r>
          <w:rPr>
            <w:color w:val="0000EE"/>
            <w:u w:val="single"/>
          </w:rPr>
          <w:t>https://mcnealbroadway.com</w:t>
        </w:r>
      </w:hyperlink>
      <w:r>
        <w:t xml:space="preserve"> - Provides an overview of the play, including its themes, cast, and creative team, and confirms the production details at Lincoln Center Theater.</w:t>
      </w:r>
      <w:r/>
    </w:p>
    <w:p>
      <w:pPr>
        <w:pStyle w:val="ListNumber"/>
        <w:spacing w:line="240" w:lineRule="auto"/>
        <w:ind w:left="720"/>
      </w:pPr>
      <w:r/>
      <w:hyperlink r:id="rId14">
        <w:r>
          <w:rPr>
            <w:color w:val="0000EE"/>
            <w:u w:val="single"/>
          </w:rPr>
          <w:t>https://playbill.com/article/get-a-1st-look-at-lincoln-center-theaters-mcneal-starring-robert-downey-jr</w:t>
        </w:r>
      </w:hyperlink>
      <w:r>
        <w:t xml:space="preserve"> - Offers a first look at the production, confirms the cast and crew, and discusses the integration of AI and technological elements in the play.</w:t>
      </w:r>
      <w:r/>
    </w:p>
    <w:p>
      <w:pPr>
        <w:pStyle w:val="ListNumber"/>
        <w:spacing w:line="240" w:lineRule="auto"/>
        <w:ind w:left="720"/>
      </w:pPr>
      <w:r/>
      <w:hyperlink r:id="rId10">
        <w:r>
          <w:rPr>
            <w:color w:val="0000EE"/>
            <w:u w:val="single"/>
          </w:rPr>
          <w:t>https://www.lct.org/shows/mcneal/</w:t>
        </w:r>
      </w:hyperlink>
      <w:r>
        <w:t xml:space="preserve"> - Details Jacob McNeal's character, his fascination with AI, and the ethical dilemmas he faces, aligning with the themes of creativity and authorship.</w:t>
      </w:r>
      <w:r/>
    </w:p>
    <w:p>
      <w:pPr>
        <w:pStyle w:val="ListNumber"/>
        <w:spacing w:line="240" w:lineRule="auto"/>
        <w:ind w:left="720"/>
      </w:pPr>
      <w:r/>
      <w:hyperlink r:id="rId12">
        <w:r>
          <w:rPr>
            <w:color w:val="0000EE"/>
            <w:u w:val="single"/>
          </w:rPr>
          <w:t>https://playbill.com/article/mcneal-starring-robert-downey-jr.-opens-on-broadway-september-30</w:t>
        </w:r>
      </w:hyperlink>
      <w:r>
        <w:t xml:space="preserve"> - Mentions the inclusion of a 'highly realistic metahuman digital likeness' of Robert Downey Jr., developed by AGBO, which reflects McNeal's entanglement with AI.</w:t>
      </w:r>
      <w:r/>
    </w:p>
    <w:p>
      <w:pPr>
        <w:pStyle w:val="ListNumber"/>
        <w:spacing w:line="240" w:lineRule="auto"/>
        <w:ind w:left="720"/>
      </w:pPr>
      <w:r/>
      <w:hyperlink r:id="rId13">
        <w:r>
          <w:rPr>
            <w:color w:val="0000EE"/>
            <w:u w:val="single"/>
          </w:rPr>
          <w:t>https://mcnealbroadway.com</w:t>
        </w:r>
      </w:hyperlink>
      <w:r>
        <w:t xml:space="preserve"> - Highlights the complex character of Jacob McNeal, his past scandals, and his current struggles with AI-assisted creativity, aligning with the narrative of the play.</w:t>
      </w:r>
      <w:r/>
    </w:p>
    <w:p>
      <w:pPr>
        <w:pStyle w:val="ListNumber"/>
        <w:spacing w:line="240" w:lineRule="auto"/>
        <w:ind w:left="720"/>
      </w:pPr>
      <w:r/>
      <w:hyperlink r:id="rId11">
        <w:r>
          <w:rPr>
            <w:color w:val="0000EE"/>
            <w:u w:val="single"/>
          </w:rPr>
          <w:t>https://www.lct.org/shows/mcneal/whos-who/</w:t>
        </w:r>
      </w:hyperlink>
      <w:r>
        <w:t xml:space="preserve"> - Lists the supporting cast, including Ruthie Ann Miles, Andrea Martin, Brittany Bellizeare, and Rafi Gavron, who complicate McNeal’s journey.</w:t>
      </w:r>
      <w:r/>
    </w:p>
    <w:p>
      <w:pPr>
        <w:pStyle w:val="ListNumber"/>
        <w:spacing w:line="240" w:lineRule="auto"/>
        <w:ind w:left="720"/>
      </w:pPr>
      <w:r/>
      <w:hyperlink r:id="rId14">
        <w:r>
          <w:rPr>
            <w:color w:val="0000EE"/>
            <w:u w:val="single"/>
          </w:rPr>
          <w:t>https://playbill.com/article/get-a-1st-look-at-lincoln-center-theaters-mcneal-starring-robert-downey-jr</w:t>
        </w:r>
      </w:hyperlink>
      <w:r>
        <w:t xml:space="preserve"> - Describes the stage production, including the work of scenic designers Michael Yeargan and Jake Barton, and the use of projections and digital effects.</w:t>
      </w:r>
      <w:r/>
    </w:p>
    <w:p>
      <w:pPr>
        <w:pStyle w:val="ListNumber"/>
        <w:spacing w:line="240" w:lineRule="auto"/>
        <w:ind w:left="720"/>
      </w:pPr>
      <w:r/>
      <w:hyperlink r:id="rId13">
        <w:r>
          <w:rPr>
            <w:color w:val="0000EE"/>
            <w:u w:val="single"/>
          </w:rPr>
          <w:t>https://mcnealbroadway.com</w:t>
        </w:r>
      </w:hyperlink>
      <w:r>
        <w:t xml:space="preserve"> - Discusses the play's themes of artistic originality, the impact of AI on creativity, and the broader ethical inquiries raised by Akhtar's script.</w:t>
      </w:r>
      <w:r/>
    </w:p>
    <w:p>
      <w:pPr>
        <w:pStyle w:val="ListNumber"/>
        <w:spacing w:line="240" w:lineRule="auto"/>
        <w:ind w:left="720"/>
      </w:pPr>
      <w:r/>
      <w:hyperlink r:id="rId15">
        <w:r>
          <w:rPr>
            <w:color w:val="0000EE"/>
            <w:u w:val="single"/>
          </w:rPr>
          <w:t>https://www.latimes.com/entertainment-arts/story/2024-09-30/review-theater-robert-downey-broadway-debut-ayad-akhtar-mcneal-artificial-intelligence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ct.org/shows/mcneal/" TargetMode="External"/><Relationship Id="rId11" Type="http://schemas.openxmlformats.org/officeDocument/2006/relationships/hyperlink" Target="https://www.lct.org/shows/mcneal/whos-who/" TargetMode="External"/><Relationship Id="rId12" Type="http://schemas.openxmlformats.org/officeDocument/2006/relationships/hyperlink" Target="https://playbill.com/article/mcneal-starring-robert-downey-jr.-opens-on-broadway-september-30" TargetMode="External"/><Relationship Id="rId13" Type="http://schemas.openxmlformats.org/officeDocument/2006/relationships/hyperlink" Target="https://mcnealbroadway.com" TargetMode="External"/><Relationship Id="rId14" Type="http://schemas.openxmlformats.org/officeDocument/2006/relationships/hyperlink" Target="https://playbill.com/article/get-a-1st-look-at-lincoln-center-theaters-mcneal-starring-robert-downey-jr" TargetMode="External"/><Relationship Id="rId15" Type="http://schemas.openxmlformats.org/officeDocument/2006/relationships/hyperlink" Target="https://www.latimes.com/entertainment-arts/story/2024-09-30/review-theater-robert-downey-broadway-debut-ayad-akhtar-mcneal-artificial-intellig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