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Galaxy devices could soon charge for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Galaxy Devices Could Soon Charge for AI Features</w:t>
      </w:r>
      <w:r/>
    </w:p>
    <w:p>
      <w:r/>
      <w:r>
        <w:t>Seoul, South Korea – Samsung's recent press releases for its new lineup, including the Samsung Galaxy S24 FE, Samsung Galaxy Tab S10 Plus, and Samsung Galaxy S10 Ultra, contain a notable footnote indicating that certain AI features may not remain entirely free in the future. According to SamMobile, the exact wording notes: "Fees may apply to certain AI features at the end of 2025." While this statement lacks specificity, it suggests that the comprehensive AI experience currently offered may come with a cost starting in late 2025.</w:t>
      </w:r>
      <w:r/>
    </w:p>
    <w:p>
      <w:r/>
      <w:r>
        <w:t>This update is not unprecedented. A similar disclaimer was included with the launch information for the Samsung Galaxy S24 series earlier this year, hinting at Samsung's ongoing strategy to monetise some of its AI functionalities. The exact features that may incur charges and the potential price structure remain undisclosed.</w:t>
      </w:r>
      <w:r/>
    </w:p>
    <w:p>
      <w:r/>
      <w:r>
        <w:t>The integration of AI into consumer devices typically involves substantial computational power and energy resources, which likely contributes to Samsung's decision to consider a fee for extended AI services. For comparison, services like Google and OpenAI’s ChatGPT Plus already charge users around $20 (approximately £15 / AU$29) per month for more advanced capabilities. There are rumours that the price of ChatGPT Plus may significantly increase in the coming years.</w:t>
      </w:r>
      <w:r/>
    </w:p>
    <w:p>
      <w:r/>
      <w:r>
        <w:t>Similarly, Apple is also known to be exploring the monetisation of its AI offerings. While Apple's imminent rollout of its Apple Intelligence AI services will initially be free, there is speculation that more sophisticated features could eventually be bundled into a paid subscription like Apple One.</w:t>
      </w:r>
      <w:r/>
    </w:p>
    <w:p>
      <w:r/>
      <w:r>
        <w:t>Currently, Samsung users can continue to enjoy AI functionalities without additional costs. These capabilities include image editing, live translation, and note summaries, among others. However, frequent users should be prepared for the possibility that some of these features may eventually require a subscription or one-time fee.</w:t>
      </w:r>
      <w:r/>
    </w:p>
    <w:p>
      <w:r/>
      <w:r>
        <w:t>As Samsung continues to develop and introduce new AI-driven features, it will be important to monitor how this potential shift towards paid services might unfold. Further details from Samsung are anticipated as the end-of-2025 timeline approaches.</w:t>
      </w:r>
      <w:r/>
    </w:p>
    <w:p>
      <w:r/>
      <w:r>
        <w:t>For now, Samsung remains silent on the specifics, emphasising only that more AI innovations are on the horizon.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https://www.moneycontrol.com/technology/samsung-may-start-charging-for-galaxy-ai-features-by-2025-article-12833620.html</w:t>
        </w:r>
      </w:hyperlink>
      <w:r>
        <w:t xml:space="preserve"> - Corroborates the footnote in Samsung's press releases indicating that 'Fees may apply to certain AI features at the end of 2025' and mentions the lack of specificity on which features will be paid.</w:t>
      </w:r>
      <w:r/>
    </w:p>
    <w:p>
      <w:pPr>
        <w:pStyle w:val="ListNumber"/>
        <w:spacing w:line="240" w:lineRule="auto"/>
        <w:ind w:left="720"/>
      </w:pPr>
      <w:r/>
      <w:hyperlink r:id="rId11">
        <w:r>
          <w:rPr>
            <w:color w:val="0000EE"/>
            <w:u w:val="single"/>
          </w:rPr>
          <w:t>https://www.gsmarena.com/samsung_may_start_charging_for_galaxy_ai_features_in_2025-news-64730.php</w:t>
        </w:r>
      </w:hyperlink>
      <w:r>
        <w:t xml:space="preserve"> - Supports the information that Samsung previously confirmed Galaxy AI features will be free until the end of 2025 and hints at future charges for certain AI features.</w:t>
      </w:r>
      <w:r/>
    </w:p>
    <w:p>
      <w:pPr>
        <w:pStyle w:val="ListNumber"/>
        <w:spacing w:line="240" w:lineRule="auto"/>
        <w:ind w:left="720"/>
      </w:pPr>
      <w:r/>
      <w:hyperlink r:id="rId12">
        <w:r>
          <w:rPr>
            <w:color w:val="0000EE"/>
            <w:u w:val="single"/>
          </w:rPr>
          <w:t>https://www.techradar.com/computing/artificial-intelligence/samsung-drops-another-hint-that-galaxy-ai-wont-be-free-beyond-2025</w:t>
        </w:r>
      </w:hyperlink>
      <w:r>
        <w:t xml:space="preserve"> - Confirms the presence of a footnote in press releases for new Samsung devices indicating potential fees for AI features starting in 2025 and discusses the computational power and energy required for AI services.</w:t>
      </w:r>
      <w:r/>
    </w:p>
    <w:p>
      <w:pPr>
        <w:pStyle w:val="ListNumber"/>
        <w:spacing w:line="240" w:lineRule="auto"/>
        <w:ind w:left="720"/>
      </w:pPr>
      <w:r/>
      <w:hyperlink r:id="rId13">
        <w:r>
          <w:rPr>
            <w:color w:val="0000EE"/>
            <w:u w:val="single"/>
          </w:rPr>
          <w:t>https://www.sammobile.com/news/samsung-reminds-galaxy-ai-features-could-become-paid-in-2025/</w:t>
        </w:r>
      </w:hyperlink>
      <w:r>
        <w:t xml:space="preserve"> - Provides details on Samsung's repeated reminders about potential fees for Galaxy AI features and the uncertainty around which features will be affected.</w:t>
      </w:r>
      <w:r/>
    </w:p>
    <w:p>
      <w:pPr>
        <w:pStyle w:val="ListNumber"/>
        <w:spacing w:line="240" w:lineRule="auto"/>
        <w:ind w:left="720"/>
      </w:pPr>
      <w:r/>
      <w:hyperlink r:id="rId14">
        <w:r>
          <w:rPr>
            <w:color w:val="0000EE"/>
            <w:u w:val="single"/>
          </w:rPr>
          <w:t>https://sammyguru.com/galaxy-ai-is-free-only-until-2025-samsung-reminds-users-again/</w:t>
        </w:r>
      </w:hyperlink>
      <w:r>
        <w:t xml:space="preserve"> - Reiterates that Galaxy AI features are free only until the end of 2025 and mentions the lack of specificity on which features will incur charges.</w:t>
      </w:r>
      <w:r/>
    </w:p>
    <w:p>
      <w:pPr>
        <w:pStyle w:val="ListNumber"/>
        <w:spacing w:line="240" w:lineRule="auto"/>
        <w:ind w:left="720"/>
      </w:pPr>
      <w:r/>
      <w:hyperlink r:id="rId10">
        <w:r>
          <w:rPr>
            <w:color w:val="0000EE"/>
            <w:u w:val="single"/>
          </w:rPr>
          <w:t>https://www.moneycontrol.com/technology/samsung-may-start-charging-for-galaxy-ai-features-by-2025-article-12833620.html</w:t>
        </w:r>
      </w:hyperlink>
      <w:r>
        <w:t xml:space="preserve"> - Discusses Samsung's consideration of a subscription model for the Health app and the potential for future AI features to require payment.</w:t>
      </w:r>
      <w:r/>
    </w:p>
    <w:p>
      <w:pPr>
        <w:pStyle w:val="ListNumber"/>
        <w:spacing w:line="240" w:lineRule="auto"/>
        <w:ind w:left="720"/>
      </w:pPr>
      <w:r/>
      <w:hyperlink r:id="rId11">
        <w:r>
          <w:rPr>
            <w:color w:val="0000EE"/>
            <w:u w:val="single"/>
          </w:rPr>
          <w:t>https://www.gsmarena.com/samsung_may_start_charging_for_galaxy_ai_features_in_2025-news-64730.php</w:t>
        </w:r>
      </w:hyperlink>
      <w:r>
        <w:t xml:space="preserve"> - Compares Samsung's potential charging for AI features with other services like Google and OpenAI's ChatGPT Plus.</w:t>
      </w:r>
      <w:r/>
    </w:p>
    <w:p>
      <w:pPr>
        <w:pStyle w:val="ListNumber"/>
        <w:spacing w:line="240" w:lineRule="auto"/>
        <w:ind w:left="720"/>
      </w:pPr>
      <w:r/>
      <w:hyperlink r:id="rId12">
        <w:r>
          <w:rPr>
            <w:color w:val="0000EE"/>
            <w:u w:val="single"/>
          </w:rPr>
          <w:t>https://www.techradar.com/computing/artificial-intelligence/samsung-drops-another-hint-that-galaxy-ai-wont-be-free-beyond-2025</w:t>
        </w:r>
      </w:hyperlink>
      <w:r>
        <w:t xml:space="preserve"> - Mentions Apple's plans for monetizing its AI offerings and the possibility of bundling advanced features into a paid subscription like Apple One.</w:t>
      </w:r>
      <w:r/>
    </w:p>
    <w:p>
      <w:pPr>
        <w:pStyle w:val="ListNumber"/>
        <w:spacing w:line="240" w:lineRule="auto"/>
        <w:ind w:left="720"/>
      </w:pPr>
      <w:r/>
      <w:hyperlink r:id="rId13">
        <w:r>
          <w:rPr>
            <w:color w:val="0000EE"/>
            <w:u w:val="single"/>
          </w:rPr>
          <w:t>https://www.sammobile.com/news/samsung-reminds-galaxy-ai-features-could-become-paid-in-2025/</w:t>
        </w:r>
      </w:hyperlink>
      <w:r>
        <w:t xml:space="preserve"> - Highlights that Samsung has used the term 'AI' rather than 'Galaxy AI' in press releases, suggesting potential influence from Google's AI technologies.</w:t>
      </w:r>
      <w:r/>
    </w:p>
    <w:p>
      <w:pPr>
        <w:pStyle w:val="ListNumber"/>
        <w:spacing w:line="240" w:lineRule="auto"/>
        <w:ind w:left="720"/>
      </w:pPr>
      <w:r/>
      <w:hyperlink r:id="rId14">
        <w:r>
          <w:rPr>
            <w:color w:val="0000EE"/>
            <w:u w:val="single"/>
          </w:rPr>
          <w:t>https://sammyguru.com/galaxy-ai-is-free-only-until-2025-samsung-reminds-users-again/</w:t>
        </w:r>
      </w:hyperlink>
      <w:r>
        <w:t xml:space="preserve"> - Notes that Samsung users can currently enjoy AI functionalities without additional costs but should be prepared for potential future charges.</w:t>
      </w:r>
      <w:r/>
    </w:p>
    <w:p>
      <w:pPr>
        <w:pStyle w:val="ListNumber"/>
        <w:spacing w:line="240" w:lineRule="auto"/>
        <w:ind w:left="720"/>
      </w:pPr>
      <w:r/>
      <w:hyperlink r:id="rId12">
        <w:r>
          <w:rPr>
            <w:color w:val="0000EE"/>
            <w:u w:val="single"/>
          </w:rPr>
          <w:t>https://www.techradar.com/computing/artificial-intelligence/samsung-drops-another-hint-that-galaxy-ai-wont-be-free-beyond-2025</w:t>
        </w:r>
      </w:hyperlink>
      <w:r>
        <w:t xml:space="preserve"> - Emphasizes the ongoing development of new AI-driven features by Samsung and the need to monitor the potential shift towards paid services.</w:t>
      </w:r>
      <w:r/>
    </w:p>
    <w:p>
      <w:pPr>
        <w:pStyle w:val="ListNumber"/>
        <w:spacing w:line="240" w:lineRule="auto"/>
        <w:ind w:left="720"/>
      </w:pPr>
      <w:r/>
      <w:hyperlink r:id="rId12">
        <w:r>
          <w:rPr>
            <w:color w:val="0000EE"/>
            <w:u w:val="single"/>
          </w:rPr>
          <w:t>https://www.techradar.com/computing/artificial-intelligence/samsung-drops-another-hint-that-galaxy-ai-wont-be-free-beyond-2025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neycontrol.com/technology/samsung-may-start-charging-for-galaxy-ai-features-by-2025-article-12833620.html" TargetMode="External"/><Relationship Id="rId11" Type="http://schemas.openxmlformats.org/officeDocument/2006/relationships/hyperlink" Target="https://www.gsmarena.com/samsung_may_start_charging_for_galaxy_ai_features_in_2025-news-64730.php" TargetMode="External"/><Relationship Id="rId12" Type="http://schemas.openxmlformats.org/officeDocument/2006/relationships/hyperlink" Target="https://www.techradar.com/computing/artificial-intelligence/samsung-drops-another-hint-that-galaxy-ai-wont-be-free-beyond-2025" TargetMode="External"/><Relationship Id="rId13" Type="http://schemas.openxmlformats.org/officeDocument/2006/relationships/hyperlink" Target="https://www.sammobile.com/news/samsung-reminds-galaxy-ai-features-could-become-paid-in-2025/" TargetMode="External"/><Relationship Id="rId14" Type="http://schemas.openxmlformats.org/officeDocument/2006/relationships/hyperlink" Target="https://sammyguru.com/galaxy-ai-is-free-only-until-2025-samsung-reminds-users-ag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