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Santa Monica startup Rabbit unveils significant update to AI companion R1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Santa Monica Startup Rabbit Unveils Significant Update to AI Companion R1</w:t>
      </w:r>
      <w:r/>
    </w:p>
    <w:p>
      <w:r/>
      <w:r>
        <w:t>Santa Monica, California - In an industry marked by rapid evolution, Santa Monica-based startup Rabbit has made waves with their AI companion, the R1. Launched with great fanfare in January this year at CES, the R1 gained widespread acclaim for its innovative design and potential. The gadget, described as a whimsical pocket-sized assistant, drew the attention of tech enthusiasts globally for its promise to revolutionise internet interactions and assist users in processing visual information.</w:t>
      </w:r>
      <w:r/>
    </w:p>
    <w:p>
      <w:r/>
      <w:r>
        <w:t>Despite its hype, Rabbit encountered significant hurdles following the R1's release. Early reviewers pointed out several shortcomings, including incomplete features, disappointing battery life, and the absence of its most advertised functionality, the Large Action Model (LAM). Priced at $199, the R1 left many users feeling it fell short of its lofty promises. However, the company assured that updates would address these issues, and the LAM feature would be rolled out later in the year.</w:t>
      </w:r>
      <w:r/>
    </w:p>
    <w:p>
      <w:r/>
      <w:r>
        <w:t>Rabbit has indeed stayed true to its word, consistently releasing software updates to improve the R1's performance. The latest of these updates, touted as the most substantial yet, was launched today, unveiling the LAM playground. This new feature allows users to teach their R1 devices to navigate and interact with a broader range of websites and applications, beyond the initial limited scope of Uber, Spotify, and DoorDash.</w:t>
      </w:r>
      <w:r/>
    </w:p>
    <w:p>
      <w:r/>
      <w:r>
        <w:t>The LAM playground serves as a testing ground for users, enabling them to experiment with various digital environments, gather feedback, and fine-tune processes. By extending its capabilities to platforms such as Google, Walmart, and YouTube, Rabbit aims to provide a more versatile and user-friendly experience.</w:t>
      </w:r>
      <w:r/>
    </w:p>
    <w:p>
      <w:r/>
      <w:r>
        <w:t>Rabbit CEO Jesse Lyu demonstrated the capabilities of LAM playground, operating within Rabbit's secure cloud hub, known appropriately as Rabbithole. During the demonstration, Lyu showcased the AI's ability to search and add a six-pack of Diet Coke to an Amazon shopping cart. Although the process took approximately 45 seconds, the potential for a hands-free browsing and shopping experience was evident.</w:t>
      </w:r>
      <w:r/>
    </w:p>
    <w:p>
      <w:r/>
      <w:r>
        <w:t>Lyu also addressed potential challenges, such as encountering CAPTCHA prompts, which the AI struggled with during the demo. He explained that this issue was due to the demo not using Rabbit's IP cluster, but it highlighted an area for further refinement as the AI continues to evolve.</w:t>
      </w:r>
      <w:r/>
    </w:p>
    <w:p>
      <w:r/>
      <w:r>
        <w:t>Looking ahead, Rabbit envisions even more capabilities for the R1, including performing tasks at both desktop and application levels, such as running a separate Linux OS or editing images in Adobe Photoshop. These potential features raise important considerations around security and privacy, given the complex nature of operating system-based AI tools.</w:t>
      </w:r>
      <w:r/>
    </w:p>
    <w:p>
      <w:r/>
      <w:r>
        <w:t>For current R1 users, the LAM playground offers a chance to explore the current extent of their AI companion's abilities. To gain access to this latest update, users need to ensure their R1 is connected to power to download the update automatically.</w:t>
      </w:r>
      <w:r/>
    </w:p>
    <w:p>
      <w:r/>
      <w:r>
        <w:t>As Rabbit continues to refine its technology and address initial teething problems, the LAM playground marks a significant step forward in delivering on the promise of a more interactive and capable AI companion.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https://www.pcmag.com/news/update-your-rabbit-r1-ai-companion-theres-a-jailbreak-flaw</w:t>
        </w:r>
      </w:hyperlink>
      <w:r>
        <w:t xml:space="preserve"> - Addresses the security update for the R1, including the introduction of a 'Factory Reset' option and the reduction of stored log data to enhance user data security.</w:t>
      </w:r>
      <w:r/>
    </w:p>
    <w:p>
      <w:pPr>
        <w:pStyle w:val="ListNumber"/>
        <w:spacing w:line="240" w:lineRule="auto"/>
        <w:ind w:left="720"/>
      </w:pPr>
      <w:r/>
      <w:hyperlink r:id="rId11">
        <w:r>
          <w:rPr>
            <w:color w:val="0000EE"/>
            <w:u w:val="single"/>
          </w:rPr>
          <w:t>https://www.zdnet.com/article/rabbits-first-r1-software-update-fixed-my-biggest-problem-with-the-ai-gadget/</w:t>
        </w:r>
      </w:hyperlink>
      <w:r>
        <w:t xml:space="preserve"> - Details the first software update for the R1, which improved battery life, GPS performance, and other functionalities, aligning with Rabbit's commitment to addressing initial shortcomings.</w:t>
      </w:r>
      <w:r/>
    </w:p>
    <w:p>
      <w:pPr>
        <w:pStyle w:val="ListNumber"/>
        <w:spacing w:line="240" w:lineRule="auto"/>
        <w:ind w:left="720"/>
      </w:pPr>
      <w:r/>
      <w:hyperlink r:id="rId11">
        <w:r>
          <w:rPr>
            <w:color w:val="0000EE"/>
            <w:u w:val="single"/>
          </w:rPr>
          <w:t>https://www.zdnet.com/article/rabbits-first-r1-software-update-fixed-my-biggest-problem-with-the-ai-gadget/</w:t>
        </w:r>
      </w:hyperlink>
      <w:r>
        <w:t xml:space="preserve"> - Provides information on the process of updating the R1 device, including the need for the device to be connected to power and internet for the update.</w:t>
      </w:r>
      <w:r/>
    </w:p>
    <w:p>
      <w:pPr>
        <w:pStyle w:val="ListNumber"/>
        <w:spacing w:line="240" w:lineRule="auto"/>
        <w:ind w:left="720"/>
      </w:pPr>
      <w:r/>
      <w:hyperlink r:id="rId12">
        <w:r>
          <w:rPr>
            <w:color w:val="0000EE"/>
            <w:u w:val="single"/>
          </w:rPr>
          <w:t>https://www.youtube.com/watch?v=eLQtUAh7Q4s</w:t>
        </w:r>
      </w:hyperlink>
      <w:r>
        <w:t xml:space="preserve"> - Discusses the security concerns and updates related to the R1, including the issue of potential jailbreaking and the measures taken by Rabbit to secure user data.</w:t>
      </w:r>
      <w:r/>
    </w:p>
    <w:p>
      <w:pPr>
        <w:pStyle w:val="ListNumber"/>
        <w:spacing w:line="240" w:lineRule="auto"/>
        <w:ind w:left="720"/>
      </w:pPr>
      <w:r/>
      <w:hyperlink r:id="rId13">
        <w:r>
          <w:rPr>
            <w:color w:val="0000EE"/>
            <w:u w:val="single"/>
          </w:rPr>
          <w:t>https://www.prnewswire.com/news-releases/rabbit-r1-the-consumer-ai-native-pocket-companion-expands-availability-across-the-uk-and-european-union-302220787.html</w:t>
        </w:r>
      </w:hyperlink>
      <w:r>
        <w:t xml:space="preserve"> - Mentions the expansion of R1 availability and the introduction of new features such as the 'beta rabbit' feature, which enhances the device's ability to answer complex queries.</w:t>
      </w:r>
      <w:r/>
    </w:p>
    <w:p>
      <w:pPr>
        <w:pStyle w:val="ListNumber"/>
        <w:spacing w:line="240" w:lineRule="auto"/>
        <w:ind w:left="720"/>
      </w:pPr>
      <w:r/>
      <w:hyperlink r:id="rId13">
        <w:r>
          <w:rPr>
            <w:color w:val="0000EE"/>
            <w:u w:val="single"/>
          </w:rPr>
          <w:t>https://www.prnewswire.com/news-releases/rabbit-r1-the-consumer-ai-native-pocket-companion-expands-availability-across-the-uk-and-european-union-302220787.html</w:t>
        </w:r>
      </w:hyperlink>
      <w:r>
        <w:t xml:space="preserve"> - Describes the R1's capabilities, including its use as a pocket AI companion, and its integration with various AI models and services like ChatGPT and Wolfram|Alpha.</w:t>
      </w:r>
      <w:r/>
    </w:p>
    <w:p>
      <w:pPr>
        <w:pStyle w:val="ListNumber"/>
        <w:spacing w:line="240" w:lineRule="auto"/>
        <w:ind w:left="720"/>
      </w:pPr>
      <w:r/>
      <w:hyperlink r:id="rId13">
        <w:r>
          <w:rPr>
            <w:color w:val="0000EE"/>
            <w:u w:val="single"/>
          </w:rPr>
          <w:t>https://www.prnewswire.com/news-releases/rabbit-r1-the-consumer-ai-native-pocket-companion-expands-availability-across-the-uk-and-european-union-302220787.html</w:t>
        </w:r>
      </w:hyperlink>
      <w:r>
        <w:t xml:space="preserve"> - Highlights Rabbit's commitment to security and privacy, including the implementation of a vulnerability disclosure program and regular security audits.</w:t>
      </w:r>
      <w:r/>
    </w:p>
    <w:p>
      <w:pPr>
        <w:pStyle w:val="ListNumber"/>
        <w:spacing w:line="240" w:lineRule="auto"/>
        <w:ind w:left="720"/>
      </w:pPr>
      <w:r/>
      <w:hyperlink r:id="rId11">
        <w:r>
          <w:rPr>
            <w:color w:val="0000EE"/>
            <w:u w:val="single"/>
          </w:rPr>
          <w:t>https://www.zdnet.com/article/rabbits-first-r1-software-update-fixed-my-biggest-problem-with-the-ai-gadget/</w:t>
        </w:r>
      </w:hyperlink>
      <w:r>
        <w:t xml:space="preserve"> - Details the improvements in battery life and other performance issues that were initially criticized, showing how updates have addressed these concerns.</w:t>
      </w:r>
      <w:r/>
    </w:p>
    <w:p>
      <w:pPr>
        <w:pStyle w:val="ListNumber"/>
        <w:spacing w:line="240" w:lineRule="auto"/>
        <w:ind w:left="720"/>
      </w:pPr>
      <w:r/>
      <w:hyperlink r:id="rId10">
        <w:r>
          <w:rPr>
            <w:color w:val="0000EE"/>
            <w:u w:val="single"/>
          </w:rPr>
          <w:t>https://www.pcmag.com/news/update-your-rabbit-r1-ai-companion-theres-a-jailbreak-flaw</w:t>
        </w:r>
      </w:hyperlink>
      <w:r>
        <w:t xml:space="preserve"> - Explains the potential for the R1 to interact with a broader range of applications and websites, aligning with the concept of the LAM playground.</w:t>
      </w:r>
      <w:r/>
    </w:p>
    <w:p>
      <w:pPr>
        <w:pStyle w:val="ListNumber"/>
        <w:spacing w:line="240" w:lineRule="auto"/>
        <w:ind w:left="720"/>
      </w:pPr>
      <w:r/>
      <w:hyperlink r:id="rId13">
        <w:r>
          <w:rPr>
            <w:color w:val="0000EE"/>
            <w:u w:val="single"/>
          </w:rPr>
          <w:t>https://www.prnewswire.com/news-releases/rabbit-r1-the-consumer-ai-native-pocket-companion-expands-availability-across-the-uk-and-european-union-302220787.html</w:t>
        </w:r>
      </w:hyperlink>
      <w:r>
        <w:t xml:space="preserve"> - Mentions the R1's ability to perform various tasks such as deciphering signs, translating conversations, and generating recipe ideas, showcasing its versatility.</w:t>
      </w:r>
      <w:r/>
    </w:p>
    <w:p>
      <w:pPr>
        <w:pStyle w:val="ListNumber"/>
        <w:spacing w:line="240" w:lineRule="auto"/>
        <w:ind w:left="720"/>
      </w:pPr>
      <w:r/>
      <w:hyperlink r:id="rId12">
        <w:r>
          <w:rPr>
            <w:color w:val="0000EE"/>
            <w:u w:val="single"/>
          </w:rPr>
          <w:t>https://www.youtube.com/watch?v=eLQtUAh7Q4s</w:t>
        </w:r>
      </w:hyperlink>
      <w:r>
        <w:t xml:space="preserve"> - Discusses the user experience and feedback on the R1, including its limitations and the need for further refinement in areas like CAPTCHA handling.</w:t>
      </w:r>
      <w:r/>
    </w:p>
    <w:p>
      <w:pPr>
        <w:pStyle w:val="ListNumber"/>
        <w:spacing w:line="240" w:lineRule="auto"/>
        <w:ind w:left="720"/>
      </w:pPr>
      <w:r/>
      <w:hyperlink r:id="rId14">
        <w:r>
          <w:rPr>
            <w:color w:val="0000EE"/>
            <w:u w:val="single"/>
          </w:rPr>
          <w:t>https://www.zdnet.com/article/the-199-rabbit-r1-is-finally-getting-the-ai-feature-that-likely-sold-you-on-it-in-the-first-place/#ftag=RSSbaffb68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mag.com/news/update-your-rabbit-r1-ai-companion-theres-a-jailbreak-flaw" TargetMode="External"/><Relationship Id="rId11" Type="http://schemas.openxmlformats.org/officeDocument/2006/relationships/hyperlink" Target="https://www.zdnet.com/article/rabbits-first-r1-software-update-fixed-my-biggest-problem-with-the-ai-gadget/" TargetMode="External"/><Relationship Id="rId12" Type="http://schemas.openxmlformats.org/officeDocument/2006/relationships/hyperlink" Target="https://www.youtube.com/watch?v=eLQtUAh7Q4s" TargetMode="External"/><Relationship Id="rId13" Type="http://schemas.openxmlformats.org/officeDocument/2006/relationships/hyperlink" Target="https://www.prnewswire.com/news-releases/rabbit-r1-the-consumer-ai-native-pocket-companion-expands-availability-across-the-uk-and-european-union-302220787.html" TargetMode="External"/><Relationship Id="rId14" Type="http://schemas.openxmlformats.org/officeDocument/2006/relationships/hyperlink" Target="https://www.zdnet.com/article/the-199-rabbit-r1-is-finally-getting-the-ai-feature-that-likely-sold-you-on-it-in-the-first-place/#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