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Shigeru Ishiba takes office as Japan’s new Prime Minister, calls for Asian NATO</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Shigeru Ishiba Takes Office as Japan’s New Prime Minister, Calls for Asian NATO</w:t>
      </w:r>
      <w:r/>
    </w:p>
    <w:p>
      <w:r/>
      <w:r>
        <w:rPr>
          <w:b/>
        </w:rPr>
        <w:t>Tokyo, Japan</w:t>
      </w:r>
      <w:r>
        <w:t xml:space="preserve"> — Shigeru Ishiba was officially elected as Japan's new prime minister on Tuesday by the nation's parliament. Ishiba, a former Defence Minister known for his expertise in security policies, replaces Fumio Kishida, who resigned earlier the same day alongside his Cabinet to clear the way for his successor.</w:t>
      </w:r>
      <w:r/>
    </w:p>
    <w:p>
      <w:r/>
      <w:r>
        <w:rPr>
          <w:b/>
        </w:rPr>
        <w:t>Political Journey and Parliamentary Election Announcement</w:t>
      </w:r>
      <w:r/>
    </w:p>
    <w:p>
      <w:r/>
      <w:r>
        <w:t>Shigeru Ishiba's journey to Japan's highest office has been marked by persistence and political acumen. After four unsuccessful attempts to lead the ruling Liberal Democratic Party (LDP) - including a loss to Shinzo Abe in 2012 - Ishiba finally secured his position as party leader last Friday. He was then elected Prime Minister in a parliamentary vote, benefitting from the conservative LDP’s majority.</w:t>
      </w:r>
      <w:r/>
    </w:p>
    <w:p>
      <w:r/>
      <w:r>
        <w:t>In a move reflecting his urgency to gain public validation, Ishiba announced his intention to call a general election on October 27. “I believe it is important to have the new administration get the public’s judgment as soon as possible,” Ishiba stated on Monday. This decision has faced criticism from opposition parties, who argue that the short timeframe limits the opportunity for robust parliamentary scrutiny and public discussion of his policies.</w:t>
      </w:r>
      <w:r/>
    </w:p>
    <w:p>
      <w:r/>
      <w:r>
        <w:rPr>
          <w:b/>
        </w:rPr>
        <w:t>Focus on Security and Economy</w:t>
      </w:r>
      <w:r/>
    </w:p>
    <w:p>
      <w:r/>
      <w:r>
        <w:t>Ishiba has pledged to prioritise national defence, proposing the creation of an Asian NATO as part of a broader strategy to enhance regional security. This proposal aims to build a collective self-defence mechanism involving countries like the United States, Australia, New Zealand, South Korea, and the Philippines, to counter increasing threats from China, North Korea, and Russia. “Japan wants to fulfil our proactive responsibility and start discussions about how to build peace in this region,” Ishiba emphasised on Friday.</w:t>
      </w:r>
      <w:r/>
    </w:p>
    <w:p>
      <w:r/>
      <w:r>
        <w:t>Concurrent with his regional security aims, Ishiba's policy plans include boosting military capacity and reinforcing Japan's security posture. He is committed to bolstering the nation's defence spending to the NATO standard of 2% of GDP by 2027.</w:t>
      </w:r>
      <w:r/>
    </w:p>
    <w:p>
      <w:r/>
      <w:r>
        <w:t>Economically, Ishiba has indicated a departure from the unorthodox monetary easing policies championed by his predecessor, Shinzo Abe. He supports raising the corporate tax to fund his defence budget goals. In terms of economic revitalisation, Ishiba envisions significant domestic investment in the technology sector, specifically in semiconductors and artificial intelligence, while also balancing energy needs with both nuclear power and renewable sources.</w:t>
      </w:r>
      <w:r/>
    </w:p>
    <w:p>
      <w:r/>
      <w:r>
        <w:rPr>
          <w:b/>
        </w:rPr>
        <w:t>Addressing Societal Challenges</w:t>
      </w:r>
      <w:r/>
    </w:p>
    <w:p>
      <w:r/>
      <w:r>
        <w:t>Ishiba’s policy spectrum extends beyond defence and economy. He aims to tackle Japan’s low birth rate by reconsidering the nation’s long working hours and expanding support for parents. To combat rural depopulation, he proposes revitalising regional economies, a vision likely influenced by his upbringing in the rural region of Tottori.</w:t>
      </w:r>
      <w:r/>
    </w:p>
    <w:p>
      <w:r/>
      <w:r>
        <w:t>In line with Japan's vulnerability to natural disasters, Ishiba has proposed establishing a government agency dedicated to disaster prevention and management.</w:t>
      </w:r>
      <w:r/>
    </w:p>
    <w:p>
      <w:r/>
      <w:r>
        <w:rPr>
          <w:b/>
        </w:rPr>
        <w:t>Cabinet Formation and Political Landscape</w:t>
      </w:r>
      <w:r/>
    </w:p>
    <w:p>
      <w:r/>
      <w:r>
        <w:t>Ishiba is expected to reveal his new Cabinet later on Tuesday, with a majority of ministers likely to be unaligned with the factions controlled by former party heavyweights, including the group associated with Shinzo Abe. This selection reflects Ishiba’s intent to distance his administration from past scandals that marred Kishida's government and to build a more unified party ahead of the forthcoming election.</w:t>
      </w:r>
      <w:r/>
    </w:p>
    <w:p>
      <w:r/>
      <w:r>
        <w:t>Outgoing Prime Minister Fumio Kishida, who had announced his resignation in August, left office following a ceremonial send-off. Kishida expressed hopes that the new administration would address key issues facing Japan, including global security challenges, demographic concerns, and economic reforms.</w:t>
      </w:r>
      <w:r/>
    </w:p>
    <w:p>
      <w:r/>
      <w:r>
        <w:rPr>
          <w:b/>
        </w:rPr>
        <w:t>Challenges Ahead</w:t>
      </w:r>
      <w:r/>
    </w:p>
    <w:p>
      <w:r/>
      <w:r>
        <w:t xml:space="preserve">While Ishiba's ascent to the prime ministership marks a new chapter for the LDP, his administration's stability could be tested by the absence of a stable power base and the political factions' dynamics. As Ishiba steps into his role, Japan and the international community will be closely watching how his strategic initiatives unfold, particularly in the areas of national defence, economic revitalisation, and regional stability. </w:t>
      </w:r>
      <w:r/>
    </w:p>
    <w:p>
      <w:r/>
      <w:r>
        <w:t>The coming weeks leading up to the October 27 election will be pivotal as Ishiba seeks to consolidate his position and win the public’s confidence in his leadership.</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https://asia.nikkei.com/Politics/Japan-s-new-PM/Shigeru-Ishiba-chosen-as-Japan-s-new-prime-minister-by-Diet</w:t>
        </w:r>
      </w:hyperlink>
      <w:r>
        <w:t xml:space="preserve"> - Corroborates Shigeru Ishiba's election as Japan's new prime minister and the formation of his cabinet.</w:t>
      </w:r>
      <w:r/>
    </w:p>
    <w:p>
      <w:pPr>
        <w:pStyle w:val="ListNumber"/>
        <w:spacing w:line="240" w:lineRule="auto"/>
        <w:ind w:left="720"/>
      </w:pPr>
      <w:r/>
      <w:hyperlink r:id="rId11">
        <w:r>
          <w:rPr>
            <w:color w:val="0000EE"/>
            <w:u w:val="single"/>
          </w:rPr>
          <w:t>https://www.aljazeera.com/news/2024/10/1/japanese-parliament-confirms-ishiba-as-new-pm</w:t>
        </w:r>
      </w:hyperlink>
      <w:r>
        <w:t xml:space="preserve"> - Supports the confirmation of Ishiba as prime minister by Japan's parliament and his announcement of a snap election on October 27.</w:t>
      </w:r>
      <w:r/>
    </w:p>
    <w:p>
      <w:pPr>
        <w:pStyle w:val="ListNumber"/>
        <w:spacing w:line="240" w:lineRule="auto"/>
        <w:ind w:left="720"/>
      </w:pPr>
      <w:r/>
      <w:hyperlink r:id="rId12">
        <w:r>
          <w:rPr>
            <w:color w:val="0000EE"/>
            <w:u w:val="single"/>
          </w:rPr>
          <w:t>https://english.kyodonews.net/news/2024/10/2b1624de72b7-japan-parliament-to-elect-ldp-chief-ishiba-as-new-prime-minister.html</w:t>
        </w:r>
      </w:hyperlink>
      <w:r>
        <w:t xml:space="preserve"> - Details Ishiba's election, his cabinet appointments, and the upcoming snap election, as well as the challenges he faces.</w:t>
      </w:r>
      <w:r/>
    </w:p>
    <w:p>
      <w:pPr>
        <w:pStyle w:val="ListNumber"/>
        <w:spacing w:line="240" w:lineRule="auto"/>
        <w:ind w:left="720"/>
      </w:pPr>
      <w:r/>
      <w:hyperlink r:id="rId13">
        <w:r>
          <w:rPr>
            <w:color w:val="0000EE"/>
            <w:u w:val="single"/>
          </w:rPr>
          <w:t>https://en.wikipedia.org/wiki/Shigeru_Ishiba</w:t>
        </w:r>
      </w:hyperlink>
      <w:r>
        <w:t xml:space="preserve"> - Provides background on Shigeru Ishiba's political journey, including his previous roles and his election as LDP leader and prime minister.</w:t>
      </w:r>
      <w:r/>
    </w:p>
    <w:p>
      <w:pPr>
        <w:pStyle w:val="ListNumber"/>
        <w:spacing w:line="240" w:lineRule="auto"/>
        <w:ind w:left="720"/>
      </w:pPr>
      <w:r/>
      <w:hyperlink r:id="rId14">
        <w:r>
          <w:rPr>
            <w:color w:val="0000EE"/>
            <w:u w:val="single"/>
          </w:rPr>
          <w:t>https://www.npr.org/2024/10/01/nx-s1-5134532/shigeru-ishiba-becomes-japan-prime-minister</w:t>
        </w:r>
      </w:hyperlink>
      <w:r>
        <w:t xml:space="preserve"> - Corroborates Ishiba's selection as LDP leader, his call for a snap election, and his focus on security and economic policies.</w:t>
      </w:r>
      <w:r/>
    </w:p>
    <w:p>
      <w:pPr>
        <w:pStyle w:val="ListNumber"/>
        <w:spacing w:line="240" w:lineRule="auto"/>
        <w:ind w:left="720"/>
      </w:pPr>
      <w:r/>
      <w:hyperlink r:id="rId11">
        <w:r>
          <w:rPr>
            <w:color w:val="0000EE"/>
            <w:u w:val="single"/>
          </w:rPr>
          <w:t>https://www.aljazeera.com/news/2024/10/1/japanese-parliament-confirms-ishiba-as-new-pm</w:t>
        </w:r>
      </w:hyperlink>
      <w:r>
        <w:t xml:space="preserve"> - Supports the criticism from opposition parties regarding the short timeframe for the snap election and the limited opportunity for parliamentary scrutiny.</w:t>
      </w:r>
      <w:r/>
    </w:p>
    <w:p>
      <w:pPr>
        <w:pStyle w:val="ListNumber"/>
        <w:spacing w:line="240" w:lineRule="auto"/>
        <w:ind w:left="720"/>
      </w:pPr>
      <w:r/>
      <w:hyperlink r:id="rId12">
        <w:r>
          <w:rPr>
            <w:color w:val="0000EE"/>
            <w:u w:val="single"/>
          </w:rPr>
          <w:t>https://english.kyodonews.net/news/2024/10/2b1624de72b7-japan-parliament-to-elect-ldp-chief-ishiba-as-new-prime-minister.html</w:t>
        </w:r>
      </w:hyperlink>
      <w:r>
        <w:t xml:space="preserve"> - Details Ishiba's proposal for an Asian NATO and his plans to bolster Japan's defense spending and security posture.</w:t>
      </w:r>
      <w:r/>
    </w:p>
    <w:p>
      <w:pPr>
        <w:pStyle w:val="ListNumber"/>
        <w:spacing w:line="240" w:lineRule="auto"/>
        <w:ind w:left="720"/>
      </w:pPr>
      <w:r/>
      <w:hyperlink r:id="rId14">
        <w:r>
          <w:rPr>
            <w:color w:val="0000EE"/>
            <w:u w:val="single"/>
          </w:rPr>
          <w:t>https://www.npr.org/2024/10/01/nx-s1-5134532/shigeru-ishiba-becomes-japan-prime-minister</w:t>
        </w:r>
      </w:hyperlink>
      <w:r>
        <w:t xml:space="preserve"> - Corroborates Ishiba's commitment to continuing Kishida's economic policies and addressing issues like declining birth rates and natural disasters.</w:t>
      </w:r>
      <w:r/>
    </w:p>
    <w:p>
      <w:pPr>
        <w:pStyle w:val="ListNumber"/>
        <w:spacing w:line="240" w:lineRule="auto"/>
        <w:ind w:left="720"/>
      </w:pPr>
      <w:r/>
      <w:hyperlink r:id="rId10">
        <w:r>
          <w:rPr>
            <w:color w:val="0000EE"/>
            <w:u w:val="single"/>
          </w:rPr>
          <w:t>https://asia.nikkei.com/Politics/Japan-s-new-PM/Shigeru-Ishiba-chosen-as-Japan-s-new-prime-minister-by-Diet</w:t>
        </w:r>
      </w:hyperlink>
      <w:r>
        <w:t xml:space="preserve"> - Supports the formation of Ishiba's cabinet, including the appointment of ministers not affiliated with major factions, and the intent to distance the administration from past scandals.</w:t>
      </w:r>
      <w:r/>
    </w:p>
    <w:p>
      <w:pPr>
        <w:pStyle w:val="ListNumber"/>
        <w:spacing w:line="240" w:lineRule="auto"/>
        <w:ind w:left="720"/>
      </w:pPr>
      <w:r/>
      <w:hyperlink r:id="rId12">
        <w:r>
          <w:rPr>
            <w:color w:val="0000EE"/>
            <w:u w:val="single"/>
          </w:rPr>
          <w:t>https://english.kyodonews.net/news/2024/10/2b1624de72b7-japan-parliament-to-elect-ldp-chief-ishiba-as-new-prime-minister.html</w:t>
        </w:r>
      </w:hyperlink>
      <w:r>
        <w:t xml:space="preserve"> - Details the challenges ahead for Ishiba's administration, including the absence of a stable power base and the dynamics of political factions.</w:t>
      </w:r>
      <w:r/>
    </w:p>
    <w:p>
      <w:pPr>
        <w:pStyle w:val="ListNumber"/>
        <w:spacing w:line="240" w:lineRule="auto"/>
        <w:ind w:left="720"/>
      </w:pPr>
      <w:r/>
      <w:hyperlink r:id="rId11">
        <w:r>
          <w:rPr>
            <w:color w:val="0000EE"/>
            <w:u w:val="single"/>
          </w:rPr>
          <w:t>https://www.aljazeera.com/news/2024/10/1/japanese-parliament-confirms-ishiba-as-new-pm</w:t>
        </w:r>
      </w:hyperlink>
      <w:r>
        <w:t xml:space="preserve"> - Corroborates outgoing Prime Minister Fumio Kishida's resignation and his hopes for the new administration to address key issues facing Japan.</w:t>
      </w:r>
      <w:r/>
    </w:p>
    <w:p>
      <w:pPr>
        <w:pStyle w:val="ListNumber"/>
        <w:spacing w:line="240" w:lineRule="auto"/>
        <w:ind w:left="720"/>
      </w:pPr>
      <w:r/>
      <w:hyperlink r:id="rId15">
        <w:r>
          <w:rPr>
            <w:color w:val="0000EE"/>
            <w:u w:val="single"/>
          </w:rPr>
          <w:t>https://fortune.com/asia/2024/10/01/shigeru-ishiba-japan-new-prime-minister-policy-platform/</w:t>
        </w:r>
      </w:hyperlink>
      <w:r>
        <w:t xml:space="preserve"> - Please view link - unable to able to access data</w:t>
      </w:r>
      <w:r/>
    </w:p>
    <w:p>
      <w:pPr>
        <w:pStyle w:val="ListNumber"/>
        <w:spacing w:line="240" w:lineRule="auto"/>
        <w:ind w:left="720"/>
      </w:pPr>
      <w:r/>
      <w:hyperlink r:id="rId16">
        <w:r>
          <w:rPr>
            <w:color w:val="0000EE"/>
            <w:u w:val="single"/>
          </w:rPr>
          <w:t>https://www.irishnews.com/news/world/japans-parliament-elects-shigeru-ishiba-as-new-prime-minister-IFCWVJDVDVJTTBGQGHXKLDJI7I/</w:t>
        </w:r>
      </w:hyperlink>
      <w:r>
        <w:t xml:space="preserve"> - Please view link - unable to able to access data</w:t>
      </w:r>
      <w:r/>
    </w:p>
    <w:p>
      <w:pPr>
        <w:pStyle w:val="ListNumber"/>
        <w:spacing w:line="240" w:lineRule="auto"/>
        <w:ind w:left="720"/>
      </w:pPr>
      <w:r/>
      <w:hyperlink r:id="rId17">
        <w:r>
          <w:rPr>
            <w:color w:val="0000EE"/>
            <w:u w:val="single"/>
          </w:rPr>
          <w:t>https://www.cbsnews.com/news/shigeru-ishiba-japan-prime-minister-parliament-fumio-kishida-administration-scandals/</w:t>
        </w:r>
      </w:hyperlink>
      <w:r>
        <w:t xml:space="preserve"> - Please view link - unable to able to access data</w:t>
      </w:r>
      <w:r/>
    </w:p>
    <w:p>
      <w:pPr>
        <w:pStyle w:val="ListNumber"/>
        <w:spacing w:line="240" w:lineRule="auto"/>
        <w:ind w:left="720"/>
      </w:pPr>
      <w:r/>
      <w:hyperlink r:id="rId18">
        <w:r>
          <w:rPr>
            <w:color w:val="0000EE"/>
            <w:u w:val="single"/>
          </w:rPr>
          <w:t>https://m.belfasttelegraph.co.uk/news/world-news/japans-parliament-elects-shigeru-ishiba-as-new-prime-minister/a1002080775.html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sia.nikkei.com/Politics/Japan-s-new-PM/Shigeru-Ishiba-chosen-as-Japan-s-new-prime-minister-by-Diet" TargetMode="External"/><Relationship Id="rId11" Type="http://schemas.openxmlformats.org/officeDocument/2006/relationships/hyperlink" Target="https://www.aljazeera.com/news/2024/10/1/japanese-parliament-confirms-ishiba-as-new-pm" TargetMode="External"/><Relationship Id="rId12" Type="http://schemas.openxmlformats.org/officeDocument/2006/relationships/hyperlink" Target="https://english.kyodonews.net/news/2024/10/2b1624de72b7-japan-parliament-to-elect-ldp-chief-ishiba-as-new-prime-minister.html" TargetMode="External"/><Relationship Id="rId13" Type="http://schemas.openxmlformats.org/officeDocument/2006/relationships/hyperlink" Target="https://en.wikipedia.org/wiki/Shigeru_Ishiba" TargetMode="External"/><Relationship Id="rId14" Type="http://schemas.openxmlformats.org/officeDocument/2006/relationships/hyperlink" Target="https://www.npr.org/2024/10/01/nx-s1-5134532/shigeru-ishiba-becomes-japan-prime-minister" TargetMode="External"/><Relationship Id="rId15" Type="http://schemas.openxmlformats.org/officeDocument/2006/relationships/hyperlink" Target="https://fortune.com/asia/2024/10/01/shigeru-ishiba-japan-new-prime-minister-policy-platform/" TargetMode="External"/><Relationship Id="rId16" Type="http://schemas.openxmlformats.org/officeDocument/2006/relationships/hyperlink" Target="https://www.irishnews.com/news/world/japans-parliament-elects-shigeru-ishiba-as-new-prime-minister-IFCWVJDVDVJTTBGQGHXKLDJI7I/" TargetMode="External"/><Relationship Id="rId17" Type="http://schemas.openxmlformats.org/officeDocument/2006/relationships/hyperlink" Target="https://www.cbsnews.com/news/shigeru-ishiba-japan-prime-minister-parliament-fumio-kishida-administration-scandals/" TargetMode="External"/><Relationship Id="rId18" Type="http://schemas.openxmlformats.org/officeDocument/2006/relationships/hyperlink" Target="https://m.belfasttelegraph.co.uk/news/world-news/japans-parliament-elects-shigeru-ishiba-as-new-prime-minister/a1002080775.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