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Snoop Dogg ventures into AI music video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Snoop Dogg Ventures into AI Music Video Production</w:t>
      </w:r>
      <w:r/>
    </w:p>
    <w:p>
      <w:r/>
      <w:r>
        <w:t>In the ever-evolving landscape of music and technology, Snoop Dogg has made his foray into the realm of AI-generated music videos. The renowned rapper recently released a video for "Love You More," a collaboration with fellow musicians Dave East and WHOISTEVENYOUNG. This track is part of the soundtrack for the forthcoming film "Bosco," inspired by Quawntay Adams' memoir "Chasin' Freedum."</w:t>
      </w:r>
      <w:r/>
    </w:p>
    <w:p>
      <w:r/>
      <w:r>
        <w:t>The video, noted for its AI-generated visual content, marks a shift from the traditional music videos often associated with the Y2K era, which were characterised by flashy cars and bold aesthetics. The new AI video presents a different aesthetic, primarily featuring vivid scenes of near-perfect people rendered with a characteristic "soulless" sheen commonly seen in machine-generated art.</w:t>
      </w:r>
      <w:r/>
    </w:p>
    <w:p>
      <w:r/>
      <w:r>
        <w:t>In "Love You More," viewers can witness an array of visually immersive scenes, comprising images of Snoop Dogg in rather fantastical settings. One notable scene features him riding a chariot through the sky, evoking a surreal, almost mythological undertone. Another scene sees him navigating through city streets akin to a video game, and one sequence places him rapping before the pearly gates of heaven. A brief moment even portrays Snoop in a mock claymation style, a nod to the meticulous and traditional craft of stop-motion animation.</w:t>
      </w:r>
      <w:r/>
    </w:p>
    <w:p>
      <w:r/>
      <w:r>
        <w:t>Although employing AI for creative outputs is becoming increasingly common, the video has sparked discussions about the role of AI in the creative industries. While AI offers vast possibilities and efficiency, there are growing concerns about its implications for human creativity and employment. Many artists worry that AI could replace human creative roles, potentially sidestepping the need for skilled human labour in artistic projects.</w:t>
      </w:r>
      <w:r/>
    </w:p>
    <w:p>
      <w:r/>
      <w:r>
        <w:t>This concern is reflected in some reactions to the video. Some feel that the AI-generated elements, while visually stimulating, lack the authenticity and depth that come from human-created art. The disjointed clips, although intended to complement the song, have been described as mere visual enhancements rather than a cohesive artistic narrative.</w:t>
      </w:r>
      <w:r/>
    </w:p>
    <w:p>
      <w:r/>
      <w:r>
        <w:t>AI in music and video production is undoubtedly expanding the horizons of what’s possible. According to a survey, 90% of creative business leaders believe that AI broadens design possibilities. However, the adaptation and integration of AI into creative fields continue to be met with mixed feelings.</w:t>
      </w:r>
      <w:r/>
    </w:p>
    <w:p>
      <w:r/>
      <w:r>
        <w:t xml:space="preserve">The collaboration for "Love You More" indicates an ongoing experiment within the industry to balance innovative technology with traditional artistic values. Only time will tell whether AI will fully integrate and harmonise with the creative industry or remain a point of contention among artists and creators. </w:t>
      </w:r>
      <w:r/>
    </w:p>
    <w:p>
      <w:r/>
      <w:r>
        <w:t>As "Love You More" continues to gain traction, it serves as an intriguing case study in the evolving dialogue on the intersection of AI and creative expression, highlighting both the potential and challenges of this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https://www.trendhunter.com/trends/love-you-more</w:t>
        </w:r>
      </w:hyperlink>
      <w:r>
        <w:t xml:space="preserve"> - Corroborates the use of AI technology in creating Snoop Dogg's 'Love You More' music video and the collaboration with Dave East and WHOISTEVENYOUNG.</w:t>
      </w:r>
      <w:r/>
    </w:p>
    <w:p>
      <w:pPr>
        <w:pStyle w:val="ListNumber"/>
        <w:spacing w:line="240" w:lineRule="auto"/>
        <w:ind w:left="720"/>
      </w:pPr>
      <w:r/>
      <w:hyperlink r:id="rId11">
        <w:r>
          <w:rPr>
            <w:color w:val="0000EE"/>
            <w:u w:val="single"/>
          </w:rPr>
          <w:t>https://www.youtube.com/watch?v=82TrfSnwK0g</w:t>
        </w:r>
      </w:hyperlink>
      <w:r>
        <w:t xml:space="preserve"> - Provides a visual and descriptive overview of the AI-generated music video produced by The Dor Brothers.</w:t>
      </w:r>
      <w:r/>
    </w:p>
    <w:p>
      <w:pPr>
        <w:pStyle w:val="ListNumber"/>
        <w:spacing w:line="240" w:lineRule="auto"/>
        <w:ind w:left="720"/>
      </w:pPr>
      <w:r/>
      <w:hyperlink r:id="rId12">
        <w:r>
          <w:rPr>
            <w:color w:val="0000EE"/>
            <w:u w:val="single"/>
          </w:rPr>
          <w:t>https://community.designtaxi.com/topic/5461-snoop-doggs-latest-music-video-is-ai-generated-and-took-months-to-create/</w:t>
        </w:r>
      </w:hyperlink>
      <w:r>
        <w:t xml:space="preserve"> - Details the AI tools used and the process involved in creating the music video, including the contributions of various artists and directors.</w:t>
      </w:r>
      <w:r/>
    </w:p>
    <w:p>
      <w:pPr>
        <w:pStyle w:val="ListNumber"/>
        <w:spacing w:line="240" w:lineRule="auto"/>
        <w:ind w:left="720"/>
      </w:pPr>
      <w:r/>
      <w:hyperlink r:id="rId13">
        <w:r>
          <w:rPr>
            <w:color w:val="0000EE"/>
            <w:u w:val="single"/>
          </w:rPr>
          <w:t>https://www.creativebloq.com/entertainment/snoop-dogg-ai-music-video</w:t>
        </w:r>
      </w:hyperlink>
      <w:r>
        <w:t xml:space="preserve"> - Discusses the aesthetic and creative implications of the AI-generated video, including the 'soulless' sheen and the reaction to AI replacing human creativity.</w:t>
      </w:r>
      <w:r/>
    </w:p>
    <w:p>
      <w:pPr>
        <w:pStyle w:val="ListNumber"/>
        <w:spacing w:line="240" w:lineRule="auto"/>
        <w:ind w:left="720"/>
      </w:pPr>
      <w:r/>
      <w:hyperlink r:id="rId14">
        <w:r>
          <w:rPr>
            <w:color w:val="0000EE"/>
            <w:u w:val="single"/>
          </w:rPr>
          <w:t>https://www.yahoo.com/entertainment/heres-problem-snoop-dogg-ai-110000543.html</w:t>
        </w:r>
      </w:hyperlink>
      <w:r>
        <w:t xml:space="preserve"> - Highlights the concerns about AI-generated content lacking authenticity and depth compared to human-created art.</w:t>
      </w:r>
      <w:r/>
    </w:p>
    <w:p>
      <w:pPr>
        <w:pStyle w:val="ListNumber"/>
        <w:spacing w:line="240" w:lineRule="auto"/>
        <w:ind w:left="720"/>
      </w:pPr>
      <w:r/>
      <w:hyperlink r:id="rId10">
        <w:r>
          <w:rPr>
            <w:color w:val="0000EE"/>
            <w:u w:val="single"/>
          </w:rPr>
          <w:t>https://www.trendhunter.com/trends/love-you-more</w:t>
        </w:r>
      </w:hyperlink>
      <w:r>
        <w:t xml:space="preserve"> - Explains the shift from traditional Y2K-era music videos to the new AI-generated aesthetic in 'Love You More'.</w:t>
      </w:r>
      <w:r/>
    </w:p>
    <w:p>
      <w:pPr>
        <w:pStyle w:val="ListNumber"/>
        <w:spacing w:line="240" w:lineRule="auto"/>
        <w:ind w:left="720"/>
      </w:pPr>
      <w:r/>
      <w:hyperlink r:id="rId12">
        <w:r>
          <w:rPr>
            <w:color w:val="0000EE"/>
            <w:u w:val="single"/>
          </w:rPr>
          <w:t>https://community.designtaxi.com/topic/5461-snoop-doggs-latest-music-video-is-ai-generated-and-took-months-to-create/</w:t>
        </w:r>
      </w:hyperlink>
      <w:r>
        <w:t xml:space="preserve"> - Describes the fantastical scenes in the video, such as Snoop Dogg riding a chariot through the sky and navigating city streets.</w:t>
      </w:r>
      <w:r/>
    </w:p>
    <w:p>
      <w:pPr>
        <w:pStyle w:val="ListNumber"/>
        <w:spacing w:line="240" w:lineRule="auto"/>
        <w:ind w:left="720"/>
      </w:pPr>
      <w:r/>
      <w:hyperlink r:id="rId13">
        <w:r>
          <w:rPr>
            <w:color w:val="0000EE"/>
            <w:u w:val="single"/>
          </w:rPr>
          <w:t>https://www.creativebloq.com/entertainment/snoop-dogg-ai-music-video</w:t>
        </w:r>
      </w:hyperlink>
      <w:r>
        <w:t xml:space="preserve"> - Mentions the brief moment where Snoop is portrayed in a mock claymation style, nodding to traditional stop-motion animation.</w:t>
      </w:r>
      <w:r/>
    </w:p>
    <w:p>
      <w:pPr>
        <w:pStyle w:val="ListNumber"/>
        <w:spacing w:line="240" w:lineRule="auto"/>
        <w:ind w:left="720"/>
      </w:pPr>
      <w:r/>
      <w:hyperlink r:id="rId10">
        <w:r>
          <w:rPr>
            <w:color w:val="0000EE"/>
            <w:u w:val="single"/>
          </w:rPr>
          <w:t>https://www.trendhunter.com/trends/love-you-more</w:t>
        </w:r>
      </w:hyperlink>
      <w:r>
        <w:t xml:space="preserve"> - Addresses the growing concerns about AI's impact on human creativity and employment in the creative industries.</w:t>
      </w:r>
      <w:r/>
    </w:p>
    <w:p>
      <w:pPr>
        <w:pStyle w:val="ListNumber"/>
        <w:spacing w:line="240" w:lineRule="auto"/>
        <w:ind w:left="720"/>
      </w:pPr>
      <w:r/>
      <w:hyperlink r:id="rId12">
        <w:r>
          <w:rPr>
            <w:color w:val="0000EE"/>
            <w:u w:val="single"/>
          </w:rPr>
          <w:t>https://community.designtaxi.com/topic/5461-snoop-doggs-latest-music-video-is-ai-generated-and-took-months-to-create/</w:t>
        </w:r>
      </w:hyperlink>
      <w:r>
        <w:t xml:space="preserve"> - Discusses the mixed feelings among artists and creators about the integration of AI into creative fields.</w:t>
      </w:r>
      <w:r/>
    </w:p>
    <w:p>
      <w:pPr>
        <w:pStyle w:val="ListNumber"/>
        <w:spacing w:line="240" w:lineRule="auto"/>
        <w:ind w:left="720"/>
      </w:pPr>
      <w:r/>
      <w:hyperlink r:id="rId13">
        <w:r>
          <w:rPr>
            <w:color w:val="0000EE"/>
            <w:u w:val="single"/>
          </w:rPr>
          <w:t>https://www.creativebloq.com/entertainment/snoop-dogg-ai-music-video</w:t>
        </w:r>
      </w:hyperlink>
      <w:r>
        <w:t xml:space="preserve"> - Cites the survey indicating that 90% of creative business leaders believe AI broadens design possibilities.</w:t>
      </w:r>
      <w:r/>
    </w:p>
    <w:p>
      <w:pPr>
        <w:pStyle w:val="ListNumber"/>
        <w:spacing w:line="240" w:lineRule="auto"/>
        <w:ind w:left="720"/>
      </w:pPr>
      <w:r/>
      <w:hyperlink r:id="rId13">
        <w:r>
          <w:rPr>
            <w:color w:val="0000EE"/>
            <w:u w:val="single"/>
          </w:rPr>
          <w:t>https://www.creativebloq.com/entertainment/snoop-dogg-ai-music-video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endhunter.com/trends/love-you-more" TargetMode="External"/><Relationship Id="rId11" Type="http://schemas.openxmlformats.org/officeDocument/2006/relationships/hyperlink" Target="https://www.youtube.com/watch?v=82TrfSnwK0g" TargetMode="External"/><Relationship Id="rId12" Type="http://schemas.openxmlformats.org/officeDocument/2006/relationships/hyperlink" Target="https://community.designtaxi.com/topic/5461-snoop-doggs-latest-music-video-is-ai-generated-and-took-months-to-create/" TargetMode="External"/><Relationship Id="rId13" Type="http://schemas.openxmlformats.org/officeDocument/2006/relationships/hyperlink" Target="https://www.creativebloq.com/entertainment/snoop-dogg-ai-music-video" TargetMode="External"/><Relationship Id="rId14" Type="http://schemas.openxmlformats.org/officeDocument/2006/relationships/hyperlink" Target="https://www.yahoo.com/entertainment/heres-problem-snoop-dogg-ai-11000054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