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Sony integrates AI to enhance game development, faces industry-wide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Sony Integrates AI to Enhance Game Development, Faces Industry-Wide Challenges</w:t>
      </w:r>
      <w:r/>
    </w:p>
    <w:p>
      <w:r/>
      <w:r>
        <w:t>Sony has unveiled ambitious plans to integrate artificial intelligence (AI) and machine learning into its game development processes, according to the company's 2024 Company Report. This initiative aims to streamline and augment various aspects of game creation, enhancing efficiency and expanding their market reach.</w:t>
      </w:r>
      <w:r/>
    </w:p>
    <w:p>
      <w:r/>
      <w:r>
        <w:t>One significant application of this technology was demonstrated in the recent release of Marvel's Spider-Man 2. Sony employed machine learning algorithms to expedite the subtitling process for several languages, utilising voice-recognition software to automatically synchronise subtitles with corresponding voice lines. This advancement enabled Spider-Man 2 to launch with text support in 27 languages, 12 of which also featured fully dubbed audio, markedly reducing production time and costs.</w:t>
      </w:r>
      <w:r/>
    </w:p>
    <w:p>
      <w:r/>
      <w:r>
        <w:t>The report elaborates that these technological advancements are part of Sony's broader strategy to "deliver our IP rapidly and at low cost to a broader range of fans." The report segment highlights the role of AI and machine learning, along with real-time 3D processing and advanced sensing and capturing technologies, in enhancing the efficiency of development processes.</w:t>
      </w:r>
      <w:r/>
    </w:p>
    <w:p>
      <w:r/>
      <w:r>
        <w:t>Sony is not alone in this technological shift. Fellow industry giants such as Electronic Arts (EA), Microsoft, and Amazon Games have also embraced AI. EA revealed its use of AI in developing College Football 25 to automatically generate player models for the game. On the other hand, Microsoft and Amazon Games have similarly committed resources to integrating AI into their production lines. Notably, Nintendo has been one of the few major players to express reservations regarding the use of AI in their game development processes.</w:t>
      </w:r>
      <w:r/>
    </w:p>
    <w:p>
      <w:r/>
      <w:r>
        <w:t>However, the increasing reliance on AI has sparked concerns about its impact on the human workforce within the industry. The integration of these technologies comes amidst a backdrop of widespread layoffs affecting developers and support staff. The tension is further exacerbated by the ongoing strike of video-game voice actors and motion capture performers, represented by the union SAG-AFTRA. A central issue in their negotiations is the potential encroachment of AI and its implications for their job security.</w:t>
      </w:r>
      <w:r/>
    </w:p>
    <w:p>
      <w:r/>
      <w:r>
        <w:t>As Sony and other industry leaders forge ahead with AI-driven innovations, the landscape of game development continues to evolve, presenting both opportunities and challenges for stakeholders across the board.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https://www.gamepressure.com/newsroom/new-sony-report-reveals-playstation-using-ai-and-machine-learning/z27335</w:t>
        </w:r>
      </w:hyperlink>
      <w:r>
        <w:t xml:space="preserve"> - Corroborates Sony's use of AI and machine learning to accelerate game development and reduce costs, including the example of Marvel's Spider-Man 2.</w:t>
      </w:r>
      <w:r/>
    </w:p>
    <w:p>
      <w:pPr>
        <w:pStyle w:val="ListNumber"/>
        <w:spacing w:line="240" w:lineRule="auto"/>
        <w:ind w:left="720"/>
      </w:pPr>
      <w:r/>
      <w:hyperlink r:id="rId11">
        <w:r>
          <w:rPr>
            <w:color w:val="0000EE"/>
            <w:u w:val="single"/>
          </w:rPr>
          <w:t>https://ai.sony/articles/Sony-AI-Wins-2024-AI-Breakthrough-Award-for-Innovative-Use-of-AI-in-Gaming/</w:t>
        </w:r>
      </w:hyperlink>
      <w:r>
        <w:t xml:space="preserve"> - Details Sony AI's innovative use of reinforcement learning in the development of Gran Turismo Sophy (GT Sophy) 2.0, highlighting AI integration in gaming.</w:t>
      </w:r>
      <w:r/>
    </w:p>
    <w:p>
      <w:pPr>
        <w:pStyle w:val="ListNumber"/>
        <w:spacing w:line="240" w:lineRule="auto"/>
        <w:ind w:left="720"/>
      </w:pPr>
      <w:r/>
      <w:hyperlink r:id="rId12">
        <w:r>
          <w:rPr>
            <w:color w:val="0000EE"/>
            <w:u w:val="single"/>
          </w:rPr>
          <w:t>https://www.pymnts.com/artificial-intelligence-2/2024/gaming-firms-use-ai-development-tools-as-nintendo-bucks-the-trend/</w:t>
        </w:r>
      </w:hyperlink>
      <w:r>
        <w:t xml:space="preserve"> - Discusses Sony's use of AI and machine learning to speed up game development, reduce costs, and contrasts with Nintendo's stance on AI.</w:t>
      </w:r>
      <w:r/>
    </w:p>
    <w:p>
      <w:pPr>
        <w:pStyle w:val="ListNumber"/>
        <w:spacing w:line="240" w:lineRule="auto"/>
        <w:ind w:left="720"/>
      </w:pPr>
      <w:r/>
      <w:hyperlink r:id="rId13">
        <w:r>
          <w:rPr>
            <w:color w:val="0000EE"/>
            <w:u w:val="single"/>
          </w:rPr>
          <w:t>https://insider-gaming.com/playstation-ai-and-machine-learning/</w:t>
        </w:r>
      </w:hyperlink>
      <w:r>
        <w:t xml:space="preserve"> - Provides details from Sony's Corporate Report on using AI and machine learning to speed up game development, including the example of Marvel's Spider-Man 2.</w:t>
      </w:r>
      <w:r/>
    </w:p>
    <w:p>
      <w:pPr>
        <w:pStyle w:val="ListNumber"/>
        <w:spacing w:line="240" w:lineRule="auto"/>
        <w:ind w:left="720"/>
      </w:pPr>
      <w:r/>
      <w:hyperlink r:id="rId14">
        <w:r>
          <w:rPr>
            <w:color w:val="0000EE"/>
            <w:u w:val="single"/>
          </w:rPr>
          <w:t>https://www.gamespot.com/articles/playstations-plan-to-use-ai-to-speed-up-development-started-with-spider-man-2/1100-6526809/</w:t>
        </w:r>
      </w:hyperlink>
      <w:r>
        <w:t xml:space="preserve"> - Explains Sony's use of machine learning in Marvel's Spider-Man 2 for subtitling and its broader plan to use AI in game development.</w:t>
      </w:r>
      <w:r/>
    </w:p>
    <w:p>
      <w:pPr>
        <w:pStyle w:val="ListNumber"/>
        <w:spacing w:line="240" w:lineRule="auto"/>
        <w:ind w:left="720"/>
      </w:pPr>
      <w:r/>
      <w:hyperlink r:id="rId10">
        <w:r>
          <w:rPr>
            <w:color w:val="0000EE"/>
            <w:u w:val="single"/>
          </w:rPr>
          <w:t>https://www.gamepressure.com/newsroom/new-sony-report-reveals-playstation-using-ai-and-machine-learning/z27335</w:t>
        </w:r>
      </w:hyperlink>
      <w:r>
        <w:t xml:space="preserve"> - Mentions Sony's construction of a Volumetric Capture Studio and the reuse of 3D elements across different projects.</w:t>
      </w:r>
      <w:r/>
    </w:p>
    <w:p>
      <w:pPr>
        <w:pStyle w:val="ListNumber"/>
        <w:spacing w:line="240" w:lineRule="auto"/>
        <w:ind w:left="720"/>
      </w:pPr>
      <w:r/>
      <w:hyperlink r:id="rId13">
        <w:r>
          <w:rPr>
            <w:color w:val="0000EE"/>
            <w:u w:val="single"/>
          </w:rPr>
          <w:t>https://insider-gaming.com/playstation-ai-and-machine-learning/</w:t>
        </w:r>
      </w:hyperlink>
      <w:r>
        <w:t xml:space="preserve"> - Details the collaboration with Epic Games on real-time 3D processing and the use of Unreal Engine for game CG generation.</w:t>
      </w:r>
      <w:r/>
    </w:p>
    <w:p>
      <w:pPr>
        <w:pStyle w:val="ListNumber"/>
        <w:spacing w:line="240" w:lineRule="auto"/>
        <w:ind w:left="720"/>
      </w:pPr>
      <w:r/>
      <w:hyperlink r:id="rId12">
        <w:r>
          <w:rPr>
            <w:color w:val="0000EE"/>
            <w:u w:val="single"/>
          </w:rPr>
          <w:t>https://www.pymnts.com/artificial-intelligence-2/2024/gaming-firms-use-ai-development-tools-as-nintendo-bucks-the-trend/</w:t>
        </w:r>
      </w:hyperlink>
      <w:r>
        <w:t xml:space="preserve"> - Highlights industry-wide adoption of AI by companies like EA, Microsoft, and Amazon Games, and Nintendo's decision not to use AI.</w:t>
      </w:r>
      <w:r/>
    </w:p>
    <w:p>
      <w:pPr>
        <w:pStyle w:val="ListNumber"/>
        <w:spacing w:line="240" w:lineRule="auto"/>
        <w:ind w:left="720"/>
      </w:pPr>
      <w:r/>
      <w:hyperlink r:id="rId14">
        <w:r>
          <w:rPr>
            <w:color w:val="0000EE"/>
            <w:u w:val="single"/>
          </w:rPr>
          <w:t>https://www.gamespot.com/articles/playstations-plan-to-use-ai-to-speed-up-development-started-with-spider-man-2/1100-6526809/</w:t>
        </w:r>
      </w:hyperlink>
      <w:r>
        <w:t xml:space="preserve"> - Mentions EA's use of AI in developing College Football 25 to generate player models and the broader industry trend of AI adoption.</w:t>
      </w:r>
      <w:r/>
    </w:p>
    <w:p>
      <w:pPr>
        <w:pStyle w:val="ListNumber"/>
        <w:spacing w:line="240" w:lineRule="auto"/>
        <w:ind w:left="720"/>
      </w:pPr>
      <w:r/>
      <w:hyperlink r:id="rId12">
        <w:r>
          <w:rPr>
            <w:color w:val="0000EE"/>
            <w:u w:val="single"/>
          </w:rPr>
          <w:t>https://www.pymnts.com/artificial-intelligence-2/2024/gaming-firms-use-ai-development-tools-as-nintendo-bucks-the-trend/</w:t>
        </w:r>
      </w:hyperlink>
      <w:r>
        <w:t xml:space="preserve"> - Discusses the concerns about AI's impact on the human workforce, including layoffs and the strike by video-game voice actors and motion capture performers.</w:t>
      </w:r>
      <w:r/>
    </w:p>
    <w:p>
      <w:pPr>
        <w:pStyle w:val="ListNumber"/>
        <w:spacing w:line="240" w:lineRule="auto"/>
        <w:ind w:left="720"/>
      </w:pPr>
      <w:r/>
      <w:hyperlink r:id="rId13">
        <w:r>
          <w:rPr>
            <w:color w:val="0000EE"/>
            <w:u w:val="single"/>
          </w:rPr>
          <w:t>https://insider-gaming.com/playstation-ai-and-machine-learning/</w:t>
        </w:r>
      </w:hyperlink>
      <w:r>
        <w:t xml:space="preserve"> - Addresses the ongoing industry discussions about AI's impact on creativity, employment, and the changing nature of game creation.</w:t>
      </w:r>
      <w:r/>
    </w:p>
    <w:p>
      <w:pPr>
        <w:pStyle w:val="ListNumber"/>
        <w:spacing w:line="240" w:lineRule="auto"/>
        <w:ind w:left="720"/>
      </w:pPr>
      <w:r/>
      <w:hyperlink r:id="rId15">
        <w:r>
          <w:rPr>
            <w:color w:val="0000EE"/>
            <w:u w:val="single"/>
          </w:rPr>
          <w:t>https://www.gamespot.com/articles/playstations-plan-to-use-ai-to-speed-up-development-started-with-spider-man-2/1100-6526809/?ftag=CAD-01-10abi2f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mepressure.com/newsroom/new-sony-report-reveals-playstation-using-ai-and-machine-learning/z27335" TargetMode="External"/><Relationship Id="rId11" Type="http://schemas.openxmlformats.org/officeDocument/2006/relationships/hyperlink" Target="https://ai.sony/articles/Sony-AI-Wins-2024-AI-Breakthrough-Award-for-Innovative-Use-of-AI-in-Gaming/" TargetMode="External"/><Relationship Id="rId12" Type="http://schemas.openxmlformats.org/officeDocument/2006/relationships/hyperlink" Target="https://www.pymnts.com/artificial-intelligence-2/2024/gaming-firms-use-ai-development-tools-as-nintendo-bucks-the-trend/" TargetMode="External"/><Relationship Id="rId13" Type="http://schemas.openxmlformats.org/officeDocument/2006/relationships/hyperlink" Target="https://insider-gaming.com/playstation-ai-and-machine-learning/" TargetMode="External"/><Relationship Id="rId14" Type="http://schemas.openxmlformats.org/officeDocument/2006/relationships/hyperlink" Target="https://www.gamespot.com/articles/playstations-plan-to-use-ai-to-speed-up-development-started-with-spider-man-2/1100-6526809/" TargetMode="External"/><Relationship Id="rId15" Type="http://schemas.openxmlformats.org/officeDocument/2006/relationships/hyperlink" Target="https://www.gamespot.com/articles/playstations-plan-to-use-ai-to-speed-up-development-started-with-spider-man-2/1100-6526809/?ftag=CAD-01-10abi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