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Heading1"/>
      </w:pPr>
      <w:r>
        <w:t>Susquehanna Township star Lex Cyrus sets turf alight with blazing speed</w:t>
      </w:r>
      <w:r/>
    </w:p>
    <w:p>
      <w:r/>
      <w:r/>
    </w:p>
    <w:p>
      <w:r>
        <w:drawing>
          <wp:inline xmlns:a="http://schemas.openxmlformats.org/drawingml/2006/main" xmlns:pic="http://schemas.openxmlformats.org/drawingml/2006/picture">
            <wp:extent cx="5080000" cy="2902857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0000" cy="290285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/>
      <w:r>
        <w:rPr>
          <w:b/>
        </w:rPr>
        <w:t>Susquehanna Township Star Lex Cyrus Sets Turf Alight with Blazing Speed</w:t>
      </w:r>
      <w:r/>
    </w:p>
    <w:p>
      <w:r/>
      <w:r>
        <w:t xml:space="preserve">In the thrilling realm of Mid-Penn football, one name consistently reverberates through the stands: Lex Cyrus. The Susquehanna Township standout, renowned for his blistering speed, has once again showcased why he is a force to be reckoned with on the field. </w:t>
      </w:r>
      <w:r/>
    </w:p>
    <w:p>
      <w:r/>
      <w:r>
        <w:t>Cyrus, a committed player for the upcoming season at the University of South Carolina, has been a significant playmaker since his freshman year. His athletic prowess was further cemented when he clinched a state title in the 100-meter dash during his sophomore year. His exceptional speed, clocked at sub-4.4 seconds in the 40-yard dash, is so swift that it recently challenged the capabilities of artificial intelligence and camera technology during a game.</w:t>
      </w:r>
      <w:r/>
    </w:p>
    <w:p>
      <w:r/>
      <w:r>
        <w:t>Last Friday, Cyrus blitzed through the opposition to secure a game-winning touchdown, capturing seven receptions for 100 yards. His remarkable sprint, which temporarily outpaced the camera, highlighted a pivotal moment in the match. Although some might argue that the boundary location of the screen pass played a role in the footage miss, attributing it to Cyrus's sheer velocity adds to the excitement surrounding his performance.</w:t>
      </w:r>
      <w:r/>
    </w:p>
    <w:p>
      <w:r/>
      <w:r>
        <w:t>As the season progresses, Cyrus continues to dazzle with his on-field antics. Accumulating 31 catches for 529 yards and six touchdowns so far, he has been instrumental in propelling Susquehanna Township to an impressive 5-1 record. His outstanding contributions have fans and analysts eagerly awaiting his next exploits as he prepares to take his talents to Columbia, South Carolina, next fall.</w:t>
      </w:r>
      <w:r/>
    </w:p>
    <w:p>
      <w:r/>
      <w:r>
        <w:t>Lex Cyrus's journey underscores the thrilling intersections of high school athletics and emerging technology, as his remarkable speed leaves both competitors and equipment struggling to keep pace.</w:t>
      </w:r>
      <w:r/>
    </w:p>
    <w:p>
      <w:r/>
      <w:r>
        <w:t xml:space="preserve">Source: </w:t>
      </w:r>
      <w:hyperlink r:id="rId9">
        <w:r>
          <w:rPr>
            <w:color w:val="0000EE"/>
            <w:u w:val="single"/>
          </w:rPr>
          <w:t>Noah Wire Services</w:t>
        </w:r>
      </w:hyperlink>
      <w:r/>
    </w:p>
    <w:p>
      <w:pPr>
        <w:pStyle w:val="Heading2"/>
      </w:pPr>
      <w:r>
        <w:t>Bibliography</w:t>
      </w:r>
      <w:r/>
      <w:r/>
    </w:p>
    <w:p>
      <w:pPr>
        <w:pStyle w:val="ListNumber"/>
        <w:numPr>
          <w:ilvl w:val="0"/>
          <w:numId w:val="14"/>
        </w:numPr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https://247sports.com/player/lex-cyrus-46129670/</w:t>
        </w:r>
      </w:hyperlink>
      <w:r>
        <w:t xml:space="preserve"> - Corroborates Lex Cyrus's athletic profile, including his role as a wide receiver and his impressive track and field achievements.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https://www.maxpreps.com/pa/harrisburg/susquehanna-township-hanna/athletes/lex-cyrus/?careerid=veka98eifum99</w:t>
        </w:r>
      </w:hyperlink>
      <w:r>
        <w:t xml:space="preserve"> - Provides details on Lex Cyrus's high school sports career at Susquehanna Township High School.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https://sports.yahoo.com/recruit-roundup-future-gamecock-receiver-155128419.html</w:t>
        </w:r>
      </w:hyperlink>
      <w:r>
        <w:t xml:space="preserve"> - Supports Cyrus's recent performance statistics, including his catches, yards, and touchdowns in a specific game.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https://twitter.com/lexcyrus8?lang=en</w:t>
        </w:r>
      </w:hyperlink>
      <w:r>
        <w:t xml:space="preserve"> - Confirms Lex Cyrus's commitment to the University of South Carolina and his achievements in track and field.</w:t>
      </w:r>
      <w:r/>
    </w:p>
    <w:p>
      <w:pPr>
        <w:pStyle w:val="ListNumber"/>
        <w:spacing w:line="240" w:lineRule="auto"/>
        <w:ind w:left="720"/>
      </w:pPr>
      <w:r/>
      <w:hyperlink r:id="rId14">
        <w:r>
          <w:rPr>
            <w:color w:val="0000EE"/>
            <w:u w:val="single"/>
          </w:rPr>
          <w:t>https://www.hudl.com/profile/11603595</w:t>
        </w:r>
      </w:hyperlink>
      <w:r>
        <w:t xml:space="preserve"> - Provides video highlights and additional information about Lex Cyrus's football and track career at Susquehanna Township High School.</w:t>
      </w:r>
      <w:r/>
    </w:p>
    <w:p>
      <w:pPr>
        <w:pStyle w:val="ListNumber"/>
        <w:spacing w:line="240" w:lineRule="auto"/>
        <w:ind w:left="720"/>
      </w:pPr>
      <w:r/>
      <w:hyperlink r:id="rId10">
        <w:r>
          <w:rPr>
            <w:color w:val="0000EE"/>
            <w:u w:val="single"/>
          </w:rPr>
          <w:t>https://247sports.com/player/lex-cyrus-46129670/</w:t>
        </w:r>
      </w:hyperlink>
      <w:r>
        <w:t xml:space="preserve"> - Mentions Cyrus's breakout junior campaign and his continued impressive performance in his senior year.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https://sports.yahoo.com/recruit-roundup-future-gamecock-receiver-155128419.html</w:t>
        </w:r>
      </w:hyperlink>
      <w:r>
        <w:t xml:space="preserve"> - Details Cyrus's performance in a recent game, including the number of receptions and yards gained.</w:t>
      </w:r>
      <w:r/>
    </w:p>
    <w:p>
      <w:pPr>
        <w:pStyle w:val="ListNumber"/>
        <w:spacing w:line="240" w:lineRule="auto"/>
        <w:ind w:left="720"/>
      </w:pPr>
      <w:r/>
      <w:hyperlink r:id="rId13">
        <w:r>
          <w:rPr>
            <w:color w:val="0000EE"/>
            <w:u w:val="single"/>
          </w:rPr>
          <w:t>https://twitter.com/lexcyrus8?lang=en</w:t>
        </w:r>
      </w:hyperlink>
      <w:r>
        <w:t xml:space="preserve"> - Confirms Cyrus's state title in the 100-meter dash and his speed in the 40-yard dash.</w:t>
      </w:r>
      <w:r/>
    </w:p>
    <w:p>
      <w:pPr>
        <w:pStyle w:val="ListNumber"/>
        <w:spacing w:line="240" w:lineRule="auto"/>
        <w:ind w:left="720"/>
      </w:pPr>
      <w:r/>
      <w:hyperlink r:id="rId11">
        <w:r>
          <w:rPr>
            <w:color w:val="0000EE"/>
            <w:u w:val="single"/>
          </w:rPr>
          <w:t>https://www.maxpreps.com/pa/harrisburg/susquehanna-township-hanna/athletes/lex-cyrus/?careerid=veka98eifum99</w:t>
        </w:r>
      </w:hyperlink>
      <w:r>
        <w:t xml:space="preserve"> - Provides an overview of Cyrus's high school football career and his contributions to the team's record.</w:t>
      </w:r>
      <w:r/>
    </w:p>
    <w:p>
      <w:pPr>
        <w:pStyle w:val="ListNumber"/>
        <w:spacing w:line="240" w:lineRule="auto"/>
        <w:ind w:left="720"/>
      </w:pPr>
      <w:r/>
      <w:hyperlink r:id="rId12">
        <w:r>
          <w:rPr>
            <w:color w:val="0000EE"/>
            <w:u w:val="single"/>
          </w:rPr>
          <w:t>https://sports.yahoo.com/recruit-roundup-future-gamecock-receiver-155128419.html</w:t>
        </w:r>
      </w:hyperlink>
      <w:r>
        <w:t xml:space="preserve"> - Supports the team's current record and Cyrus's role in achieving it.</w:t>
      </w:r>
      <w:r/>
    </w:p>
    <w:p>
      <w:pPr>
        <w:pStyle w:val="ListNumber"/>
        <w:spacing w:line="240" w:lineRule="auto"/>
        <w:ind w:left="720"/>
      </w:pPr>
      <w:r/>
      <w:hyperlink r:id="rId15">
        <w:r>
          <w:rPr>
            <w:color w:val="0000EE"/>
            <w:u w:val="single"/>
          </w:rPr>
          <w:t>https://www.pennlive.com/highschoolsports/football/2024/09/south-carolina-commit-susquehanna-township-star-lex-cyrus-too-fast-for-ai.html</w:t>
        </w:r>
      </w:hyperlink>
      <w:r>
        <w:t xml:space="preserve"> - Please view link - unable to able to access data</w:t>
      </w:r>
      <w:r/>
    </w:p>
    <w:sectPr w:rsidR="008F16EB" w:rsidRPr="008F16EB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altName w:val="Courier New"/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79911088"/>
    <w:multiLevelType w:val="hybridMultilevel"/>
    <w:tmpl w:val="B89254AA"/>
    <w:lvl w:ilvl="0" w:tplc="5ED0EE4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3565639">
    <w:abstractNumId w:val="8"/>
  </w:num>
  <w:num w:numId="2" w16cid:durableId="1689715716">
    <w:abstractNumId w:val="6"/>
  </w:num>
  <w:num w:numId="3" w16cid:durableId="1422219261">
    <w:abstractNumId w:val="5"/>
  </w:num>
  <w:num w:numId="4" w16cid:durableId="1639651746">
    <w:abstractNumId w:val="4"/>
  </w:num>
  <w:num w:numId="5" w16cid:durableId="268244051">
    <w:abstractNumId w:val="7"/>
  </w:num>
  <w:num w:numId="6" w16cid:durableId="527262389">
    <w:abstractNumId w:val="3"/>
  </w:num>
  <w:num w:numId="7" w16cid:durableId="2116093898">
    <w:abstractNumId w:val="2"/>
  </w:num>
  <w:num w:numId="8" w16cid:durableId="1487162739">
    <w:abstractNumId w:val="1"/>
  </w:num>
  <w:num w:numId="9" w16cid:durableId="1639265226">
    <w:abstractNumId w:val="0"/>
  </w:num>
  <w:num w:numId="10" w16cid:durableId="495808350">
    <w:abstractNumId w:val="7"/>
    <w:lvlOverride w:ilvl="0">
      <w:startOverride w:val="1"/>
    </w:lvlOverride>
  </w:num>
  <w:num w:numId="11" w16cid:durableId="1894850684">
    <w:abstractNumId w:val="9"/>
  </w:num>
  <w:num w:numId="12" w16cid:durableId="1467312115">
    <w:abstractNumId w:val="9"/>
  </w:num>
  <w:num w:numId="13" w16cid:durableId="1615862868">
    <w:abstractNumId w:val="9"/>
  </w:num>
  <w:num w:numId="14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attachedTemplate r:id="rId1"/>
  <w:defaultTabStop w:val="720"/>
  <w:defaultTableStyle w:val="Noah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E31"/>
    <w:rsid w:val="00034616"/>
    <w:rsid w:val="0006063C"/>
    <w:rsid w:val="0015074B"/>
    <w:rsid w:val="0029639D"/>
    <w:rsid w:val="00326F90"/>
    <w:rsid w:val="00327C26"/>
    <w:rsid w:val="006072D1"/>
    <w:rsid w:val="00641096"/>
    <w:rsid w:val="00733E31"/>
    <w:rsid w:val="00782A44"/>
    <w:rsid w:val="007D0B83"/>
    <w:rsid w:val="008F16EB"/>
    <w:rsid w:val="00920A5B"/>
    <w:rsid w:val="00AA1D8D"/>
    <w:rsid w:val="00B47730"/>
    <w:rsid w:val="00CB0664"/>
    <w:rsid w:val="00F369D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B5D908"/>
  <w14:defaultImageDpi w14:val="300"/>
  <w15:docId w15:val="{AFAB448B-A191-DB46-889A-C1A710B4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eorgia" w:hAnsi="Georgia" w:cs="Georgia"/>
        <w:sz w:val="22"/>
        <w:szCs w:val="22"/>
        <w:lang w:val="en-US" w:eastAsia="en-US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1096"/>
  </w:style>
  <w:style w:type="paragraph" w:styleId="Heading1">
    <w:name w:val="heading 1"/>
    <w:basedOn w:val="Normal"/>
    <w:next w:val="Normal"/>
    <w:link w:val="Heading1Char"/>
    <w:uiPriority w:val="9"/>
    <w:qFormat/>
    <w:rsid w:val="00641096"/>
    <w:pPr>
      <w:keepNext/>
      <w:keepLines/>
      <w:spacing w:before="240" w:after="160" w:line="240" w:lineRule="auto"/>
      <w:outlineLvl w:val="0"/>
    </w:pPr>
    <w:rPr>
      <w:rFonts w:ascii="Georgia" w:hAnsi="Georgia" w:cs="Georgia"/>
      <w:b/>
      <w:bCs/>
      <w:color w:val="1C1917"/>
      <w:sz w:val="52"/>
      <w:szCs w:val="52"/>
      <w:w w:val="9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41096"/>
    <w:pPr>
      <w:keepNext/>
      <w:keepLines/>
      <w:spacing w:before="400" w:after="120"/>
      <w:outlineLvl w:val="1"/>
    </w:pPr>
    <w:rPr>
      <w:rFonts w:ascii="Georgia" w:hAnsi="Georgia" w:cs="Georgia"/>
      <w:b/>
      <w:bCs/>
      <w:color w:val="1C1917"/>
      <w:sz w:val="36"/>
      <w:szCs w:val="36"/>
      <w:w w:val="9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41096"/>
    <w:pPr>
      <w:keepNext/>
      <w:keepLines/>
      <w:spacing w:before="320" w:after="80"/>
      <w:outlineLvl w:val="2"/>
    </w:pPr>
    <w:rPr>
      <w:rFonts w:ascii="Georgia" w:hAnsi="Georgia" w:cs="Georgia"/>
      <w:b/>
      <w:bCs/>
      <w:color w:val="374151"/>
      <w:sz w:val="28"/>
      <w:szCs w:val="28"/>
      <w:w w:val="9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109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109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109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109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109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109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link w:val="NoSpacingChar"/>
    <w:uiPriority w:val="1"/>
    <w:qFormat/>
    <w:rsid w:val="00641096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641096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1096"/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641096"/>
    <w:pPr>
      <w:pBdr>
        <w:bottom w:val="single" w:sz="8" w:space="4" w:color="156082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41096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1096"/>
    <w:pPr>
      <w:numPr>
        <w:ilvl w:val="1"/>
      </w:numPr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641096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641096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641096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641096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1096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1096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1096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1096"/>
    <w:rPr>
      <w:rFonts w:asciiTheme="majorHAnsi" w:eastAsiaTheme="majorEastAsia" w:hAnsiTheme="majorHAnsi" w:cstheme="majorBidi"/>
      <w:color w:val="156082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109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41096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641096"/>
    <w:rPr>
      <w:b/>
      <w:bCs/>
    </w:rPr>
  </w:style>
  <w:style w:type="character" w:styleId="Emphasis">
    <w:name w:val="Emphasis"/>
    <w:basedOn w:val="DefaultParagraphFont"/>
    <w:uiPriority w:val="20"/>
    <w:qFormat/>
    <w:rsid w:val="00641096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1096"/>
    <w:pPr>
      <w:pBdr>
        <w:bottom w:val="single" w:sz="4" w:space="4" w:color="156082" w:themeColor="accent1"/>
      </w:pBdr>
      <w:spacing w:before="200" w:after="280"/>
      <w:ind w:left="936" w:right="936"/>
    </w:pPr>
    <w:rPr>
      <w:b/>
      <w:bCs/>
      <w:i/>
      <w:iCs/>
      <w:color w:val="15608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1096"/>
    <w:rPr>
      <w:b/>
      <w:bCs/>
      <w:i/>
      <w:iCs/>
      <w:color w:val="156082" w:themeColor="accent1"/>
    </w:rPr>
  </w:style>
  <w:style w:type="character" w:styleId="SubtleEmphasis">
    <w:name w:val="Subtle Emphasis"/>
    <w:basedOn w:val="DefaultParagraphFont"/>
    <w:uiPriority w:val="19"/>
    <w:qFormat/>
    <w:rsid w:val="00641096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641096"/>
    <w:rPr>
      <w:b/>
      <w:bCs/>
      <w:i/>
      <w:iCs/>
      <w:color w:val="156082" w:themeColor="accent1"/>
    </w:rPr>
  </w:style>
  <w:style w:type="character" w:styleId="SubtleReference">
    <w:name w:val="Subtle Reference"/>
    <w:basedOn w:val="DefaultParagraphFont"/>
    <w:uiPriority w:val="31"/>
    <w:qFormat/>
    <w:rsid w:val="00641096"/>
    <w:rPr>
      <w:smallCaps/>
      <w:color w:val="E97132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641096"/>
    <w:rPr>
      <w:b/>
      <w:bCs/>
      <w:smallCaps/>
      <w:color w:val="E97132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641096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41096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character" w:customStyle="1" w:styleId="NoSpacingChar">
    <w:name w:val="No Spacing Char"/>
    <w:basedOn w:val="DefaultParagraphFont"/>
    <w:link w:val="NoSpacing"/>
    <w:uiPriority w:val="1"/>
    <w:rsid w:val="00641096"/>
  </w:style>
  <w:style w:type="paragraph" w:customStyle="1" w:styleId="PersonalName">
    <w:name w:val="Personal Name"/>
    <w:basedOn w:val="Title"/>
    <w:rsid w:val="00641096"/>
    <w:rPr>
      <w:b/>
      <w:caps/>
      <w:color w:val="000000"/>
      <w:sz w:val="28"/>
      <w:szCs w:val="28"/>
    </w:rPr>
  </w:style>
  <w:style w:type="table" w:styleId="GridTable7ColourfulAccent6">
    <w:name w:val="Grid Table 7 Colorful Accent 6"/>
    <w:basedOn w:val="TableNormal"/>
    <w:uiPriority w:val="52"/>
    <w:rsid w:val="008F16EB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GridTable1Light">
    <w:name w:val="Grid Table 1 Light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6Colourful">
    <w:name w:val="List Table 6 Colorful"/>
    <w:basedOn w:val="TableNormal"/>
    <w:uiPriority w:val="51"/>
    <w:rsid w:val="008F16EB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99"/>
    <w:rsid w:val="008F16EB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Noah">
    <w:name w:val="Noah"/>
    <w:basedOn w:val="TableNormal"/>
    <w:uiPriority w:val="99"/>
    <w:rsid w:val="008F1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color w:val="auto"/>
      </w:rPr>
      <w:tblPr/>
      <w:tcPr>
        <w:shd w:val="clear" w:color="auto" w:fill="E8E8E8" w:themeFill="background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Relationship Id="rId9" Type="http://schemas.openxmlformats.org/officeDocument/2006/relationships/hyperlink" Target="https://www.noahwire.com" TargetMode="External"/><Relationship Id="rId10" Type="http://schemas.openxmlformats.org/officeDocument/2006/relationships/hyperlink" Target="https://247sports.com/player/lex-cyrus-46129670/" TargetMode="External"/><Relationship Id="rId11" Type="http://schemas.openxmlformats.org/officeDocument/2006/relationships/hyperlink" Target="https://www.maxpreps.com/pa/harrisburg/susquehanna-township-hanna/athletes/lex-cyrus/?careerid=veka98eifum99" TargetMode="External"/><Relationship Id="rId12" Type="http://schemas.openxmlformats.org/officeDocument/2006/relationships/hyperlink" Target="https://sports.yahoo.com/recruit-roundup-future-gamecock-receiver-155128419.html" TargetMode="External"/><Relationship Id="rId13" Type="http://schemas.openxmlformats.org/officeDocument/2006/relationships/hyperlink" Target="https://twitter.com/lexcyrus8?lang=en" TargetMode="External"/><Relationship Id="rId14" Type="http://schemas.openxmlformats.org/officeDocument/2006/relationships/hyperlink" Target="https://www.hudl.com/profile/11603595" TargetMode="External"/><Relationship Id="rId15" Type="http://schemas.openxmlformats.org/officeDocument/2006/relationships/hyperlink" Target="https://www.pennlive.com/highschoolsports/football/2024/09/south-carolina-commit-susquehanna-township-star-lex-cyrus-too-fast-for-ai.html" TargetMode="External"/></Relationships>
</file>

<file path=word/_rels/settings.xml.rels><?xml version='1.0' encoding='UTF-8' standalone='yes'?>
<Relationships xmlns="http://schemas.openxmlformats.org/package/2006/relationships"><Relationship Id="rId1" Type="http://schemas.openxmlformats.org/officeDocument/2006/relationships/attachedTemplate" Target="http://schemas.openxmlformats.org/officeDocument/2006/relationships/officeDocument" TargetMode="External"/></Relationships>
</file>

<file path=word/theme/theme1.xml><?xml version="1.0" encoding="utf-8"?>
<a:theme xmlns:a="http://schemas.openxmlformats.org/drawingml/2006/main" name="Crop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Crop">
      <a:majorFont>
        <a:latin typeface="Franklin Gothic Book" panose="020B0503020102020204"/>
        <a:ea typeface=""/>
        <a:cs typeface=""/>
      </a:majorFont>
      <a:minorFont>
        <a:latin typeface="Franklin Gothic Book" panose="020B0503020102020204"/>
        <a:ea typeface=""/>
        <a:cs typeface=""/>
      </a:minorFont>
    </a:fontScheme>
    <a:fmtScheme name="Crop">
      <a:fillStyleLst>
        <a:solidFill>
          <a:schemeClr val="phClr"/>
        </a:solidFill>
        <a:gradFill rotWithShape="1">
          <a:gsLst>
            <a:gs pos="0">
              <a:schemeClr val="phClr">
                <a:tint val="67000"/>
                <a:satMod val="105000"/>
                <a:lumMod val="110000"/>
              </a:schemeClr>
            </a:gs>
            <a:gs pos="50000">
              <a:schemeClr val="phClr">
                <a:tint val="73000"/>
                <a:satMod val="103000"/>
                <a:lumMod val="105000"/>
              </a:schemeClr>
            </a:gs>
            <a:gs pos="100000">
              <a:schemeClr val="phClr">
                <a:tint val="81000"/>
                <a:satMod val="109000"/>
                <a:lumMod val="105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4000"/>
                <a:satMod val="103000"/>
                <a:lumMod val="102000"/>
              </a:schemeClr>
            </a:gs>
            <a:gs pos="50000">
              <a:schemeClr val="phClr">
                <a:shade val="100000"/>
                <a:satMod val="110000"/>
                <a:lumMod val="100000"/>
              </a:schemeClr>
            </a:gs>
            <a:gs pos="100000">
              <a:schemeClr val="phClr">
                <a:shade val="78000"/>
                <a:satMod val="120000"/>
                <a:lumMod val="99000"/>
              </a:schemeClr>
            </a:gs>
          </a:gsLst>
          <a:lin ang="5400000" scaled="0"/>
        </a:gradFill>
      </a:fillStyleLst>
      <a:lnStyleLst>
        <a:ln w="6350" cap="flat" cmpd="sng" algn="in">
          <a:solidFill>
            <a:schemeClr val="phClr"/>
          </a:solidFill>
          <a:prstDash val="solid"/>
        </a:ln>
        <a:ln w="34925" cap="flat" cmpd="sng" algn="in">
          <a:solidFill>
            <a:schemeClr val="phClr"/>
          </a:solidFill>
          <a:prstDash val="solid"/>
        </a:ln>
        <a:ln w="19050" cap="flat" cmpd="sng" algn="in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hade val="98000"/>
                <a:satMod val="150000"/>
                <a:lumMod val="102000"/>
              </a:schemeClr>
            </a:gs>
            <a:gs pos="50000">
              <a:schemeClr val="phClr">
                <a:tint val="98000"/>
                <a:shade val="90000"/>
                <a:satMod val="13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rop" id="{EC9488ED-E761-4D60-9AC4-764D1FE2C171}" vid="{CE19780C-D67D-4C13-9DE9-A52BC3BA51B4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template.dotx</Template>
  <TotalTime>1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Soares</dc:creator>
  <cp:keywords/>
  <dc:description>generated by python-docx</dc:description>
  <cp:lastModifiedBy>Joao Soares</cp:lastModifiedBy>
  <cp:revision>2</cp:revision>
  <dcterms:created xsi:type="dcterms:W3CDTF">2025-04-30T15:43:00Z</dcterms:created>
  <dcterms:modified xsi:type="dcterms:W3CDTF">2025-04-30T15:43:00Z</dcterms:modified>
  <cp:category/>
</cp:coreProperties>
</file>