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Tad.ai: Revolutionising music creation with AI-driven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Tad.ai: Revolutionising Music Creation with AI-Driven Innovation</w:t>
      </w:r>
      <w:r/>
    </w:p>
    <w:p>
      <w:r/>
      <w:r>
        <w:t>In the contemporary digital realm, the integration of technology into music production has profoundly transformed how creators approach composing. Tad.ai has emerged as a notable AI music generator, simplifying the song creation process and catering to both experienced musicians and casual creators. This comprehensive review explores Tad.ai’s features, benefits, and user experience, showcasing its capacity to facilitate music creation in today's competitive market.</w:t>
      </w:r>
      <w:r/>
    </w:p>
    <w:p>
      <w:r/>
      <w:r>
        <w:rPr>
          <w:b/>
        </w:rPr>
        <w:t>Understanding Tad.ai</w:t>
      </w:r>
      <w:r/>
    </w:p>
    <w:p>
      <w:r/>
      <w:r>
        <w:t>Tad.ai is an online platform employing advanced algorithms and machine learning to assist users in composing original music effortlessly. By analysing user inputs like song titles and lyrics, Tad.ai generates unique musical compositions. This tool targets a varied audience, including professional musicians, content creators, and hobbyists keen on exploring their musical creativity.</w:t>
      </w:r>
      <w:r/>
    </w:p>
    <w:p>
      <w:r/>
      <w:r>
        <w:rPr>
          <w:b/>
        </w:rPr>
        <w:t>Key Features of Tad.ai</w:t>
      </w:r>
      <w:r/>
    </w:p>
    <w:p>
      <w:r/>
      <w:r>
        <w:rPr>
          <w:b/>
        </w:rPr>
        <w:t>1. User-Friendly Interface</w:t>
      </w:r>
      <w:r/>
    </w:p>
    <w:p>
      <w:r/>
      <w:r>
        <w:t>Tad.ai’s intuitive interface makes it accessible to users without a steep learning curve. Clear prompts guide users through the music creation process upon entering the platform.</w:t>
      </w:r>
      <w:r/>
    </w:p>
    <w:p>
      <w:r/>
      <w:r>
        <w:rPr>
          <w:b/>
        </w:rPr>
        <w:t>2. Wide Genre Selection</w:t>
      </w:r>
      <w:r/>
    </w:p>
    <w:p>
      <w:r/>
      <w:r>
        <w:t>One of Tad.ai’s unique strengths is its extensive genre library. Users can choose from various styles, such as pop, rock, jazz, and electronic, aligning their creations with their artistic vision.</w:t>
      </w:r>
      <w:r/>
    </w:p>
    <w:p>
      <w:r/>
      <w:r>
        <w:rPr>
          <w:b/>
        </w:rPr>
        <w:t>3. Mood Customisation</w:t>
      </w:r>
      <w:r/>
    </w:p>
    <w:p>
      <w:r/>
      <w:r>
        <w:t>Beyond genre, Tad.ai allows users to set the mood of their music. Whether seeking an upbeat, somber, or relaxing vibe, the AI adjusts its compositions to reflect the desired emotional tone.</w:t>
      </w:r>
      <w:r/>
    </w:p>
    <w:p>
      <w:r/>
      <w:r>
        <w:rPr>
          <w:b/>
        </w:rPr>
        <w:t>4. AI Lyric Generation</w:t>
      </w:r>
      <w:r/>
    </w:p>
    <w:p>
      <w:r/>
      <w:r>
        <w:t>Tad.ai can also generate original lyrics with a click, providing inspiration and ideas, and saving considerable time for users who may struggle with lyric writing.</w:t>
      </w:r>
      <w:r/>
    </w:p>
    <w:p>
      <w:r/>
      <w:r>
        <w:rPr>
          <w:b/>
        </w:rPr>
        <w:t>5. Royalty-Free Music</w:t>
      </w:r>
      <w:r/>
    </w:p>
    <w:p>
      <w:r/>
      <w:r>
        <w:t>All music produced via Tad.ai is royalty-free, enabling users to use their tracks for personal and commercial projects without copyright concerns – a particularly attractive feature for content creators.</w:t>
      </w:r>
      <w:r/>
    </w:p>
    <w:p>
      <w:r/>
      <w:r>
        <w:rPr>
          <w:b/>
        </w:rPr>
        <w:t>How to Use Tad.ai</w:t>
      </w:r>
      <w:r/>
    </w:p>
    <w:p>
      <w:r/>
      <w:r>
        <w:rPr>
          <w:b/>
        </w:rPr>
        <w:t>1. Input Song Title and Lyrics</w:t>
      </w:r>
      <w:r/>
    </w:p>
    <w:p>
      <w:r/>
      <w:r>
        <w:t>Users start by inputting the song title and any specific lyrics. They can either write their own lyrics or let the AI generate them, offering flexibility, especially for those less confident in lyric writing.</w:t>
      </w:r>
      <w:r/>
    </w:p>
    <w:p>
      <w:r/>
      <w:r>
        <w:rPr>
          <w:b/>
        </w:rPr>
        <w:t>2. Select Genre and Mood</w:t>
      </w:r>
      <w:r/>
    </w:p>
    <w:p>
      <w:r/>
      <w:r>
        <w:t>Next, users select the desired genre and mood of their composition. This step, while optional, tailors the final product to meet the user's creative vision. The platform’s diverse options encourage experimentation with different styles.</w:t>
      </w:r>
      <w:r/>
    </w:p>
    <w:p>
      <w:r/>
      <w:r>
        <w:rPr>
          <w:b/>
        </w:rPr>
        <w:t>3. Generate the Song</w:t>
      </w:r>
      <w:r/>
    </w:p>
    <w:p>
      <w:r/>
      <w:r>
        <w:t>After providing all inputs, users hit the “Create” button. Tad.ai processes the information and generates a unique piece of music within seconds, facilitating the production of multiple songs in a short time.</w:t>
      </w:r>
      <w:r/>
    </w:p>
    <w:p>
      <w:r/>
      <w:r>
        <w:rPr>
          <w:b/>
        </w:rPr>
        <w:t>4. Download and Utilise Music</w:t>
      </w:r>
      <w:r/>
    </w:p>
    <w:p>
      <w:r/>
      <w:r>
        <w:t>Once the song is generated, users can listen to their creation. If satisfied, they can download the track for their intended use, whether for personal enjoyment or professional projects.</w:t>
      </w:r>
      <w:r/>
    </w:p>
    <w:p>
      <w:r/>
      <w:r>
        <w:rPr>
          <w:b/>
        </w:rPr>
        <w:t>Benefits of Using Tad.ai</w:t>
      </w:r>
      <w:r/>
    </w:p>
    <w:p>
      <w:r/>
      <w:r>
        <w:rPr>
          <w:b/>
        </w:rPr>
        <w:t>1. Accessibility for All Skill Levels</w:t>
      </w:r>
      <w:r/>
    </w:p>
    <w:p>
      <w:r/>
      <w:r>
        <w:t>Tad.ai makes music creation accessible to individuals regardless of their musical expertise. Musicians can derive ideas and foundations for new songs, while those with limited background can compose original pieces without extensive training.</w:t>
      </w:r>
      <w:r/>
    </w:p>
    <w:p>
      <w:r/>
      <w:r>
        <w:rPr>
          <w:b/>
        </w:rPr>
        <w:t>2. Time-Efficiency</w:t>
      </w:r>
      <w:r/>
    </w:p>
    <w:p>
      <w:r/>
      <w:r>
        <w:t>Tad.ai significantly reduces the time needed to compose music. Users can generate high-quality music in minutes, allowing them to focus on other aspects of their projects and boost overall productivity.</w:t>
      </w:r>
      <w:r/>
    </w:p>
    <w:p>
      <w:r/>
      <w:r>
        <w:rPr>
          <w:b/>
        </w:rPr>
        <w:t>3. Creative Exploration</w:t>
      </w:r>
      <w:r/>
    </w:p>
    <w:p>
      <w:r/>
      <w:r>
        <w:t>Tad.ai serves as an inspiration tool, helping users explore new musical ideas and genres they might not have considered. By generating songs based on user parameters, the platform encourages creativity and experimentation.</w:t>
      </w:r>
      <w:r/>
    </w:p>
    <w:p>
      <w:r/>
      <w:r>
        <w:rPr>
          <w:b/>
        </w:rPr>
        <w:t>4. Cost-Effective Solution</w:t>
      </w:r>
      <w:r/>
    </w:p>
    <w:p>
      <w:r/>
      <w:r>
        <w:t>Tad.ai offers a free version, providing a cost-effective option for individuals and businesses to create original music. For users requiring additional features or commercial use rights, affordable subscription plans are available, accommodating various budgets.</w:t>
      </w:r>
      <w:r/>
    </w:p>
    <w:p>
      <w:r/>
      <w:r>
        <w:rPr>
          <w:b/>
        </w:rPr>
        <w:t>Target Audience for Tad.ai</w:t>
      </w:r>
      <w:r/>
    </w:p>
    <w:p>
      <w:r/>
      <w:r>
        <w:rPr>
          <w:b/>
        </w:rPr>
        <w:t>1. Musicians and Composers</w:t>
      </w:r>
      <w:r/>
    </w:p>
    <w:p>
      <w:r/>
      <w:r>
        <w:t>Musicians can streamline their songwriting process with Tad.ai, focusing on refining their sound and expanding their repertoire using the platform's foundational compositions.</w:t>
      </w:r>
      <w:r/>
    </w:p>
    <w:p>
      <w:r/>
      <w:r>
        <w:rPr>
          <w:b/>
        </w:rPr>
        <w:t>2. Content Creators</w:t>
      </w:r>
      <w:r/>
    </w:p>
    <w:p>
      <w:r/>
      <w:r>
        <w:t>Content creators on platforms like YouTube and TikTok benefit from Tad.ai’s royalty-free music, enhancing their videos with custom soundtracks that engage their audience more effectively.</w:t>
      </w:r>
      <w:r/>
    </w:p>
    <w:p>
      <w:r/>
      <w:r>
        <w:rPr>
          <w:b/>
        </w:rPr>
        <w:t>3. Businesses</w:t>
      </w:r>
      <w:r/>
    </w:p>
    <w:p>
      <w:r/>
      <w:r>
        <w:t>Businesses seeking original music for advertisements, promotional materials, or background scores can use Tad.ai to produce professional-quality music aligning with their branding and messaging.</w:t>
      </w:r>
      <w:r/>
    </w:p>
    <w:p>
      <w:r/>
      <w:r>
        <w:rPr>
          <w:b/>
        </w:rPr>
        <w:t>4. Hobbyists and Casual Users</w:t>
      </w:r>
      <w:r/>
    </w:p>
    <w:p>
      <w:r/>
      <w:r>
        <w:t>For hobbyists exploring their creativity, Tad.ai offers an accessible and enjoyable way to experiment with music composition, catering to all skill levels.</w:t>
      </w:r>
      <w:r/>
    </w:p>
    <w:p>
      <w:r/>
      <w:r>
        <w:rPr>
          <w:b/>
        </w:rPr>
        <w:t>Limitations of Tad.ai</w:t>
      </w:r>
      <w:r/>
    </w:p>
    <w:p>
      <w:r/>
      <w:r>
        <w:t>While Tad.ai offers numerous advantages, some limitations include:</w:t>
      </w:r>
      <w:r/>
    </w:p>
    <w:p>
      <w:r/>
      <w:r>
        <w:rPr>
          <w:b/>
        </w:rPr>
        <w:t>1. Dependence on User Input</w:t>
      </w:r>
      <w:r/>
    </w:p>
    <w:p>
      <w:r/>
      <w:r>
        <w:t>The quality of the generated music is largely contingent on user-provided information. Inadequate inputs may result in unsatisfactory outputs.</w:t>
      </w:r>
      <w:r/>
    </w:p>
    <w:p>
      <w:r/>
      <w:r>
        <w:rPr>
          <w:b/>
        </w:rPr>
        <w:t>2. Limited Customisation</w:t>
      </w:r>
      <w:r/>
    </w:p>
    <w:p>
      <w:r/>
      <w:r>
        <w:t>Although Tad.ai allows for genre and mood selection, it may lack depth in customisation, potentially falling short for users seeking highly specific musical elements.</w:t>
      </w:r>
      <w:r/>
    </w:p>
    <w:p>
      <w:r/>
      <w:r>
        <w:rPr>
          <w:b/>
        </w:rPr>
        <w:t>3. Potential for Generic Outputs</w:t>
      </w:r>
      <w:r/>
    </w:p>
    <w:p>
      <w:r/>
      <w:r>
        <w:t>As with many AI-generated outputs, some compositions might sound similar or lack uniqueness. Users should be aware of the potential for generic-sounding tracks.</w:t>
      </w:r>
      <w:r/>
    </w:p>
    <w:p>
      <w:r/>
      <w:r>
        <w:rPr>
          <w:b/>
        </w:rPr>
        <w:t>Conclusion</w:t>
      </w:r>
      <w:r/>
    </w:p>
    <w:p>
      <w:r/>
      <w:r>
        <w:t>Tad.ai emerges as a significant player in AI music generation, simplifying song composing with features like a user-friendly interface, diverse genre and mood options, and original lyric generation. Despite its limitations, Tad.ai’s accessibility, efficiency, and creativity enhancement make it a valuable tool for musicians, content creators, businesses, and hobbyists alike. As the music industry continues to evolve, tools like Tad.ai are shaping the future of music creation, making it more accessible and engaging for all.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https://allhiphop.com/uncategorized/10-best-ai-music-generators-elevate-your-music-creation-process/</w:t>
        </w:r>
      </w:hyperlink>
      <w:r>
        <w:t xml:space="preserve"> - Corroborates Tad.ai's features, including its user-friendly interface, wide genre selection, mood customization, and royalty-free music.</w:t>
      </w:r>
      <w:r/>
    </w:p>
    <w:p>
      <w:pPr>
        <w:pStyle w:val="ListNumber"/>
        <w:spacing w:line="240" w:lineRule="auto"/>
        <w:ind w:left="720"/>
      </w:pPr>
      <w:r/>
      <w:hyperlink r:id="rId11">
        <w:r>
          <w:rPr>
            <w:color w:val="0000EE"/>
            <w:u w:val="single"/>
          </w:rPr>
          <w:t>https://cocofax.com/blog/tad-ai-an-advanced-ai-music-generator-to-transform-music-creation/</w:t>
        </w:r>
      </w:hyperlink>
      <w:r>
        <w:t xml:space="preserve"> - Details how Tad.ai works using machine learning algorithms, its ability to generate music based on text prompts, and its royalty-free tracks.</w:t>
      </w:r>
      <w:r/>
    </w:p>
    <w:p>
      <w:pPr>
        <w:pStyle w:val="ListNumber"/>
        <w:spacing w:line="240" w:lineRule="auto"/>
        <w:ind w:left="720"/>
      </w:pPr>
      <w:r/>
      <w:hyperlink r:id="rId12">
        <w:r>
          <w:rPr>
            <w:color w:val="0000EE"/>
            <w:u w:val="single"/>
          </w:rPr>
          <w:t>https://www.thehansindia.com/tech/tadai-the-ultimate-ai-music-generator-for-effortless-song-creation-910039</w:t>
        </w:r>
      </w:hyperlink>
      <w:r>
        <w:t xml:space="preserve"> - Explains the process of using Tad.ai, including inputting song titles and lyrics, selecting genres and moods, and generating royalty-free music.</w:t>
      </w:r>
      <w:r/>
    </w:p>
    <w:p>
      <w:pPr>
        <w:pStyle w:val="ListNumber"/>
        <w:spacing w:line="240" w:lineRule="auto"/>
        <w:ind w:left="720"/>
      </w:pPr>
      <w:r/>
      <w:hyperlink r:id="rId10">
        <w:r>
          <w:rPr>
            <w:color w:val="0000EE"/>
            <w:u w:val="single"/>
          </w:rPr>
          <w:t>https://allhiphop.com/uncategorized/10-best-ai-music-generators-elevate-your-music-creation-process/</w:t>
        </w:r>
      </w:hyperlink>
      <w:r>
        <w:t xml:space="preserve"> - Highlights Tad.ai's accessibility for all skill levels, its time-efficiency, and its role in creative exploration and cost-effective music creation.</w:t>
      </w:r>
      <w:r/>
    </w:p>
    <w:p>
      <w:pPr>
        <w:pStyle w:val="ListNumber"/>
        <w:spacing w:line="240" w:lineRule="auto"/>
        <w:ind w:left="720"/>
      </w:pPr>
      <w:r/>
      <w:hyperlink r:id="rId11">
        <w:r>
          <w:rPr>
            <w:color w:val="0000EE"/>
            <w:u w:val="single"/>
          </w:rPr>
          <w:t>https://cocofax.com/blog/tad-ai-an-advanced-ai-music-generator-to-transform-music-creation/</w:t>
        </w:r>
      </w:hyperlink>
      <w:r>
        <w:t xml:space="preserve"> - Discusses the benefits of Tad.ai for musicians, content creators, and businesses, including its ability to generate original lyrics and high-quality music.</w:t>
      </w:r>
      <w:r/>
    </w:p>
    <w:p>
      <w:pPr>
        <w:pStyle w:val="ListNumber"/>
        <w:spacing w:line="240" w:lineRule="auto"/>
        <w:ind w:left="720"/>
      </w:pPr>
      <w:r/>
      <w:hyperlink r:id="rId12">
        <w:r>
          <w:rPr>
            <w:color w:val="0000EE"/>
            <w:u w:val="single"/>
          </w:rPr>
          <w:t>https://www.thehansindia.com/tech/tadai-the-ultimate-ai-music-generator-for-effortless-song-creation-910039</w:t>
        </w:r>
      </w:hyperlink>
      <w:r>
        <w:t xml:space="preserve"> - Outlines the target audience for Tad.ai, including musicians, content creators, businesses, and hobbyists, and how it caters to their needs.</w:t>
      </w:r>
      <w:r/>
    </w:p>
    <w:p>
      <w:pPr>
        <w:pStyle w:val="ListNumber"/>
        <w:spacing w:line="240" w:lineRule="auto"/>
        <w:ind w:left="720"/>
      </w:pPr>
      <w:r/>
      <w:hyperlink r:id="rId10">
        <w:r>
          <w:rPr>
            <w:color w:val="0000EE"/>
            <w:u w:val="single"/>
          </w:rPr>
          <w:t>https://allhiphop.com/uncategorized/10-best-ai-music-generators-elevate-your-music-creation-process/</w:t>
        </w:r>
      </w:hyperlink>
      <w:r>
        <w:t xml:space="preserve"> - Addresses the limitations of Tad.ai, such as dependence on user input and potential for generic outputs.</w:t>
      </w:r>
      <w:r/>
    </w:p>
    <w:p>
      <w:pPr>
        <w:pStyle w:val="ListNumber"/>
        <w:spacing w:line="240" w:lineRule="auto"/>
        <w:ind w:left="720"/>
      </w:pPr>
      <w:r/>
      <w:hyperlink r:id="rId11">
        <w:r>
          <w:rPr>
            <w:color w:val="0000EE"/>
            <w:u w:val="single"/>
          </w:rPr>
          <w:t>https://cocofax.com/blog/tad-ai-an-advanced-ai-music-generator-to-transform-music-creation/</w:t>
        </w:r>
      </w:hyperlink>
      <w:r>
        <w:t xml:space="preserve"> - Provides details on Tad.ai's free version and subscription options, making it a cost-effective solution for various users.</w:t>
      </w:r>
      <w:r/>
    </w:p>
    <w:p>
      <w:pPr>
        <w:pStyle w:val="ListNumber"/>
        <w:spacing w:line="240" w:lineRule="auto"/>
        <w:ind w:left="720"/>
      </w:pPr>
      <w:r/>
      <w:hyperlink r:id="rId12">
        <w:r>
          <w:rPr>
            <w:color w:val="0000EE"/>
            <w:u w:val="single"/>
          </w:rPr>
          <w:t>https://www.thehansindia.com/tech/tadai-the-ultimate-ai-music-generator-for-effortless-song-creation-910039</w:t>
        </w:r>
      </w:hyperlink>
      <w:r>
        <w:t xml:space="preserve"> - Explains how Tad.ai fosters a community environment where users can share their work, collaborate, and find inspiration.</w:t>
      </w:r>
      <w:r/>
    </w:p>
    <w:p>
      <w:pPr>
        <w:pStyle w:val="ListNumber"/>
        <w:spacing w:line="240" w:lineRule="auto"/>
        <w:ind w:left="720"/>
      </w:pPr>
      <w:r/>
      <w:hyperlink r:id="rId10">
        <w:r>
          <w:rPr>
            <w:color w:val="0000EE"/>
            <w:u w:val="single"/>
          </w:rPr>
          <w:t>https://allhiphop.com/uncategorized/10-best-ai-music-generators-elevate-your-music-creation-process/</w:t>
        </w:r>
      </w:hyperlink>
      <w:r>
        <w:t xml:space="preserve"> - Compares Tad.ai with other AI music generators, highlighting its unique features and benefits in the music creation process.</w:t>
      </w:r>
      <w:r/>
    </w:p>
    <w:p>
      <w:pPr>
        <w:pStyle w:val="ListNumber"/>
        <w:spacing w:line="240" w:lineRule="auto"/>
        <w:ind w:left="720"/>
      </w:pPr>
      <w:r/>
      <w:hyperlink r:id="rId11">
        <w:r>
          <w:rPr>
            <w:color w:val="0000EE"/>
            <w:u w:val="single"/>
          </w:rPr>
          <w:t>https://cocofax.com/blog/tad-ai-an-advanced-ai-music-generator-to-transform-music-creation/</w:t>
        </w:r>
      </w:hyperlink>
      <w:r>
        <w:t xml:space="preserve"> - Concludes on Tad.ai's significance in the music industry, emphasizing its role in making music creation more accessible and engaging.</w:t>
      </w:r>
      <w:r/>
    </w:p>
    <w:p>
      <w:pPr>
        <w:pStyle w:val="ListNumber"/>
        <w:spacing w:line="240" w:lineRule="auto"/>
        <w:ind w:left="720"/>
      </w:pPr>
      <w:r/>
      <w:hyperlink r:id="rId13">
        <w:r>
          <w:rPr>
            <w:color w:val="0000EE"/>
            <w:u w:val="single"/>
          </w:rPr>
          <w:t>https://aijourn.com/tad-ai-review-an-ai-music-generator-transforming-online-song-creation/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llhiphop.com/uncategorized/10-best-ai-music-generators-elevate-your-music-creation-process/" TargetMode="External"/><Relationship Id="rId11" Type="http://schemas.openxmlformats.org/officeDocument/2006/relationships/hyperlink" Target="https://cocofax.com/blog/tad-ai-an-advanced-ai-music-generator-to-transform-music-creation/" TargetMode="External"/><Relationship Id="rId12" Type="http://schemas.openxmlformats.org/officeDocument/2006/relationships/hyperlink" Target="https://www.thehansindia.com/tech/tadai-the-ultimate-ai-music-generator-for-effortless-song-creation-910039" TargetMode="External"/><Relationship Id="rId13" Type="http://schemas.openxmlformats.org/officeDocument/2006/relationships/hyperlink" Target="https://aijourn.com/tad-ai-review-an-ai-music-generator-transforming-online-song-cre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