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turning to nuclear energy to power AI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Giants Turning to Nuclear Energy to Power AI Expansion</w:t>
      </w:r>
      <w:r/>
    </w:p>
    <w:p>
      <w:r/>
      <w:r>
        <w:rPr>
          <w:b/>
        </w:rPr>
        <w:t>New York, USA (CNN Business)</w:t>
      </w:r>
      <w:r>
        <w:t xml:space="preserve"> — As the demand for artificial intelligence continues to surge, major tech companies are looking towards nuclear energy as a solution to the escalating need for computing power. This shift comes in response to predictions of a significant increase in electricity consumption driven by AI operations and data centers, raising concerns over energy sustainability and environmental impact.</w:t>
      </w:r>
      <w:r/>
    </w:p>
    <w:p>
      <w:r/>
      <w:r>
        <w:t>To grasp the enormity of energy demands linked to AI processes, one needs to understand that operations like querying AI models, including the popular Chat-GPT, require significant amounts of electricity. Current estimates from the International Energy Agency suggest that energy consumption from data centers and AI, as well as from crypto mining, could double by 2026. Within the United States, J.P. Morgan analysts project an annual increase in power demand of 13% to 15% until 2030.</w:t>
      </w:r>
      <w:r/>
    </w:p>
    <w:p>
      <w:r/>
      <w:r>
        <w:t>Addressing this burgeoning energy need, tech behemoths Microsoft and Amazon have set their sights on nuclear power. Microsoft recently announced an agreement to reopen a reactor on Three Mile Island in Pennsylvania, known for the infamous 1979 partial meltdown. Significantly, this agreement is for a reactor that was not involved in the incident and continued to operate safely on the site for many years thereafter. Additionally, Amazon is planning to establish a data center campus at the location of a Talen Energy nuclear power plant in Northeast Pennsylvania.</w:t>
      </w:r>
      <w:r/>
    </w:p>
    <w:p>
      <w:r/>
      <w:r>
        <w:t>The commitment to nuclear energy doesn’t end there. Sam Altman, CEO of OpenAI, is also a prominent advocate. In his capacity as chairman of nuclear startup Oklo, Altman is pushing forward with innovative nuclear projects. Oklo recently received approval to start site investigations for a microreactor in Idaho.</w:t>
      </w:r>
      <w:r/>
    </w:p>
    <w:p>
      <w:r/>
      <w:r>
        <w:t>In a similar vein, Founders Fund, a venture capital firm co-founded by Peter Thiel, is investing in a startup dedicated to developing an advanced production method for a more powerful nuclear fuel, intended for use in cutting-edge reactors.</w:t>
      </w:r>
      <w:r/>
    </w:p>
    <w:p>
      <w:r/>
      <w:r>
        <w:t>The relationship between AI advancements and nuclear energy doesn’t lack irony. Proponents of AI have frequently drawn parallels with the history of nuclear proliferation to highlight the importance of regulatory frameworks for AI, stressing that such regulations should not impede technological progress or profitability.</w:t>
      </w:r>
      <w:r/>
    </w:p>
    <w:p>
      <w:r/>
      <w:r>
        <w:t>Although some might dismiss AI-related concerns as exaggerated, the apprehensions surrounding nuclear energy remain grounded in historical incidents like the Three Mile Island mishap. According to Anna Erickson, a nuclear science professor at Georgia Tech, nuclear safety has progressed significantly since 1979 due to enhanced understanding and stringent regulations initiated post-incident. However, she cautions, "Nothing in life is ever foolproof."</w:t>
      </w:r>
      <w:r/>
    </w:p>
    <w:p>
      <w:r/>
      <w:r>
        <w:t>This pivot towards nuclear energy is considered almost inevitable for sustaining the future energy appetite of AI technologies. Despite the advancements in renewable energy, nuclear power is seen as a more stable and virtually carbon-emission-free alternative. Yet, transitioning to nuclear energy infrastructure will take years, meaning that, in the interim, Big Tech data centers will continue relying on fossil fuels to meet the ever-growing power demands.</w:t>
      </w:r>
      <w:r/>
    </w:p>
    <w:p>
      <w:r/>
      <w:r>
        <w:t>The broader implications of this energy shift and the advancement of AI include potential impacts on employment, environmental sustainability, and societal norms. As these transformative technologies evolve, it remains to be seen what tangible benefits will materialise for the general populace. The intersection of AI and nuclear energy raises as many questions as it answers, particularly about the balance of technological progress and its broader impacts on society and the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https://www.vaneck.com/us/en/blogs/natural-resources/ai-and-nuclear-power/</w:t>
        </w:r>
      </w:hyperlink>
      <w:r>
        <w:t xml:space="preserve"> - Corroborates the increasing demand for energy due to AI growth and the shift of tech companies towards nuclear power for sustainability and low carbon emissions.</w:t>
      </w:r>
      <w:r/>
    </w:p>
    <w:p>
      <w:pPr>
        <w:pStyle w:val="ListNumber"/>
        <w:spacing w:line="240" w:lineRule="auto"/>
        <w:ind w:left="720"/>
      </w:pPr>
      <w:r/>
      <w:hyperlink r:id="rId11">
        <w:r>
          <w:rPr>
            <w:color w:val="0000EE"/>
            <w:u w:val="single"/>
          </w:rPr>
          <w:t>https://techcrunch.com/2024/09/20/microsoft-taps-three-mile-island-nuclear-plant-to-power-ai/</w:t>
        </w:r>
      </w:hyperlink>
      <w:r>
        <w:t xml:space="preserve"> - Supports Microsoft's agreement to reopen the Three Mile Island nuclear plant to power its data centers and addresses the significant energy demands of AI operations.</w:t>
      </w:r>
      <w:r/>
    </w:p>
    <w:p>
      <w:pPr>
        <w:pStyle w:val="ListNumber"/>
        <w:spacing w:line="240" w:lineRule="auto"/>
        <w:ind w:left="720"/>
      </w:pPr>
      <w:r/>
      <w:hyperlink r:id="rId12">
        <w:r>
          <w:rPr>
            <w:color w:val="0000EE"/>
            <w:u w:val="single"/>
          </w:rPr>
          <w:t>https://www.benzinga.com/trading-ideas/long-ideas/24/10/41119184/nvidia-ceo-jensen-huang-backs-nuclear-energy-to-power-ais-future-3-stocks-to-watch</w:t>
        </w:r>
      </w:hyperlink>
      <w:r>
        <w:t xml:space="preserve"> - Confirms Nvidia CEO Jensen Huang's endorsement of nuclear energy to meet AI's energy demands and highlights other tech companies' similar moves.</w:t>
      </w:r>
      <w:r/>
    </w:p>
    <w:p>
      <w:pPr>
        <w:pStyle w:val="ListNumber"/>
        <w:spacing w:line="240" w:lineRule="auto"/>
        <w:ind w:left="720"/>
      </w:pPr>
      <w:r/>
      <w:hyperlink r:id="rId13">
        <w:r>
          <w:rPr>
            <w:color w:val="0000EE"/>
            <w:u w:val="single"/>
          </w:rPr>
          <w:t>https://www.reuters.com/technology/artificial-intelligence/us-nuclear-plants-wont-power-up-big-techs-ai-ambitions-right-away-2024-09-24/</w:t>
        </w:r>
      </w:hyperlink>
      <w:r>
        <w:t xml:space="preserve"> - Discusses the plan to restart the Three Mile Island nuclear reactor and the broader context of US nuclear plants powering Big Tech's AI ambitions.</w:t>
      </w:r>
      <w:r/>
    </w:p>
    <w:p>
      <w:pPr>
        <w:pStyle w:val="ListNumber"/>
        <w:spacing w:line="240" w:lineRule="auto"/>
        <w:ind w:left="720"/>
      </w:pPr>
      <w:r/>
      <w:hyperlink r:id="rId14">
        <w:r>
          <w:rPr>
            <w:color w:val="0000EE"/>
            <w:u w:val="single"/>
          </w:rPr>
          <w:t>https://abcnews.go.com/Technology/wireStory/new-life-proposed-mile-island-supplying-power-microsoft-113871220</w:t>
        </w:r>
      </w:hyperlink>
      <w:r>
        <w:t xml:space="preserve"> - Provides details on the agreement between Microsoft and Constellation Energy to restart the Three Mile Island nuclear plant and its implications for data center power supply.</w:t>
      </w:r>
      <w:r/>
    </w:p>
    <w:p>
      <w:pPr>
        <w:pStyle w:val="ListNumber"/>
        <w:spacing w:line="240" w:lineRule="auto"/>
        <w:ind w:left="720"/>
      </w:pPr>
      <w:r/>
      <w:hyperlink r:id="rId10">
        <w:r>
          <w:rPr>
            <w:color w:val="0000EE"/>
            <w:u w:val="single"/>
          </w:rPr>
          <w:t>https://www.vaneck.com/us/en/blogs/natural-resources/ai-and-nuclear-power/</w:t>
        </w:r>
      </w:hyperlink>
      <w:r>
        <w:t xml:space="preserve"> - Explains Amazon's acquisition of a data center near the Susquehanna nuclear power plant, highlighting the strategic importance of nuclear energy for tech infrastructure.</w:t>
      </w:r>
      <w:r/>
    </w:p>
    <w:p>
      <w:pPr>
        <w:pStyle w:val="ListNumber"/>
        <w:spacing w:line="240" w:lineRule="auto"/>
        <w:ind w:left="720"/>
      </w:pPr>
      <w:r/>
      <w:hyperlink r:id="rId11">
        <w:r>
          <w:rPr>
            <w:color w:val="0000EE"/>
            <w:u w:val="single"/>
          </w:rPr>
          <w:t>https://techcrunch.com/2024/09/20/microsoft-taps-three-mile-island-nuclear-plant-to-power-ai/</w:t>
        </w:r>
      </w:hyperlink>
      <w:r>
        <w:t xml:space="preserve"> - Mentions the energy consumption of data centers and AI, including the estimate that their power needs could rival that of entire nations by 2027.</w:t>
      </w:r>
      <w:r/>
    </w:p>
    <w:p>
      <w:pPr>
        <w:pStyle w:val="ListNumber"/>
        <w:spacing w:line="240" w:lineRule="auto"/>
        <w:ind w:left="720"/>
      </w:pPr>
      <w:r/>
      <w:hyperlink r:id="rId12">
        <w:r>
          <w:rPr>
            <w:color w:val="0000EE"/>
            <w:u w:val="single"/>
          </w:rPr>
          <w:t>https://www.benzinga.com/trading-ideas/long-ideas/24/10/41119184/nvidia-ceo-jensen-huang-backs-nuclear-energy-to-power-ais-future-3-stocks-to-watch</w:t>
        </w:r>
      </w:hyperlink>
      <w:r>
        <w:t xml:space="preserve"> - Highlights the potential of nuclear fusion and the investments by Google and Chevron in TAE Technologies, reflecting the trend of exploring advanced nuclear technologies.</w:t>
      </w:r>
      <w:r/>
    </w:p>
    <w:p>
      <w:pPr>
        <w:pStyle w:val="ListNumber"/>
        <w:spacing w:line="240" w:lineRule="auto"/>
        <w:ind w:left="720"/>
      </w:pPr>
      <w:r/>
      <w:hyperlink r:id="rId14">
        <w:r>
          <w:rPr>
            <w:color w:val="0000EE"/>
            <w:u w:val="single"/>
          </w:rPr>
          <w:t>https://abcnews.go.com/Technology/wireStory/new-life-proposed-mile-island-supplying-power-microsoft-113871220</w:t>
        </w:r>
      </w:hyperlink>
      <w:r>
        <w:t xml:space="preserve"> - Addresses the historical context and safety improvements in nuclear energy since incidents like the Three Mile Island mishap.</w:t>
      </w:r>
      <w:r/>
    </w:p>
    <w:p>
      <w:pPr>
        <w:pStyle w:val="ListNumber"/>
        <w:spacing w:line="240" w:lineRule="auto"/>
        <w:ind w:left="720"/>
      </w:pPr>
      <w:r/>
      <w:hyperlink r:id="rId10">
        <w:r>
          <w:rPr>
            <w:color w:val="0000EE"/>
            <w:u w:val="single"/>
          </w:rPr>
          <w:t>https://www.vaneck.com/us/en/blogs/natural-resources/ai-and-nuclear-power/</w:t>
        </w:r>
      </w:hyperlink>
      <w:r>
        <w:t xml:space="preserve"> - Discusses the legislative support, such as the ADVANCE Act, which aids in the transition to nuclear energy by addressing technological and regulatory challenges.</w:t>
      </w:r>
      <w:r/>
    </w:p>
    <w:p>
      <w:pPr>
        <w:pStyle w:val="ListNumber"/>
        <w:spacing w:line="240" w:lineRule="auto"/>
        <w:ind w:left="720"/>
      </w:pPr>
      <w:r/>
      <w:hyperlink r:id="rId11">
        <w:r>
          <w:rPr>
            <w:color w:val="0000EE"/>
            <w:u w:val="single"/>
          </w:rPr>
          <w:t>https://techcrunch.com/2024/09/20/microsoft-taps-three-mile-island-nuclear-plant-to-power-ai/</w:t>
        </w:r>
      </w:hyperlink>
      <w:r>
        <w:t xml:space="preserve"> - Details the economic and job creation benefits associated with the restart of the Three Mile Island plant, including its impact on state GDP and tax revenues.</w:t>
      </w:r>
      <w:r/>
    </w:p>
    <w:p>
      <w:pPr>
        <w:pStyle w:val="ListNumber"/>
        <w:spacing w:line="240" w:lineRule="auto"/>
        <w:ind w:left="720"/>
      </w:pPr>
      <w:r/>
      <w:hyperlink r:id="rId15">
        <w:r>
          <w:rPr>
            <w:color w:val="0000EE"/>
            <w:u w:val="single"/>
          </w:rPr>
          <w:t>https://www.cnn.com/2024/10/01/business/ai-nuclear-energy-nightcap/index.html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aneck.com/us/en/blogs/natural-resources/ai-and-nuclear-power/" TargetMode="External"/><Relationship Id="rId11" Type="http://schemas.openxmlformats.org/officeDocument/2006/relationships/hyperlink" Target="https://techcrunch.com/2024/09/20/microsoft-taps-three-mile-island-nuclear-plant-to-power-ai/" TargetMode="External"/><Relationship Id="rId12" Type="http://schemas.openxmlformats.org/officeDocument/2006/relationships/hyperlink" Target="https://www.benzinga.com/trading-ideas/long-ideas/24/10/41119184/nvidia-ceo-jensen-huang-backs-nuclear-energy-to-power-ais-future-3-stocks-to-watch" TargetMode="External"/><Relationship Id="rId13" Type="http://schemas.openxmlformats.org/officeDocument/2006/relationships/hyperlink" Target="https://www.reuters.com/technology/artificial-intelligence/us-nuclear-plants-wont-power-up-big-techs-ai-ambitions-right-away-2024-09-24/" TargetMode="External"/><Relationship Id="rId14" Type="http://schemas.openxmlformats.org/officeDocument/2006/relationships/hyperlink" Target="https://abcnews.go.com/Technology/wireStory/new-life-proposed-mile-island-supplying-power-microsoft-113871220" TargetMode="External"/><Relationship Id="rId15" Type="http://schemas.openxmlformats.org/officeDocument/2006/relationships/hyperlink" Target="https://www.cnn.com/2024/10/01/business/ai-nuclear-energy-nightcap/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