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Teledyne DALSA unveils AI-powered BOA3 smart camera for industrial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Teledyne DALSA Unveils AI-Powered BOA3 Smart Camera for Industrial Automation</w:t>
      </w:r>
      <w:r/>
    </w:p>
    <w:p>
      <w:r/>
      <w:r>
        <w:rPr>
          <w:b/>
        </w:rPr>
        <w:t>Waterloo, Ontario – October 12, 2023</w:t>
      </w:r>
      <w:r>
        <w:t>: Teledyne DALSA, a branch of Teledyne Technologies known for its innovative machine vision technology, has announced the launch of its latest AI-powered BOA3 smart camera, designed specifically for industrial automation and inspection tasks.</w:t>
      </w:r>
      <w:r/>
    </w:p>
    <w:p>
      <w:r/>
      <w:r>
        <w:t>The BOA3 smart camera represents the next generation in the BOA series, incorporating advanced features and enhancements from previous models along with new sensor and AI inspection technologies developed by Teledyne. Aimed at addressing the needs of sophisticated and challenging machine vision applications, the BOA3 integrates high-level functionality within a compact, robust format.</w:t>
      </w:r>
      <w:r/>
    </w:p>
    <w:p>
      <w:r/>
      <w:r>
        <w:t>Speaking on the occasion, Szymon Chawarski, Product Line Manager for Vision Systems at Teledyne DALSA, commented, “The new BOA3 is an exciting next step in our smart camera development. Its modular and flexible architecture will allow us to offer new and powerful solutions for embedded machine vision inspections.”</w:t>
      </w:r>
      <w:r/>
    </w:p>
    <w:p>
      <w:r/>
      <w:r>
        <w:t>The flagship BOA3 smart camera boasts sensor resolutions ranging from 1.2 to 12 megapixels. It is equipped with both integrated and C-mount lens options to suit various industrial needs. Additionally, it features onboard I/O capabilities and user-friendly machine vision software, all contained within a unified platform. These attributes ensure that BOA3 delivers unparalleled flexibility and functionality, facilitating rapid and cost-effective machine vision deployments.</w:t>
      </w:r>
      <w:r/>
    </w:p>
    <w:p>
      <w:r/>
      <w:r>
        <w:t>The compact and rugged nature of the BOA3 smart camera makes it particularly suitable for use in complex industrial environments, where reliability and accuracy are paramount. With its innovative AI technologies, this latest smart camera from Teledyne DALSA is poised to significantly enhance the effectiveness of automated inspection systems and improve operational efficiency across various sectors.</w:t>
      </w:r>
      <w:r/>
    </w:p>
    <w:p>
      <w:r/>
      <w:r>
        <w:t>Teledyne DALSA continues to build on its legacy of providing cutting-edge machine vision solutions, with the BOA3 smart camera marking a significant milestone in its product lineup aimed at revolutionising industrial automation and inspection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https://www.eenewseurope.com/en/ai-powered-smart-camera-for-industrial-automation-and-inspection/</w:t>
        </w:r>
      </w:hyperlink>
      <w:r>
        <w:t xml:space="preserve"> - Corroborates the launch of the AI-powered BOA3 smart camera for industrial automation and inspection, and its integration of advanced features from previous BOA generations.</w:t>
      </w:r>
      <w:r/>
    </w:p>
    <w:p>
      <w:pPr>
        <w:pStyle w:val="ListNumber"/>
        <w:spacing w:line="240" w:lineRule="auto"/>
        <w:ind w:left="720"/>
      </w:pPr>
      <w:r/>
      <w:hyperlink r:id="rId11">
        <w:r>
          <w:rPr>
            <w:color w:val="0000EE"/>
            <w:u w:val="single"/>
          </w:rPr>
          <w:t>https://mvpromedia.com/teledyne-dalsa-introduces-ai-powered-smart-camera-for-industrial-automation-and-inspection/</w:t>
        </w:r>
      </w:hyperlink>
      <w:r>
        <w:t xml:space="preserve"> - Supports the information about the BOA3 smart camera's design, incorporating the best features from previous BOA generations and new sensor and AI inspection technologies.</w:t>
      </w:r>
      <w:r/>
    </w:p>
    <w:p>
      <w:pPr>
        <w:pStyle w:val="ListNumber"/>
        <w:spacing w:line="240" w:lineRule="auto"/>
        <w:ind w:left="720"/>
      </w:pPr>
      <w:r/>
      <w:hyperlink r:id="rId12">
        <w:r>
          <w:rPr>
            <w:color w:val="0000EE"/>
            <w:u w:val="single"/>
          </w:rPr>
          <w:t>https://www.teledynedalsa.com/en/products/imaging/smart-cameras-and-vision-sensors/boa/</w:t>
        </w:r>
      </w:hyperlink>
      <w:r>
        <w:t xml:space="preserve"> - Provides details on the BOA series, including its highly integrated optical inspection capabilities and compatibility with industrial environments.</w:t>
      </w:r>
      <w:r/>
    </w:p>
    <w:p>
      <w:pPr>
        <w:pStyle w:val="ListNumber"/>
        <w:spacing w:line="240" w:lineRule="auto"/>
        <w:ind w:left="720"/>
      </w:pPr>
      <w:r/>
      <w:hyperlink r:id="rId13">
        <w:r>
          <w:rPr>
            <w:color w:val="0000EE"/>
            <w:u w:val="single"/>
          </w:rPr>
          <w:t>https://www.tipranks.com/news/the-fly/teledyne-introduces-next-gen-ai-powered-boa3-smart-camera</w:t>
        </w:r>
      </w:hyperlink>
      <w:r>
        <w:t xml:space="preserve"> - Confirms the launch of the BOA3 smart camera and its ability to meet the needs of complex, demanding machine vision applications.</w:t>
      </w:r>
      <w:r/>
    </w:p>
    <w:p>
      <w:pPr>
        <w:pStyle w:val="ListNumber"/>
        <w:spacing w:line="240" w:lineRule="auto"/>
        <w:ind w:left="720"/>
      </w:pPr>
      <w:r/>
      <w:hyperlink r:id="rId14">
        <w:r>
          <w:rPr>
            <w:color w:val="0000EE"/>
            <w:u w:val="single"/>
          </w:rPr>
          <w:t>https://www.stocktitan.net/news/TDY/teledyne-introduces-next-generation-ai-powered-smart-camera-for-2uaz6soob4ab.html</w:t>
        </w:r>
      </w:hyperlink>
      <w:r>
        <w:t xml:space="preserve"> - Details the BOA3 smart camera's features, including sensor resolutions, lens options, onboard I/O, and user-friendly machine vision software.</w:t>
      </w:r>
      <w:r/>
    </w:p>
    <w:p>
      <w:pPr>
        <w:pStyle w:val="ListNumber"/>
        <w:spacing w:line="240" w:lineRule="auto"/>
        <w:ind w:left="720"/>
      </w:pPr>
      <w:r/>
      <w:hyperlink r:id="rId10">
        <w:r>
          <w:rPr>
            <w:color w:val="0000EE"/>
            <w:u w:val="single"/>
          </w:rPr>
          <w:t>https://www.eenewseurope.com/en/ai-powered-smart-camera-for-industrial-automation-and-inspection/</w:t>
        </w:r>
      </w:hyperlink>
      <w:r>
        <w:t xml:space="preserve"> - Quotes Szymon Chawarski, Product Line Manager for Vision Systems, on the modular and flexible architecture of the BOA3 smart camera.</w:t>
      </w:r>
      <w:r/>
    </w:p>
    <w:p>
      <w:pPr>
        <w:pStyle w:val="ListNumber"/>
        <w:spacing w:line="240" w:lineRule="auto"/>
        <w:ind w:left="720"/>
      </w:pPr>
      <w:r/>
      <w:hyperlink r:id="rId11">
        <w:r>
          <w:rPr>
            <w:color w:val="0000EE"/>
            <w:u w:val="single"/>
          </w:rPr>
          <w:t>https://mvpromedia.com/teledyne-dalsa-introduces-ai-powered-smart-camera-for-industrial-automation-and-inspection/</w:t>
        </w:r>
      </w:hyperlink>
      <w:r>
        <w:t xml:space="preserve"> - Describes the BOA3 smart camera's sensor resolutions ranging from 1.2 to 12 megapixels and its integrated and C-mount lens options.</w:t>
      </w:r>
      <w:r/>
    </w:p>
    <w:p>
      <w:pPr>
        <w:pStyle w:val="ListNumber"/>
        <w:spacing w:line="240" w:lineRule="auto"/>
        <w:ind w:left="720"/>
      </w:pPr>
      <w:r/>
      <w:hyperlink r:id="rId14">
        <w:r>
          <w:rPr>
            <w:color w:val="0000EE"/>
            <w:u w:val="single"/>
          </w:rPr>
          <w:t>https://www.stocktitan.net/news/TDY/teledyne-introduces-next-generation-ai-powered-smart-camera-for-2uaz6soob4ab.html</w:t>
        </w:r>
      </w:hyperlink>
      <w:r>
        <w:t xml:space="preserve"> - Mentions the onboard I/O capabilities and the user-friendly machine vision software included in the BOA3 smart camera.</w:t>
      </w:r>
      <w:r/>
    </w:p>
    <w:p>
      <w:pPr>
        <w:pStyle w:val="ListNumber"/>
        <w:spacing w:line="240" w:lineRule="auto"/>
        <w:ind w:left="720"/>
      </w:pPr>
      <w:r/>
      <w:hyperlink r:id="rId13">
        <w:r>
          <w:rPr>
            <w:color w:val="0000EE"/>
            <w:u w:val="single"/>
          </w:rPr>
          <w:t>https://www.tipranks.com/news/the-fly/teledyne-introduces-next-gen-ai-powered-boa3-smart-camera</w:t>
        </w:r>
      </w:hyperlink>
      <w:r>
        <w:t xml:space="preserve"> - Highlights the compact and rugged design of the BOA3 smart camera, making it suitable for complex industrial environments.</w:t>
      </w:r>
      <w:r/>
    </w:p>
    <w:p>
      <w:pPr>
        <w:pStyle w:val="ListNumber"/>
        <w:spacing w:line="240" w:lineRule="auto"/>
        <w:ind w:left="720"/>
      </w:pPr>
      <w:r/>
      <w:hyperlink r:id="rId10">
        <w:r>
          <w:rPr>
            <w:color w:val="0000EE"/>
            <w:u w:val="single"/>
          </w:rPr>
          <w:t>https://www.eenewseurope.com/en/ai-powered-smart-camera-for-industrial-automation-and-inspection/</w:t>
        </w:r>
      </w:hyperlink>
      <w:r>
        <w:t xml:space="preserve"> - Explains the use of innovative AI technologies in the BOA3 smart camera to enhance automated inspection systems and improve operational efficiency.</w:t>
      </w:r>
      <w:r/>
    </w:p>
    <w:p>
      <w:pPr>
        <w:pStyle w:val="ListNumber"/>
        <w:spacing w:line="240" w:lineRule="auto"/>
        <w:ind w:left="720"/>
      </w:pPr>
      <w:r/>
      <w:hyperlink r:id="rId11">
        <w:r>
          <w:rPr>
            <w:color w:val="0000EE"/>
            <w:u w:val="single"/>
          </w:rPr>
          <w:t>https://mvpromedia.com/teledyne-dalsa-introduces-ai-powered-smart-camera-for-industrial-automation-and-inspection/</w:t>
        </w:r>
      </w:hyperlink>
      <w:r>
        <w:t xml:space="preserve"> - Confirms that the BOA3 smart camera marks a significant milestone in Teledyne DALSA's product lineup aimed at revolutionizing industrial automation and inspection processes.</w:t>
      </w:r>
      <w:r/>
    </w:p>
    <w:p>
      <w:pPr>
        <w:pStyle w:val="ListNumber"/>
        <w:spacing w:line="240" w:lineRule="auto"/>
        <w:ind w:left="720"/>
      </w:pPr>
      <w:r/>
      <w:hyperlink r:id="rId15">
        <w:r>
          <w:rPr>
            <w:color w:val="0000EE"/>
            <w:u w:val="single"/>
          </w:rPr>
          <w:t>https://www.geoconnexion.com/news/teledyne-introduces-next-generation-ai-powered-smart-camera-for-industrial-automation-and-inspection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enewseurope.com/en/ai-powered-smart-camera-for-industrial-automation-and-inspection/" TargetMode="External"/><Relationship Id="rId11" Type="http://schemas.openxmlformats.org/officeDocument/2006/relationships/hyperlink" Target="https://mvpromedia.com/teledyne-dalsa-introduces-ai-powered-smart-camera-for-industrial-automation-and-inspection/" TargetMode="External"/><Relationship Id="rId12" Type="http://schemas.openxmlformats.org/officeDocument/2006/relationships/hyperlink" Target="https://www.teledynedalsa.com/en/products/imaging/smart-cameras-and-vision-sensors/boa/" TargetMode="External"/><Relationship Id="rId13" Type="http://schemas.openxmlformats.org/officeDocument/2006/relationships/hyperlink" Target="https://www.tipranks.com/news/the-fly/teledyne-introduces-next-gen-ai-powered-boa3-smart-camera" TargetMode="External"/><Relationship Id="rId14" Type="http://schemas.openxmlformats.org/officeDocument/2006/relationships/hyperlink" Target="https://www.stocktitan.net/news/TDY/teledyne-introduces-next-generation-ai-powered-smart-camera-for-2uaz6soob4ab.html" TargetMode="External"/><Relationship Id="rId15" Type="http://schemas.openxmlformats.org/officeDocument/2006/relationships/hyperlink" Target="https://www.geoconnexion.com/news/teledyne-introduces-next-generation-ai-powered-smart-camera-for-industrial-automation-and-insp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