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Testing AI travel planning on Maui: insights and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Testing AI Travel Planning on Maui: Insights and Challenges</w:t>
      </w:r>
      <w:r/>
    </w:p>
    <w:p>
      <w:r/>
      <w:r>
        <w:t>Travel planning has always been a highly personalised and often meticulous task, but the rise of artificial intelligence (AI) tools is swiftly changing the landscape. With about 70 percent of Americans using AI for travel planning, according to a Harris Poll conducted on behalf of Moneylion, even self-proclaimed luddites are finding reasons to explore these new technologies.</w:t>
      </w:r>
      <w:r/>
    </w:p>
    <w:p>
      <w:pPr>
        <w:pStyle w:val="Heading2"/>
      </w:pPr>
      <w:r>
        <w:t>The Experiment</w:t>
      </w:r>
      <w:r/>
    </w:p>
    <w:p>
      <w:r/>
      <w:r>
        <w:t>Travel writer Jen Murphy, known for her preference for traditional travel research methods, decided to step into the digital age to test how AI tools fare in planning a vacation. Murphy, who spends half her year in Maui, chose the island's west side for her experiment, an area still recovering from the devastating wildfires of August 2023.</w:t>
      </w:r>
      <w:r/>
    </w:p>
    <w:p>
      <w:pPr>
        <w:pStyle w:val="Heading2"/>
      </w:pPr>
      <w:r>
        <w:t>The AI Tools</w:t>
      </w:r>
      <w:r/>
    </w:p>
    <w:p>
      <w:r/>
      <w:r>
        <w:t>Murphy tested four free AI travel-planning tools in mid-August, specifying her need for a week-long solo trip to west Maui in October, with a focus on ocean sports, cultural activities, great food, and fun hikes.</w:t>
      </w:r>
      <w:r/>
    </w:p>
    <w:p>
      <w:pPr>
        <w:pStyle w:val="Heading3"/>
      </w:pPr>
      <w:r>
        <w:rPr>
          <w:b/>
        </w:rPr>
        <w:t>Layla</w:t>
      </w:r>
      <w:r/>
    </w:p>
    <w:p>
      <w:r/>
      <w:r>
        <w:t>Layla, the first AI tool in her test, quickly fell short. While it efficiently provided an itineray, it bizarrely suggested locations in the Caribbean rather than Maui, directing Murphy to sites like Belize’s Blue Hole and Grand Cayman’s Seven Mile Beach. When contacted, a Layla spokesperson admitted current models are susceptible to such “hallucinations.”</w:t>
      </w:r>
      <w:r/>
    </w:p>
    <w:p>
      <w:pPr>
        <w:pStyle w:val="Heading3"/>
      </w:pPr>
      <w:r>
        <w:rPr>
          <w:b/>
        </w:rPr>
        <w:t>Wonderplan</w:t>
      </w:r>
      <w:r/>
    </w:p>
    <w:p>
      <w:r/>
      <w:r>
        <w:t>Wonderplan came next, asking detailed questions to shape the itinerary. However, it generated a generic island-wide plan, missing the specificity Murphy sought for west Maui. The tool also failed to acknowledge the recent fires, suggesting a visit to Lahaina without noting current closures. Clicking on recommendations diverted her to Viator, making the experience more cumbersome.</w:t>
      </w:r>
      <w:r/>
    </w:p>
    <w:p>
      <w:pPr>
        <w:pStyle w:val="Heading3"/>
      </w:pPr>
      <w:r>
        <w:rPr>
          <w:b/>
        </w:rPr>
        <w:t>Mindtrip</w:t>
      </w:r>
      <w:r/>
    </w:p>
    <w:p>
      <w:r/>
      <w:r>
        <w:t>Mindtrip showed potential with its dynamic interface, which allows users to view suggestions through maps and reviews, and shareable itineraries. Initially, it suggested attractions island-wide, including some that were closed due to the fires. However, it later acknowledged the fires but incorrectly stated all tourist services in Lahaina were inoperative. Spokesperson Michelle Denogean highlighted that Mindtrip’s recommendations are constantly updated through a mix of ChatGPT and a proprietary database.</w:t>
      </w:r>
      <w:r/>
    </w:p>
    <w:p>
      <w:pPr>
        <w:pStyle w:val="Heading3"/>
      </w:pPr>
      <w:r>
        <w:rPr>
          <w:b/>
        </w:rPr>
        <w:t>GuideGeek</w:t>
      </w:r>
      <w:r/>
    </w:p>
    <w:p>
      <w:r/>
      <w:r>
        <w:t>GuideGeek, a chatbot from Matador Network, was Murphy’s top choice. With over one million users, it provided a broad yet solid itinerary with useful, up-to-date tips such as carrying cash where ATMs were scarce. However, it too showed gaps when it came to Lahaina, suggesting museums that had unfortunately burned down. Matador’s founder Ross Borden emphasised that continuous updates and user feedback are crucial to improving the tool's accuracy.</w:t>
      </w:r>
      <w:r/>
    </w:p>
    <w:p>
      <w:pPr>
        <w:pStyle w:val="Heading2"/>
      </w:pPr>
      <w:r>
        <w:t>The Broader Picture</w:t>
      </w:r>
      <w:r/>
    </w:p>
    <w:p>
      <w:r/>
      <w:r>
        <w:t>Testing these AI tools highlighted common issues. Each tool tended to recommend popular spots, contributing to overtourism, an ongoing concern for destinations worldwide. Cultural and environmental sensitivities were often missed, failing to offer the nuanced advice one might get from a human travel advisor.</w:t>
      </w:r>
      <w:r/>
    </w:p>
    <w:p>
      <w:r/>
      <w:r>
        <w:t>Murphy’s detailed feedback from the Hawaii Visitors and Convention Bureau addressed the more nuanced aspects, like avoiding crowds or considering overnight stays for certain trips. Travel agency founder Jack Ezon sees the future of AI as a supportive tool rather than a replacement for human agents, offering 80 percent accuracy with potential for improvement but lacking the personalisation from friends or seasoned travellers.</w:t>
      </w:r>
      <w:r/>
    </w:p>
    <w:p>
      <w:pPr>
        <w:pStyle w:val="Heading2"/>
      </w:pPr>
      <w:r>
        <w:t>Conclusion</w:t>
      </w:r>
      <w:r/>
    </w:p>
    <w:p>
      <w:r/>
      <w:r>
        <w:t>AI tools have demonstrated impressive speed and access to a wealth of information, capable of creating useful outlines for trips. However, for travellers seeking unique experiences off the beaten path, recommendations from friends, locals, or experienced travel agents may still hold the upper hand. While Murphy acknowledges the utility of AI for initial planning stages, she remains inclined towards traditional, personalised methods for a richer travel experience.</w:t>
      </w:r>
      <w:r/>
    </w:p>
    <w:p>
      <w:r/>
      <w:r>
        <w:t>Jen Murphy is a travel advice columnist for Outside Online and prefers off-device adventures, usually trusting in the local barkeep for authentic travel tips.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https://www.outsideonline.com/adventure-travel/advice/ai-trip-planning/</w:t>
        </w:r>
      </w:hyperlink>
      <w:r>
        <w:t xml:space="preserve"> - This article details the experiment conducted by Jen Murphy using AI tools to plan a trip to Maui, including the specific AI tools tested and their shortcomings.</w:t>
      </w:r>
      <w:r/>
    </w:p>
    <w:p>
      <w:pPr>
        <w:pStyle w:val="ListNumber"/>
        <w:spacing w:line="240" w:lineRule="auto"/>
        <w:ind w:left="720"/>
      </w:pPr>
      <w:r/>
      <w:hyperlink r:id="rId10">
        <w:r>
          <w:rPr>
            <w:color w:val="0000EE"/>
            <w:u w:val="single"/>
          </w:rPr>
          <w:t>https://www.outsideonline.com/adventure-travel/advice/ai-trip-planning/</w:t>
        </w:r>
      </w:hyperlink>
      <w:r>
        <w:t xml:space="preserve"> - Corroborates the information about Murphy's preference for traditional travel research methods and her decision to test AI tools for planning a vacation on Maui's west side.</w:t>
      </w:r>
      <w:r/>
    </w:p>
    <w:p>
      <w:pPr>
        <w:pStyle w:val="ListNumber"/>
        <w:spacing w:line="240" w:lineRule="auto"/>
        <w:ind w:left="720"/>
      </w:pPr>
      <w:r/>
      <w:hyperlink r:id="rId10">
        <w:r>
          <w:rPr>
            <w:color w:val="0000EE"/>
            <w:u w:val="single"/>
          </w:rPr>
          <w:t>https://www.outsideonline.com/adventure-travel/advice/ai-trip-planning/</w:t>
        </w:r>
      </w:hyperlink>
      <w:r>
        <w:t xml:space="preserve"> - Explains the issues with Layla, including its 'hallucinations' that suggested locations in the Caribbean instead of Maui.</w:t>
      </w:r>
      <w:r/>
    </w:p>
    <w:p>
      <w:pPr>
        <w:pStyle w:val="ListNumber"/>
        <w:spacing w:line="240" w:lineRule="auto"/>
        <w:ind w:left="720"/>
      </w:pPr>
      <w:r/>
      <w:hyperlink r:id="rId10">
        <w:r>
          <w:rPr>
            <w:color w:val="0000EE"/>
            <w:u w:val="single"/>
          </w:rPr>
          <w:t>https://www.outsideonline.com/adventure-travel/advice/ai-trip-planning/</w:t>
        </w:r>
      </w:hyperlink>
      <w:r>
        <w:t xml:space="preserve"> - Describes the limitations of Wonderplan, such as generating a generic island-wide plan and failing to acknowledge the recent fires in Lahaina.</w:t>
      </w:r>
      <w:r/>
    </w:p>
    <w:p>
      <w:pPr>
        <w:pStyle w:val="ListNumber"/>
        <w:spacing w:line="240" w:lineRule="auto"/>
        <w:ind w:left="720"/>
      </w:pPr>
      <w:r/>
      <w:hyperlink r:id="rId10">
        <w:r>
          <w:rPr>
            <w:color w:val="0000EE"/>
            <w:u w:val="single"/>
          </w:rPr>
          <w:t>https://www.outsideonline.com/adventure-travel/advice/ai-trip-planning/</w:t>
        </w:r>
      </w:hyperlink>
      <w:r>
        <w:t xml:space="preserve"> - Details Mindtrip's dynamic interface and its issues with suggesting attractions that were closed due to the fires, as well as its constant updates through ChatGPT and a proprietary database.</w:t>
      </w:r>
      <w:r/>
    </w:p>
    <w:p>
      <w:pPr>
        <w:pStyle w:val="ListNumber"/>
        <w:spacing w:line="240" w:lineRule="auto"/>
        <w:ind w:left="720"/>
      </w:pPr>
      <w:r/>
      <w:hyperlink r:id="rId10">
        <w:r>
          <w:rPr>
            <w:color w:val="0000EE"/>
            <w:u w:val="single"/>
          </w:rPr>
          <w:t>https://www.outsideonline.com/adventure-travel/advice/ai-trip-planning/</w:t>
        </w:r>
      </w:hyperlink>
      <w:r>
        <w:t xml:space="preserve"> - Discusses GuideGeek's performance, including its useful tips but gaps in information about Lahaina, and the importance of continuous updates and user feedback.</w:t>
      </w:r>
      <w:r/>
    </w:p>
    <w:p>
      <w:pPr>
        <w:pStyle w:val="ListNumber"/>
        <w:spacing w:line="240" w:lineRule="auto"/>
        <w:ind w:left="720"/>
      </w:pPr>
      <w:r/>
      <w:hyperlink r:id="rId10">
        <w:r>
          <w:rPr>
            <w:color w:val="0000EE"/>
            <w:u w:val="single"/>
          </w:rPr>
          <w:t>https://www.outsideonline.com/adventure-travel/advice/ai-trip-planning/</w:t>
        </w:r>
      </w:hyperlink>
      <w:r>
        <w:t xml:space="preserve"> - Highlights the common issues with AI tools, such as recommending popular spots and contributing to overtourism, and the lack of cultural and environmental sensitivities.</w:t>
      </w:r>
      <w:r/>
    </w:p>
    <w:p>
      <w:pPr>
        <w:pStyle w:val="ListNumber"/>
        <w:spacing w:line="240" w:lineRule="auto"/>
        <w:ind w:left="720"/>
      </w:pPr>
      <w:r/>
      <w:hyperlink r:id="rId10">
        <w:r>
          <w:rPr>
            <w:color w:val="0000EE"/>
            <w:u w:val="single"/>
          </w:rPr>
          <w:t>https://www.outsideonline.com/adventure-travel/advice/ai-trip-planning/</w:t>
        </w:r>
      </w:hyperlink>
      <w:r>
        <w:t xml:space="preserve"> - Mentions Murphy’s feedback from the Hawaii Visitors and Convention Bureau and the perspective of travel agency founder Jack Ezon on the future of AI in travel planning.</w:t>
      </w:r>
      <w:r/>
    </w:p>
    <w:p>
      <w:pPr>
        <w:pStyle w:val="ListNumber"/>
        <w:spacing w:line="240" w:lineRule="auto"/>
        <w:ind w:left="720"/>
      </w:pPr>
      <w:r/>
      <w:hyperlink r:id="rId11">
        <w:r>
          <w:rPr>
            <w:color w:val="0000EE"/>
            <w:u w:val="single"/>
          </w:rPr>
          <w:t>https://www.reddit.com/r/MauiVisitors/comments/1ft03uf/i_used_ai_to_plan_my_trip_to_maui_the_results/</w:t>
        </w:r>
      </w:hyperlink>
      <w:r>
        <w:t xml:space="preserve"> - Provides a community perspective on using AI for planning a trip to Maui, highlighting unexpected results and user experiences.</w:t>
      </w:r>
      <w:r/>
    </w:p>
    <w:p>
      <w:pPr>
        <w:pStyle w:val="ListNumber"/>
        <w:spacing w:line="240" w:lineRule="auto"/>
        <w:ind w:left="720"/>
      </w:pPr>
      <w:r/>
      <w:hyperlink r:id="rId12">
        <w:r>
          <w:rPr>
            <w:color w:val="0000EE"/>
            <w:u w:val="single"/>
          </w:rPr>
          <w:t>https://amauiblog.com/maui-travel-planner/</w:t>
        </w:r>
      </w:hyperlink>
      <w:r>
        <w:t xml:space="preserve"> - Offers an alternative approach to planning a trip to Maui using a vacation planner and journal, emphasizing personal preferences and detailed planning.</w:t>
      </w:r>
      <w:r/>
    </w:p>
    <w:p>
      <w:pPr>
        <w:pStyle w:val="ListNumber"/>
        <w:spacing w:line="240" w:lineRule="auto"/>
        <w:ind w:left="720"/>
      </w:pPr>
      <w:r/>
      <w:hyperlink r:id="rId13">
        <w:r>
          <w:rPr>
            <w:color w:val="0000EE"/>
            <w:u w:val="single"/>
          </w:rPr>
          <w:t>https://guidealong.com/maui-trip-planner/</w:t>
        </w:r>
      </w:hyperlink>
      <w:r>
        <w:t xml:space="preserve"> - Provides a comprehensive guide to planning a trip to Maui, including tips on transportation, accommodations, and activities, which contrasts with the AI-driven approaches discussed.</w:t>
      </w:r>
      <w:r/>
    </w:p>
    <w:p>
      <w:pPr>
        <w:pStyle w:val="ListNumber"/>
        <w:spacing w:line="240" w:lineRule="auto"/>
        <w:ind w:left="720"/>
      </w:pPr>
      <w:r/>
      <w:hyperlink r:id="rId10">
        <w:r>
          <w:rPr>
            <w:color w:val="0000EE"/>
            <w:u w:val="single"/>
          </w:rPr>
          <w:t>https://www.outsideonline.com/adventure-travel/advice/ai-trip-planning/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utsideonline.com/adventure-travel/advice/ai-trip-planning/" TargetMode="External"/><Relationship Id="rId11" Type="http://schemas.openxmlformats.org/officeDocument/2006/relationships/hyperlink" Target="https://www.reddit.com/r/MauiVisitors/comments/1ft03uf/i_used_ai_to_plan_my_trip_to_maui_the_results/" TargetMode="External"/><Relationship Id="rId12" Type="http://schemas.openxmlformats.org/officeDocument/2006/relationships/hyperlink" Target="https://amauiblog.com/maui-travel-planner/" TargetMode="External"/><Relationship Id="rId13" Type="http://schemas.openxmlformats.org/officeDocument/2006/relationships/hyperlink" Target="https://guidealong.com/maui-trip-plann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