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business growth: AI-powered tools every entrepreneur needs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Future of Business Growth: AI-Powered Tools Every Entrepreneur Needs</w:t>
      </w:r>
      <w:r/>
    </w:p>
    <w:p>
      <w:r/>
      <w:r>
        <w:rPr>
          <w:b/>
        </w:rPr>
        <w:t>Seventeen years ago, when I took my first steps into the world of entrepreneurship to pursue my lifelong dream of writing books, the landscape was entirely different. Building my publishing company prepared me for my next venture, Saving Promise, a national nonprofit organization. Despite moments of doubt about leaving a stable corporate job, I persevered through faith, resourcefulness, and determination. Back then, aside from social media, the absence of advanced technology made growing my new business a slow and arduous process.</w:t>
      </w:r>
      <w:r/>
    </w:p>
    <w:p>
      <w:r/>
      <w:r>
        <w:t>The rapid evolution of technology, especially artificial intelligence (AI), is revolutionising business growth strategies for modern entrepreneurs. One such advancement is tools like Vidyo.ai, which exemplify the transformative potential of AI. These tools drastically reduce the time and effort required to market and expand a business, providing capabilities that were previously the prerogative of larger corporations.</w:t>
      </w:r>
      <w:r/>
    </w:p>
    <w:p>
      <w:r/>
      <w:r>
        <w:t>Vidyo.ai demonstrates the remarkable progress in AI by enabling the transformation of a single piece of long-form content into a multitude of diverse, platform-optimised materials. For instance, imagine converting a one-hour webinar into multiple forms of content - from short clips tailored for social media to comprehensive chapters suitable for an online course. This tool can further break down content into podcast episodes, blog posts, LinkedIn articles, visual quote graphics, animated GIFs, and more, all generated from the original material.</w:t>
      </w:r>
      <w:r/>
    </w:p>
    <w:p>
      <w:r/>
      <w:r>
        <w:t>One of Vidyo.ai's key features is its ability to score content segments based on their predicted virality, allowing entrepreneurs to concentrate their marketing efforts on the most promising pieces. This capability addresses a significant challenge faced by many small business owners—the constraints of time and resources.</w:t>
      </w:r>
      <w:r/>
    </w:p>
    <w:p>
      <w:r/>
      <w:r>
        <w:rPr>
          <w:b/>
        </w:rPr>
        <w:t>Here are three innovative ways in which entrepreneurs can leverage AI tools like Vidyo.ai to significantly amplify their business growth, reach, and impact:</w:t>
      </w:r>
      <w:r/>
    </w:p>
    <w:p>
      <w:pPr>
        <w:pStyle w:val="Heading3"/>
      </w:pPr>
      <w:r>
        <w:t>Content Repurposing and Optimization</w:t>
      </w:r>
      <w:r/>
    </w:p>
    <w:p>
      <w:r/>
      <w:r>
        <w:t>AI-driven tools such as Vidyo.ai excel in repurposing long-form content into various formats, maximising reach and engagement across multiple platforms. From turning a single webinar into blog posts, social media snippets, and podcast episodes, these tools enable entrepreneurs to maintain a consistent online presence with minimal effort.</w:t>
      </w:r>
      <w:r/>
    </w:p>
    <w:p>
      <w:pPr>
        <w:pStyle w:val="Heading3"/>
      </w:pPr>
      <w:r>
        <w:t>Predictive Analytics for Marketing</w:t>
      </w:r>
      <w:r/>
    </w:p>
    <w:p>
      <w:r/>
      <w:r>
        <w:t>AI-powered analytics offer the ability to predict which content segments are most 'viral-ready', allowing business owners to focus their marketing strategies on high-potential areas. This targeted approach not only ensures higher engagement rates but also enhances return on investment (ROI) in marketing campaigns.</w:t>
      </w:r>
      <w:r/>
    </w:p>
    <w:p>
      <w:pPr>
        <w:pStyle w:val="Heading3"/>
      </w:pPr>
      <w:r>
        <w:t>Automated Customer Interactions</w:t>
      </w:r>
      <w:r/>
    </w:p>
    <w:p>
      <w:r/>
      <w:r>
        <w:t>By incorporating AI-driven chatbots and virtual assistants, entrepreneurs can manage customer inquiries, provide personalised recommendations, and gather feedback seamlessly. Not only do these interactions improve customer satisfaction, but they also free up valuable time for entrepreneurs to focus on strategic growth initiatives.</w:t>
      </w:r>
      <w:r/>
    </w:p>
    <w:p>
      <w:r/>
      <w:r>
        <w:t>The integration of AI into marketing and sales processes offers entrepreneurs an unprecedented opportunity to maximise their reach, engagement, and conversions with unparalleled efficiency. Tools like Vidyo.ai not only democratise the marketing capabilities for entrepreneurs but also present vast opportunities for growth and impact.</w:t>
      </w:r>
      <w:r/>
    </w:p>
    <w:p>
      <w:r/>
      <w:r>
        <w:t>As technological advancements continue to shape the entrepreneurial landscape, business owners stand on the brink of a new era. The potential of AI to transform business operations and outcomes is apparent, ushering in a future where visionary entrepreneurs can explore and achieve new heights of impact and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https://www.linkedin.com/pulse/ten-ai-tools-business-development-aron-schoenfeld</w:t>
        </w:r>
      </w:hyperlink>
      <w:r>
        <w:t xml:space="preserve"> - This article supports the use of AI tools in business development, such as HubSpot Sales Hub, Clearbit, and Drift, which are similar to the capabilities described for Vidyo.ai in content repurposing and automated customer interactions.</w:t>
      </w:r>
      <w:r/>
    </w:p>
    <w:p>
      <w:pPr>
        <w:pStyle w:val="ListNumber"/>
        <w:spacing w:line="240" w:lineRule="auto"/>
        <w:ind w:left="720"/>
      </w:pPr>
      <w:r/>
      <w:hyperlink r:id="rId11">
        <w:r>
          <w:rPr>
            <w:color w:val="0000EE"/>
            <w:u w:val="single"/>
          </w:rPr>
          <w:t>https://www.vezadigital.com/post/top-5-ai-tools-for-productivity-and-fast-goal-achievement-unlock-your-business-growth</w:t>
        </w:r>
      </w:hyperlink>
      <w:r>
        <w:t xml:space="preserve"> - This article discusses AI tools like ChatGPT and Salesforce Einstein, which can be used for content generation, predictive analytics, and automated customer interactions, aligning with the innovative ways AI tools can amplify business growth.</w:t>
      </w:r>
      <w:r/>
    </w:p>
    <w:p>
      <w:pPr>
        <w:pStyle w:val="ListNumber"/>
        <w:spacing w:line="240" w:lineRule="auto"/>
        <w:ind w:left="720"/>
      </w:pPr>
      <w:r/>
      <w:hyperlink r:id="rId12">
        <w:r>
          <w:rPr>
            <w:color w:val="0000EE"/>
            <w:u w:val="single"/>
          </w:rPr>
          <w:t>https://www.simplilearn.com/top-ai-tools-for-business-article</w:t>
        </w:r>
      </w:hyperlink>
      <w:r>
        <w:t xml:space="preserve"> - This article highlights AI tools such as ClickUp AI, Jasper AI, and Plus.AI, which are used for content creation, data analysis, and reporting, similar to the content repurposing and predictive analytics mentioned.</w:t>
      </w:r>
      <w:r/>
    </w:p>
    <w:p>
      <w:pPr>
        <w:pStyle w:val="ListNumber"/>
        <w:spacing w:line="240" w:lineRule="auto"/>
        <w:ind w:left="720"/>
      </w:pPr>
      <w:r/>
      <w:hyperlink r:id="rId13">
        <w:r>
          <w:rPr>
            <w:color w:val="0000EE"/>
            <w:u w:val="single"/>
          </w:rPr>
          <w:t>https://storychief.io/blog/ai-tools-for-business</w:t>
        </w:r>
      </w:hyperlink>
      <w:r>
        <w:t xml:space="preserve"> - This article features AI tools like StoryChief and Chatbase, which help in content marketing and customer service automation, supporting the idea of using AI for content optimization and customer interactions.</w:t>
      </w:r>
      <w:r/>
    </w:p>
    <w:p>
      <w:pPr>
        <w:pStyle w:val="ListNumber"/>
        <w:spacing w:line="240" w:lineRule="auto"/>
        <w:ind w:left="720"/>
      </w:pPr>
      <w:r/>
      <w:hyperlink r:id="rId14">
        <w:r>
          <w:rPr>
            <w:color w:val="0000EE"/>
            <w:u w:val="single"/>
          </w:rPr>
          <w:t>https://www.digitalocean.com/resources/articles/ai-tools-in-business</w:t>
        </w:r>
      </w:hyperlink>
      <w:r>
        <w:t xml:space="preserve"> - This article discusses AI tools such as Tableau, IBM Watson Studio, and Zendesk Chatbot, which are used for data visualization, predictive analytics, and customer support, aligning with the predictive analytics and automated customer interactions mentioned.</w:t>
      </w:r>
      <w:r/>
    </w:p>
    <w:p>
      <w:pPr>
        <w:pStyle w:val="ListNumber"/>
        <w:spacing w:line="240" w:lineRule="auto"/>
        <w:ind w:left="720"/>
      </w:pPr>
      <w:r/>
      <w:hyperlink r:id="rId10">
        <w:r>
          <w:rPr>
            <w:color w:val="0000EE"/>
            <w:u w:val="single"/>
          </w:rPr>
          <w:t>https://www.linkedin.com/pulse/ten-ai-tools-business-development-aron-schoenfeld</w:t>
        </w:r>
      </w:hyperlink>
      <w:r>
        <w:t xml:space="preserve"> - This article mentions tools like Conversica and Crystal Knows, which use AI for lead qualification and personalized communication, supporting the concept of automated customer interactions.</w:t>
      </w:r>
      <w:r/>
    </w:p>
    <w:p>
      <w:pPr>
        <w:pStyle w:val="ListNumber"/>
        <w:spacing w:line="240" w:lineRule="auto"/>
        <w:ind w:left="720"/>
      </w:pPr>
      <w:r/>
      <w:hyperlink r:id="rId11">
        <w:r>
          <w:rPr>
            <w:color w:val="0000EE"/>
            <w:u w:val="single"/>
          </w:rPr>
          <w:t>https://www.vezadigital.com/post/top-5-ai-tools-for-productivity-and-fast-goal-achievement-unlock-your-business-growth</w:t>
        </w:r>
      </w:hyperlink>
      <w:r>
        <w:t xml:space="preserve"> - This article talks about the scalability and adaptability of AI tools, which is crucial for business growth and aligns with the idea of leveraging AI to maximize reach and engagement.</w:t>
      </w:r>
      <w:r/>
    </w:p>
    <w:p>
      <w:pPr>
        <w:pStyle w:val="ListNumber"/>
        <w:spacing w:line="240" w:lineRule="auto"/>
        <w:ind w:left="720"/>
      </w:pPr>
      <w:r/>
      <w:hyperlink r:id="rId12">
        <w:r>
          <w:rPr>
            <w:color w:val="0000EE"/>
            <w:u w:val="single"/>
          </w:rPr>
          <w:t>https://www.simplilearn.com/top-ai-tools-for-business-article</w:t>
        </w:r>
      </w:hyperlink>
      <w:r>
        <w:t xml:space="preserve"> - This article discusses the use of AI tools like Fireflies AI for meeting transcription and summarization, which can enhance productivity and support strategic growth initiatives.</w:t>
      </w:r>
      <w:r/>
    </w:p>
    <w:p>
      <w:pPr>
        <w:pStyle w:val="ListNumber"/>
        <w:spacing w:line="240" w:lineRule="auto"/>
        <w:ind w:left="720"/>
      </w:pPr>
      <w:r/>
      <w:hyperlink r:id="rId13">
        <w:r>
          <w:rPr>
            <w:color w:val="0000EE"/>
            <w:u w:val="single"/>
          </w:rPr>
          <w:t>https://storychief.io/blog/ai-tools-for-business</w:t>
        </w:r>
      </w:hyperlink>
      <w:r>
        <w:t xml:space="preserve"> - This article features Zapier, an automation platform that connects various apps and services, supporting the idea of automating repetitive tasks and streamlining workflows using AI.</w:t>
      </w:r>
      <w:r/>
    </w:p>
    <w:p>
      <w:pPr>
        <w:pStyle w:val="ListNumber"/>
        <w:spacing w:line="240" w:lineRule="auto"/>
        <w:ind w:left="720"/>
      </w:pPr>
      <w:r/>
      <w:hyperlink r:id="rId14">
        <w:r>
          <w:rPr>
            <w:color w:val="0000EE"/>
            <w:u w:val="single"/>
          </w:rPr>
          <w:t>https://www.digitalocean.com/resources/articles/ai-tools-in-business</w:t>
        </w:r>
      </w:hyperlink>
      <w:r>
        <w:t xml:space="preserve"> - This article mentions UiPath and Automation Anywhere, which are RPA platforms that use AI to automate business processes, aligning with the concept of automating tasks to focus on strategic growth.</w:t>
      </w:r>
      <w:r/>
    </w:p>
    <w:p>
      <w:pPr>
        <w:pStyle w:val="ListNumber"/>
        <w:spacing w:line="240" w:lineRule="auto"/>
        <w:ind w:left="720"/>
      </w:pPr>
      <w:r/>
      <w:hyperlink r:id="rId14">
        <w:r>
          <w:rPr>
            <w:color w:val="0000EE"/>
            <w:u w:val="single"/>
          </w:rPr>
          <w:t>https://www.digitalocean.com/resources/articles/ai-tools-in-business</w:t>
        </w:r>
      </w:hyperlink>
      <w:r>
        <w:t xml:space="preserve"> - This article discusses Adobe Sensei, which uses AI for marketing automation and content personalization, supporting the idea of using AI to enhance marketing strategies and customer interactions.</w:t>
      </w:r>
      <w:r/>
    </w:p>
    <w:p>
      <w:pPr>
        <w:pStyle w:val="ListNumber"/>
        <w:spacing w:line="240" w:lineRule="auto"/>
        <w:ind w:left="720"/>
      </w:pPr>
      <w:r/>
      <w:hyperlink r:id="rId15">
        <w:r>
          <w:rPr>
            <w:color w:val="0000EE"/>
            <w:u w:val="single"/>
          </w:rPr>
          <w:t>https://www.bestholisticlife.com/the-future-of-business-growth-3-ai-powered-tools-every-entrepreneur-needs/?utm_source=rss&amp;utm_medium=rss&amp;utm_campaign=the-future-of-business-growth-3-ai-powered-tools-every-entrepreneur-needs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ten-ai-tools-business-development-aron-schoenfeld" TargetMode="External"/><Relationship Id="rId11" Type="http://schemas.openxmlformats.org/officeDocument/2006/relationships/hyperlink" Target="https://www.vezadigital.com/post/top-5-ai-tools-for-productivity-and-fast-goal-achievement-unlock-your-business-growth" TargetMode="External"/><Relationship Id="rId12" Type="http://schemas.openxmlformats.org/officeDocument/2006/relationships/hyperlink" Target="https://www.simplilearn.com/top-ai-tools-for-business-article" TargetMode="External"/><Relationship Id="rId13" Type="http://schemas.openxmlformats.org/officeDocument/2006/relationships/hyperlink" Target="https://storychief.io/blog/ai-tools-for-business" TargetMode="External"/><Relationship Id="rId14" Type="http://schemas.openxmlformats.org/officeDocument/2006/relationships/hyperlink" Target="https://www.digitalocean.com/resources/articles/ai-tools-in-business" TargetMode="External"/><Relationship Id="rId15" Type="http://schemas.openxmlformats.org/officeDocument/2006/relationships/hyperlink" Target="https://www.bestholisticlife.com/the-future-of-business-growth-3-ai-powered-tools-every-entrepreneur-needs/?utm_source=rss&amp;utm_medium=rss&amp;utm_campaign=the-future-of-business-growth-3-ai-powered-tools-every-entrepreneur-nee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