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next big thing in consumer tech: smart glasses revolution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Next Big Thing in Consumer Tech: Smart Glasses Revolution with AI</w:t>
      </w:r>
      <w:r/>
    </w:p>
    <w:p>
      <w:r/>
      <w:r>
        <w:t>The tech world is abuzz as the next major consumer device category looms on the horizon: smart glasses. At the recent developer conference, Meta unveiled a groundbreaking new set of augmented reality (AR) glasses named Orion, positioning itself at the forefront of this rapidly evolving field. Additionally, Snap introduced its latest iteration of smart eyewear, the Snap Spectacles, marking a significant step forward for the company. Earlier in June, Google hinted at its own AR glasses during the Google I/O event, while Apple is also rumoured to be in the advanced stages of developing their own version.</w:t>
      </w:r>
      <w:r/>
    </w:p>
    <w:p>
      <w:r/>
      <w:r>
        <w:t xml:space="preserve">These developments signify that after years of anticipation and promises, augmented reality spectacles have finally emerged as a tangible product category. However, industry experts suggest that the core innovation of these devices lies not in the augmented reality features but in their integration with artificial intelligence (AI). Unlike traditional AR applications that focus on overlaying digital objects onto the physical world, smart glasses aim to provide users with a seamless interface to interact with AI throughout their daily activities. </w:t>
      </w:r>
      <w:r/>
    </w:p>
    <w:p>
      <w:r/>
      <w:r>
        <w:t>This shift towards AI functionality offers a more practical and versatile use case for the technology, emphasising the utility of 'brains' over 'visual effects.' By embedding AI capabilities into everyday eyewear, these devices could transform the way users receive information, interact with their environment, and manage their daily tasks.</w:t>
      </w:r>
      <w:r/>
    </w:p>
    <w:p>
      <w:r/>
      <w:r>
        <w:rPr>
          <w:b/>
        </w:rPr>
        <w:t>Innovations and Challenges in AI Development</w:t>
      </w:r>
      <w:r/>
    </w:p>
    <w:p>
      <w:r/>
      <w:r>
        <w:t>Simultaneously, the sphere of artificial intelligence research witnesses its own transformative trends, challenging the prevalent notion that bigger always equates to better. Traditionally, the field has operated on the premise that larger datasets, more computing power, and increased model parameters correlate with superior AI performance. While scaling up has driven significant advancements, this approach is not without its drawbacks.</w:t>
      </w:r>
      <w:r/>
    </w:p>
    <w:p>
      <w:r/>
      <w:r>
        <w:t>Large-scale AI models often come with complex ethical and logistical issues, including invasive data collection practices and the presence of harmful content such as child sexual abuse material in training datasets. Moreover, these expansive models demand considerable energy resources, contributing to a substantial carbon footprint that poses ecological concerns.</w:t>
      </w:r>
      <w:r/>
    </w:p>
    <w:p>
      <w:r/>
      <w:r>
        <w:t>The Allen Institute for Artificial Intelligence presents a compelling alternative to this trend. Researchers at the institute have successfully developed an open-source family of models that attain impressive performance levels while utilising only a fraction of the resources required for conventional state-of-the-art models. This achievement not only highlights the potential for more efficient and ethically-sound AI development but also underscores the importance of innovative approaches in the pursuit of technological advancement.</w:t>
      </w:r>
      <w:r/>
    </w:p>
    <w:p>
      <w:r/>
      <w:r>
        <w:rPr>
          <w:b/>
        </w:rPr>
        <w:t>A Glimpse into the Future</w:t>
      </w:r>
      <w:r/>
    </w:p>
    <w:p>
      <w:r/>
      <w:r>
        <w:t>As smart glasses and AI technology continue to evolve, the implications for both consumer tech and AI ethics are profound. Devices like Meta’s Orion and Snap’s Spectacles herald a new era of wearable technology, where augmented reality meets artificial intelligence, promising a host of applications that extend beyond mere visual enhancements.</w:t>
      </w:r>
      <w:r/>
    </w:p>
    <w:p>
      <w:r/>
      <w:r>
        <w:t>Meanwhile, advancements in AI research, exemplified by efforts from institutions like the Allen Institute, demonstrate a shift towards more sustainable and responsible innovation. These parallel developments suggest a future where smart devices are not only more intelligent but also more attuned to ethical and environmental considerations.</w:t>
      </w:r>
      <w:r/>
    </w:p>
    <w:p>
      <w:r/>
      <w:r>
        <w:t>While the buzz around new gadgets and AI models captures headlines, the underlying narrative is one of smart, sustainable growth in technology. As these trends mature, they offer the potential to reshape our interaction with the digital world, influencing various aspects of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https://www.pymnts.com/news/artificial-intelligence/2024/ai-glasses-from-snap-meta-may-reshape-how-we-shop/</w:t>
        </w:r>
      </w:hyperlink>
      <w:r>
        <w:t xml:space="preserve"> - Corroborates the development of AI-enabled glasses by Snap and Meta, and their potential impact on shopping experiences.</w:t>
      </w:r>
      <w:r/>
    </w:p>
    <w:p>
      <w:pPr>
        <w:pStyle w:val="ListNumber"/>
        <w:spacing w:line="240" w:lineRule="auto"/>
        <w:ind w:left="720"/>
      </w:pPr>
      <w:r/>
      <w:hyperlink r:id="rId11">
        <w:r>
          <w:rPr>
            <w:color w:val="0000EE"/>
            <w:u w:val="single"/>
          </w:rPr>
          <w:t>https://observer.com/2024/09/ai-smart-glasses-startup-challenge-meta/</w:t>
        </w:r>
      </w:hyperlink>
      <w:r>
        <w:t xml:space="preserve"> - Supports the introduction of Meta's Orion AR glasses and Snap's Spectacles, highlighting their AI capabilities and market impact.</w:t>
      </w:r>
      <w:r/>
    </w:p>
    <w:p>
      <w:pPr>
        <w:pStyle w:val="ListNumber"/>
        <w:spacing w:line="240" w:lineRule="auto"/>
        <w:ind w:left="720"/>
      </w:pPr>
      <w:r/>
      <w:hyperlink r:id="rId12">
        <w:r>
          <w:rPr>
            <w:color w:val="0000EE"/>
            <w:u w:val="single"/>
          </w:rPr>
          <w:t>https://www.technewsworld.com/story/ai-enhanced-next-gen-smart-glasses-could-revolutionize-wearables-179339.html</w:t>
        </w:r>
      </w:hyperlink>
      <w:r>
        <w:t xml:space="preserve"> - Discusses the integration of AI in next-generation smart glasses by Meta and Google, and their potential to revolutionize wearable tech.</w:t>
      </w:r>
      <w:r/>
    </w:p>
    <w:p>
      <w:pPr>
        <w:pStyle w:val="ListNumber"/>
        <w:spacing w:line="240" w:lineRule="auto"/>
        <w:ind w:left="720"/>
      </w:pPr>
      <w:r/>
      <w:hyperlink r:id="rId13">
        <w:r>
          <w:rPr>
            <w:color w:val="0000EE"/>
            <w:u w:val="single"/>
          </w:rPr>
          <w:t>https://www.scmp.com/tech/tech-trends/article/3275379/ai-smart-glasses-are-latest-gadget-gold-rush-chinese-tech-firms</w:t>
        </w:r>
      </w:hyperlink>
      <w:r>
        <w:t xml:space="preserve"> - Mentions the competitive landscape of AI-powered glasses, including offerings from Chinese tech firms and their pricing strategies.</w:t>
      </w:r>
      <w:r/>
    </w:p>
    <w:p>
      <w:pPr>
        <w:pStyle w:val="ListNumber"/>
        <w:spacing w:line="240" w:lineRule="auto"/>
        <w:ind w:left="720"/>
      </w:pPr>
      <w:r/>
      <w:hyperlink r:id="rId14">
        <w:r>
          <w:rPr>
            <w:color w:val="0000EE"/>
            <w:u w:val="single"/>
          </w:rPr>
          <w:t>https://www.forbes.com/sites/bensin/2024/07/31/brilliant-labs-frame-ai-smart-glasses-review-future-of-personal-computing/</w:t>
        </w:r>
      </w:hyperlink>
      <w:r>
        <w:t xml:space="preserve"> - Provides details on the features and capabilities of AI-powered smart glasses, such as the Frame by Brilliant Labs, and their potential in personal computing.</w:t>
      </w:r>
      <w:r/>
    </w:p>
    <w:p>
      <w:pPr>
        <w:pStyle w:val="ListNumber"/>
        <w:spacing w:line="240" w:lineRule="auto"/>
        <w:ind w:left="720"/>
      </w:pPr>
      <w:r/>
      <w:hyperlink r:id="rId11">
        <w:r>
          <w:rPr>
            <w:color w:val="0000EE"/>
            <w:u w:val="single"/>
          </w:rPr>
          <w:t>https://observer.com/2024/09/ai-smart-glasses-startup-challenge-meta/</w:t>
        </w:r>
      </w:hyperlink>
      <w:r>
        <w:t xml:space="preserve"> - Highlights the role of AI in enhancing the functionality and user experience of smart glasses, such as those from Meta and Innovative Eyewear.</w:t>
      </w:r>
      <w:r/>
    </w:p>
    <w:p>
      <w:pPr>
        <w:pStyle w:val="ListNumber"/>
        <w:spacing w:line="240" w:lineRule="auto"/>
        <w:ind w:left="720"/>
      </w:pPr>
      <w:r/>
      <w:hyperlink r:id="rId12">
        <w:r>
          <w:rPr>
            <w:color w:val="0000EE"/>
            <w:u w:val="single"/>
          </w:rPr>
          <w:t>https://www.technewsworld.com/story/ai-enhanced-next-gen-smart-glasses-could-revolutionize-wearables-179339.html</w:t>
        </w:r>
      </w:hyperlink>
      <w:r>
        <w:t xml:space="preserve"> - Explains how AI improves the usability and utility of smart glasses, making them more appealing for mainstream adoption.</w:t>
      </w:r>
      <w:r/>
    </w:p>
    <w:p>
      <w:pPr>
        <w:pStyle w:val="ListNumber"/>
        <w:spacing w:line="240" w:lineRule="auto"/>
        <w:ind w:left="720"/>
      </w:pPr>
      <w:r/>
      <w:hyperlink r:id="rId10">
        <w:r>
          <w:rPr>
            <w:color w:val="0000EE"/>
            <w:u w:val="single"/>
          </w:rPr>
          <w:t>https://www.pymnts.com/news/artificial-intelligence/2024/ai-glasses-from-snap-meta-may-reshape-how-we-shop/</w:t>
        </w:r>
      </w:hyperlink>
      <w:r>
        <w:t xml:space="preserve"> - Discusses the potential challenges and benefits of AI glasses in retail, including their impact on consumer behavior and small businesses.</w:t>
      </w:r>
      <w:r/>
    </w:p>
    <w:p>
      <w:pPr>
        <w:pStyle w:val="ListNumber"/>
        <w:spacing w:line="240" w:lineRule="auto"/>
        <w:ind w:left="720"/>
      </w:pPr>
      <w:r/>
      <w:hyperlink r:id="rId11">
        <w:r>
          <w:rPr>
            <w:color w:val="0000EE"/>
            <w:u w:val="single"/>
          </w:rPr>
          <w:t>https://observer.com/2024/09/ai-smart-glasses-startup-challenge-meta/</w:t>
        </w:r>
      </w:hyperlink>
      <w:r>
        <w:t xml:space="preserve"> - Mentions the market growth and projections for smart eyewear, including the annual growth rate and future market size.</w:t>
      </w:r>
      <w:r/>
    </w:p>
    <w:p>
      <w:pPr>
        <w:pStyle w:val="ListNumber"/>
        <w:spacing w:line="240" w:lineRule="auto"/>
        <w:ind w:left="720"/>
      </w:pPr>
      <w:r/>
      <w:hyperlink r:id="rId12">
        <w:r>
          <w:rPr>
            <w:color w:val="0000EE"/>
            <w:u w:val="single"/>
          </w:rPr>
          <w:t>https://www.technewsworld.com/story/ai-enhanced-next-gen-smart-glasses-could-revolutionize-wearables-179339.html</w:t>
        </w:r>
      </w:hyperlink>
      <w:r>
        <w:t xml:space="preserve"> - Addresses the ethical and logistical issues associated with large-scale AI models and the need for more efficient and sustainable AI development.</w:t>
      </w:r>
      <w:r/>
    </w:p>
    <w:p>
      <w:pPr>
        <w:pStyle w:val="ListNumber"/>
        <w:spacing w:line="240" w:lineRule="auto"/>
        <w:ind w:left="720"/>
      </w:pPr>
      <w:r/>
      <w:hyperlink r:id="rId14">
        <w:r>
          <w:rPr>
            <w:color w:val="0000EE"/>
            <w:u w:val="single"/>
          </w:rPr>
          <w:t>https://www.forbes.com/sites/bensin/2024/07/31/brilliant-labs-frame-ai-smart-glasses-review-future-of-personal-computing/</w:t>
        </w:r>
      </w:hyperlink>
      <w:r>
        <w:t xml:space="preserve"> - Illustrates the future of wearable technology, where devices like smart glasses integrate AI to enhance daily activities and interactions.</w:t>
      </w:r>
      <w:r/>
    </w:p>
    <w:p>
      <w:pPr>
        <w:pStyle w:val="ListNumber"/>
        <w:spacing w:line="240" w:lineRule="auto"/>
        <w:ind w:left="720"/>
      </w:pPr>
      <w:r/>
      <w:hyperlink r:id="rId15">
        <w:r>
          <w:rPr>
            <w:color w:val="0000EE"/>
            <w:u w:val="single"/>
          </w:rPr>
          <w:t>https://www.technologyreview.com/2024/10/01/1104750/the-download-smart-glasses-and-tiny-ai-models/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artificial-intelligence/2024/ai-glasses-from-snap-meta-may-reshape-how-we-shop/" TargetMode="External"/><Relationship Id="rId11" Type="http://schemas.openxmlformats.org/officeDocument/2006/relationships/hyperlink" Target="https://observer.com/2024/09/ai-smart-glasses-startup-challenge-meta/" TargetMode="External"/><Relationship Id="rId12" Type="http://schemas.openxmlformats.org/officeDocument/2006/relationships/hyperlink" Target="https://www.technewsworld.com/story/ai-enhanced-next-gen-smart-glasses-could-revolutionize-wearables-179339.html" TargetMode="External"/><Relationship Id="rId13" Type="http://schemas.openxmlformats.org/officeDocument/2006/relationships/hyperlink" Target="https://www.scmp.com/tech/tech-trends/article/3275379/ai-smart-glasses-are-latest-gadget-gold-rush-chinese-tech-firms" TargetMode="External"/><Relationship Id="rId14" Type="http://schemas.openxmlformats.org/officeDocument/2006/relationships/hyperlink" Target="https://www.forbes.com/sites/bensin/2024/07/31/brilliant-labs-frame-ai-smart-glasses-review-future-of-personal-computing/" TargetMode="External"/><Relationship Id="rId15" Type="http://schemas.openxmlformats.org/officeDocument/2006/relationships/hyperlink" Target="https://www.technologyreview.com/2024/10/01/1104750/the-download-smart-glasses-and-tiny-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