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deepfakes: what you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The Rise of AI Deepfakes: What You Need to Know</w:t>
      </w:r>
      <w:r/>
    </w:p>
    <w:p>
      <w:r/>
      <w:r>
        <w:t>The rapid development and dissemination of AI-generated deepfakes are becoming a significant concern for experts, particularly regarding their potential impact on society and democratic processes. Deepfakes, which are highly realistic digital forgeries created using deep learning techniques, can manipulate audio, images, and videos to produce fabricated content that mimics real people almost flawlessly.</w:t>
      </w:r>
      <w:r/>
    </w:p>
    <w:p>
      <w:r/>
      <w:r>
        <w:t>Laurie Segall, the founder of Mostly Human Media, alongside other experts and technologists, is voicing concerns about the growing presence of these technologies in both social and political arenas. The sophistication of deepfakes makes it increasingly challenging for the general public to discern altered content from genuine media, thereby posing risks to the integrity of information and trust among audiences.</w:t>
      </w:r>
      <w:r/>
    </w:p>
    <w:p>
      <w:pPr>
        <w:pStyle w:val="Heading3"/>
      </w:pPr>
      <w:r>
        <w:t>Understanding Deepfakes</w:t>
      </w:r>
      <w:r/>
    </w:p>
    <w:p>
      <w:r/>
      <w:r>
        <w:t>Deepfakes exploit advanced AI algorithms, specifically convolutional neural networks, to create seamless imitations of individuals. These forgeries can range from seemingly innocuous entertainment videos to more malicious uses, such as spreading misinformation or defaming public figures. The effects of deepfake technology could be particularly pronounced during election cycles, where manipulated media could influence voter perceptions and outcomes significantly.</w:t>
      </w:r>
      <w:r/>
    </w:p>
    <w:p>
      <w:pPr>
        <w:pStyle w:val="Heading3"/>
      </w:pPr>
      <w:r>
        <w:t>Identifying Deepfakes</w:t>
      </w:r>
      <w:r/>
    </w:p>
    <w:p>
      <w:r/>
      <w:r>
        <w:t>Despite the advanced nature of deepfakes, there are indicators that can help detect them. Laurie Segall, along with digital media experts, suggests several methods to spot deepfake content:</w:t>
      </w:r>
      <w:r/>
      <w:r/>
    </w:p>
    <w:p>
      <w:pPr>
        <w:pStyle w:val="ListNumber"/>
        <w:numPr>
          <w:ilvl w:val="0"/>
          <w:numId w:val="14"/>
        </w:numPr>
        <w:spacing w:line="240" w:lineRule="auto"/>
        <w:ind w:left="720"/>
      </w:pPr>
      <w:r/>
      <w:r>
        <w:rPr>
          <w:b/>
        </w:rPr>
        <w:t>Visual Inconsistencies</w:t>
      </w:r>
      <w:r>
        <w:t>: Look for irregularities in videos, such as unnatural facial movements, awkward blinking, and mismatched lighting or shadows.</w:t>
      </w:r>
      <w:r/>
    </w:p>
    <w:p>
      <w:pPr>
        <w:pStyle w:val="ListNumber"/>
        <w:spacing w:line="240" w:lineRule="auto"/>
        <w:ind w:left="720"/>
      </w:pPr>
      <w:r/>
      <w:r>
        <w:rPr>
          <w:b/>
        </w:rPr>
        <w:t>Audio Anomalies</w:t>
      </w:r>
      <w:r>
        <w:t>: Pay attention to discrepancies between the speaker’s voice and their lip movements, and be wary of unnatural speech patterns or audio distortions.</w:t>
      </w:r>
      <w:r/>
    </w:p>
    <w:p>
      <w:pPr>
        <w:pStyle w:val="ListNumber"/>
        <w:spacing w:line="240" w:lineRule="auto"/>
        <w:ind w:left="720"/>
      </w:pPr>
      <w:r/>
      <w:r>
        <w:rPr>
          <w:b/>
        </w:rPr>
        <w:t>Source Credibility</w:t>
      </w:r>
      <w:r>
        <w:t>: Verify information against trusted sources. If a piece of media appears on an unfamiliar or dubious platform, it might warrant further scrutiny.</w:t>
      </w:r>
      <w:r/>
    </w:p>
    <w:p>
      <w:pPr>
        <w:pStyle w:val="ListNumber"/>
        <w:spacing w:line="240" w:lineRule="auto"/>
        <w:ind w:left="720"/>
      </w:pPr>
      <w:r/>
      <w:r>
        <w:rPr>
          <w:b/>
        </w:rPr>
        <w:t>Metadata Examination</w:t>
      </w:r>
      <w:r>
        <w:t>: Metadata attached to digital files can provide clues about their authenticity. Anomalies in metadata can sometimes indicate tampering.</w:t>
      </w:r>
      <w:r/>
      <w:r/>
    </w:p>
    <w:p>
      <w:pPr>
        <w:pStyle w:val="Heading3"/>
      </w:pPr>
      <w:r>
        <w:t>Societal Implications</w:t>
      </w:r>
      <w:r/>
    </w:p>
    <w:p>
      <w:r/>
      <w:r>
        <w:t>The proliferation of deepfakes extends beyond individual cases. The potential for widespread misinformation endangers public trust in media and erodes the foundation of democratic discourse. As deepfakes become more sophisticated, the tools and methods for detecting them must advance in tandem to mitigate their negative effects.</w:t>
      </w:r>
      <w:r/>
    </w:p>
    <w:p>
      <w:r/>
      <w:r>
        <w:t>Technological companies and social media platforms are increasingly tasked with identifying and countering deepfake content. However, this is a continually evolving challenge. Stay informed about technological advancements and remain critical of media, particularly during high-stakes events such as elections, to navigate the complexities introduced by deepfake content.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https://www.liebertpub.com/doi/10.1089/cyber.2021.29208.jth</w:t>
        </w:r>
      </w:hyperlink>
      <w:r>
        <w:t xml:space="preserve"> - This article discusses the psychological, social, and policy implications of deepfakes, including their impact on trust in media and the challenges in detecting them.</w:t>
      </w:r>
      <w:r/>
    </w:p>
    <w:p>
      <w:pPr>
        <w:pStyle w:val="ListNumber"/>
        <w:spacing w:line="240" w:lineRule="auto"/>
        <w:ind w:left="720"/>
      </w:pPr>
      <w:r/>
      <w:hyperlink r:id="rId11">
        <w:r>
          <w:rPr>
            <w:color w:val="0000EE"/>
            <w:u w:val="single"/>
          </w:rPr>
          <w:t>https://www.mea-integrity.com/deepfakes-and-their-impact-on-society/</w:t>
        </w:r>
      </w:hyperlink>
      <w:r>
        <w:t xml:space="preserve"> - This article highlights the growth of deepfakes, their impact on society, including misinformation and fake news, and strategies to mitigate these threats.</w:t>
      </w:r>
      <w:r/>
    </w:p>
    <w:p>
      <w:pPr>
        <w:pStyle w:val="ListNumber"/>
        <w:spacing w:line="240" w:lineRule="auto"/>
        <w:ind w:left="720"/>
      </w:pPr>
      <w:r/>
      <w:hyperlink r:id="rId12">
        <w:r>
          <w:rPr>
            <w:color w:val="0000EE"/>
            <w:u w:val="single"/>
          </w:rPr>
          <w:t>https://www.blackbaud.com/industry-insights/resources/the-emerging-threat-of-deepfake-technology-in-social-impact-organizations</w:t>
        </w:r>
      </w:hyperlink>
      <w:r>
        <w:t xml:space="preserve"> - This resource explores the multifaceted impact of deepfake technology on various sectors, including finance, education, healthcare, and politics, and discusses strategies to mitigate their impact.</w:t>
      </w:r>
      <w:r/>
    </w:p>
    <w:p>
      <w:pPr>
        <w:pStyle w:val="ListNumber"/>
        <w:spacing w:line="240" w:lineRule="auto"/>
        <w:ind w:left="720"/>
      </w:pPr>
      <w:r/>
      <w:hyperlink r:id="rId13">
        <w:r>
          <w:rPr>
            <w:color w:val="0000EE"/>
            <w:u w:val="single"/>
          </w:rPr>
          <w:t>https://www.hp.com/hk-en/shop/tech-takes/post/understanding-impact-deepfake-technology</w:t>
        </w:r>
      </w:hyperlink>
      <w:r>
        <w:t xml:space="preserve"> - This article discusses the ethical considerations and social impact of deepfakes, including their potential to manipulate public opinion and erode trust in media.</w:t>
      </w:r>
      <w:r/>
    </w:p>
    <w:p>
      <w:pPr>
        <w:pStyle w:val="ListNumber"/>
        <w:spacing w:line="240" w:lineRule="auto"/>
        <w:ind w:left="720"/>
      </w:pPr>
      <w:r/>
      <w:hyperlink r:id="rId14">
        <w:r>
          <w:rPr>
            <w:color w:val="0000EE"/>
            <w:u w:val="single"/>
          </w:rPr>
          <w:t>https://www.openfox.com/deepfakes-and-their-impact-on-society/</w:t>
        </w:r>
      </w:hyperlink>
      <w:r>
        <w:t xml:space="preserve"> - This article details the rapid spread of deepfakes, their impact on politics, business, and privacy, and the need for technological advancements and public awareness to mitigate these effects.</w:t>
      </w:r>
      <w:r/>
    </w:p>
    <w:p>
      <w:pPr>
        <w:pStyle w:val="ListNumber"/>
        <w:spacing w:line="240" w:lineRule="auto"/>
        <w:ind w:left="720"/>
      </w:pPr>
      <w:r/>
      <w:hyperlink r:id="rId11">
        <w:r>
          <w:rPr>
            <w:color w:val="0000EE"/>
            <w:u w:val="single"/>
          </w:rPr>
          <w:t>https://www.mea-integrity.com/deepfakes-and-their-impact-on-society/</w:t>
        </w:r>
      </w:hyperlink>
      <w:r>
        <w:t xml:space="preserve"> - This article explains how deepfakes exploit advanced AI algorithms and can be used for malicious purposes such as spreading misinformation or defaming public figures.</w:t>
      </w:r>
      <w:r/>
    </w:p>
    <w:p>
      <w:pPr>
        <w:pStyle w:val="ListNumber"/>
        <w:spacing w:line="240" w:lineRule="auto"/>
        <w:ind w:left="720"/>
      </w:pPr>
      <w:r/>
      <w:hyperlink r:id="rId13">
        <w:r>
          <w:rPr>
            <w:color w:val="0000EE"/>
            <w:u w:val="single"/>
          </w:rPr>
          <w:t>https://www.hp.com/hk-en/shop/tech-takes/post/understanding-impact-deepfake-technology</w:t>
        </w:r>
      </w:hyperlink>
      <w:r>
        <w:t xml:space="preserve"> - This article provides methods to detect deepfakes, including looking for visual inconsistencies, audio anomalies, and verifying source credibility.</w:t>
      </w:r>
      <w:r/>
    </w:p>
    <w:p>
      <w:pPr>
        <w:pStyle w:val="ListNumber"/>
        <w:spacing w:line="240" w:lineRule="auto"/>
        <w:ind w:left="720"/>
      </w:pPr>
      <w:r/>
      <w:hyperlink r:id="rId14">
        <w:r>
          <w:rPr>
            <w:color w:val="0000EE"/>
            <w:u w:val="single"/>
          </w:rPr>
          <w:t>https://www.openfox.com/deepfakes-and-their-impact-on-society/</w:t>
        </w:r>
      </w:hyperlink>
      <w:r>
        <w:t xml:space="preserve"> - This article discusses the importance of metadata examination in detecting deepfakes and the need for advanced detection technologies.</w:t>
      </w:r>
      <w:r/>
    </w:p>
    <w:p>
      <w:pPr>
        <w:pStyle w:val="ListNumber"/>
        <w:spacing w:line="240" w:lineRule="auto"/>
        <w:ind w:left="720"/>
      </w:pPr>
      <w:r/>
      <w:hyperlink r:id="rId10">
        <w:r>
          <w:rPr>
            <w:color w:val="0000EE"/>
            <w:u w:val="single"/>
          </w:rPr>
          <w:t>https://www.liebertpub.com/doi/10.1089/cyber.2021.29208.jth</w:t>
        </w:r>
      </w:hyperlink>
      <w:r>
        <w:t xml:space="preserve"> - This article highlights the societal implications of deepfakes, including the erosion of public trust in media and the need for continuous advancements in detection methods.</w:t>
      </w:r>
      <w:r/>
    </w:p>
    <w:p>
      <w:pPr>
        <w:pStyle w:val="ListNumber"/>
        <w:spacing w:line="240" w:lineRule="auto"/>
        <w:ind w:left="720"/>
      </w:pPr>
      <w:r/>
      <w:hyperlink r:id="rId12">
        <w:r>
          <w:rPr>
            <w:color w:val="0000EE"/>
            <w:u w:val="single"/>
          </w:rPr>
          <w:t>https://www.blackbaud.com/industry-insights/resources/the-emerging-threat-of-deepfake-technology-in-social-impact-organizations</w:t>
        </w:r>
      </w:hyperlink>
      <w:r>
        <w:t xml:space="preserve"> - This resource emphasizes the role of technological companies and social media platforms in identifying and countering deepfake content to maintain public trust.</w:t>
      </w:r>
      <w:r/>
    </w:p>
    <w:p>
      <w:pPr>
        <w:pStyle w:val="ListNumber"/>
        <w:spacing w:line="240" w:lineRule="auto"/>
        <w:ind w:left="720"/>
      </w:pPr>
      <w:r/>
      <w:hyperlink r:id="rId14">
        <w:r>
          <w:rPr>
            <w:color w:val="0000EE"/>
            <w:u w:val="single"/>
          </w:rPr>
          <w:t>https://www.openfox.com/deepfakes-and-their-impact-on-society/</w:t>
        </w:r>
      </w:hyperlink>
      <w:r>
        <w:t xml:space="preserve"> - This article stresses the importance of staying informed about technological advancements and remaining critical of media, especially during high-stakes events like elections.</w:t>
      </w:r>
      <w:r/>
    </w:p>
    <w:p>
      <w:pPr>
        <w:pStyle w:val="ListNumber"/>
        <w:spacing w:line="240" w:lineRule="auto"/>
        <w:ind w:left="720"/>
      </w:pPr>
      <w:r/>
      <w:hyperlink r:id="rId15">
        <w:r>
          <w:rPr>
            <w:color w:val="0000EE"/>
            <w:u w:val="single"/>
          </w:rPr>
          <w:t>https://www.cbsnews.com/video/what-to-know-about-the-rise-of-ai-deepfakes/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ebertpub.com/doi/10.1089/cyber.2021.29208.jth" TargetMode="External"/><Relationship Id="rId11" Type="http://schemas.openxmlformats.org/officeDocument/2006/relationships/hyperlink" Target="https://www.mea-integrity.com/deepfakes-and-their-impact-on-society/" TargetMode="External"/><Relationship Id="rId12" Type="http://schemas.openxmlformats.org/officeDocument/2006/relationships/hyperlink" Target="https://www.blackbaud.com/industry-insights/resources/the-emerging-threat-of-deepfake-technology-in-social-impact-organizations" TargetMode="External"/><Relationship Id="rId13" Type="http://schemas.openxmlformats.org/officeDocument/2006/relationships/hyperlink" Target="https://www.hp.com/hk-en/shop/tech-takes/post/understanding-impact-deepfake-technology" TargetMode="External"/><Relationship Id="rId14" Type="http://schemas.openxmlformats.org/officeDocument/2006/relationships/hyperlink" Target="https://www.openfox.com/deepfakes-and-their-impact-on-society/" TargetMode="External"/><Relationship Id="rId15" Type="http://schemas.openxmlformats.org/officeDocument/2006/relationships/hyperlink" Target="https://www.cbsnews.com/video/what-to-know-about-the-rise-of-ai-deepfak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