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Simpsons’ ‘series finale’ prank leaves fans bewildered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Simpsons’ ‘Series Finale’ Prank Leaves Fans Bewildered</w:t>
      </w:r>
      <w:r/>
    </w:p>
    <w:p>
      <w:r/>
      <w:r>
        <w:rPr>
          <w:b/>
        </w:rPr>
        <w:t>Los Angeles, USA</w:t>
      </w:r>
      <w:r>
        <w:t xml:space="preserve"> – On Sunday night, fans of </w:t>
      </w:r>
      <w:r>
        <w:rPr>
          <w:i/>
        </w:rPr>
        <w:t>The Simpsons</w:t>
      </w:r>
      <w:r>
        <w:t xml:space="preserve"> were taken on an emotional rollercoaster with the premiere of what was initially billed as the final episode of the iconic series. The beloved animated show, known for its uncanny ability to predict real-life events, launched its 36th season with an episode provocatively named "Bart’s Birthday," which was unexpectedly branded as the "series finale."</w:t>
      </w:r>
      <w:r/>
    </w:p>
    <w:p>
      <w:r/>
      <w:r>
        <w:t>The episode drew immediate attention and shock from fans, who flooded social media with frantic messages questioning the apparent abrupt end of the series. One concerned viewer tweeted, “IS THIS ACTUALLY THE SIMPSONS SERIES FINALE????” while another added, “Wait, it’s like not REALLY The Simpsons Series Finale is it!? WTF!”</w:t>
      </w:r>
      <w:r/>
    </w:p>
    <w:p>
      <w:r/>
      <w:r>
        <w:t xml:space="preserve">Much of the speculation was fuelled by the presence of an animated Conan O’Brien, a former writer for </w:t>
      </w:r>
      <w:r>
        <w:rPr>
          <w:i/>
        </w:rPr>
        <w:t>The Simpsons</w:t>
      </w:r>
      <w:r>
        <w:t xml:space="preserve">. In his opening address, O’Brien declared, “It’s such an honour to be with you all for the series finale of </w:t>
      </w:r>
      <w:r>
        <w:rPr>
          <w:i/>
        </w:rPr>
        <w:t>The Simpsons</w:t>
      </w:r>
      <w:r>
        <w:t xml:space="preserve">... Well, it’s true. Fox has decided to end </w:t>
      </w:r>
      <w:r>
        <w:rPr>
          <w:i/>
        </w:rPr>
        <w:t>The Simpsons</w:t>
      </w:r>
      <w:r>
        <w:t xml:space="preserve">. This show was such a special part of my early career, so being here means the world to me.” His solemn pronouncement set the stage for what many believed to be the end of </w:t>
      </w:r>
      <w:r>
        <w:rPr>
          <w:i/>
        </w:rPr>
        <w:t>The Simpsons</w:t>
      </w:r>
      <w:r>
        <w:t>.</w:t>
      </w:r>
      <w:r/>
    </w:p>
    <w:p>
      <w:r/>
      <w:r>
        <w:t xml:space="preserve">However, the episode turned out to be a clever parody of what an effective series finale might look like. O’Brien introduced the concept of using “Hack-GPT” AI to generate the perfect ending for the series. The episode proceeded to satirise famous TV finales, with </w:t>
      </w:r>
      <w:r>
        <w:rPr>
          <w:i/>
        </w:rPr>
        <w:t>The Simpsons</w:t>
      </w:r>
      <w:r>
        <w:t xml:space="preserve"> characters reenacting iconic closing scenes from shows such as </w:t>
      </w:r>
      <w:r>
        <w:rPr>
          <w:i/>
        </w:rPr>
        <w:t>The Sopranos</w:t>
      </w:r>
      <w:r>
        <w:t xml:space="preserve">, </w:t>
      </w:r>
      <w:r>
        <w:rPr>
          <w:i/>
        </w:rPr>
        <w:t>Breaking Bad</w:t>
      </w:r>
      <w:r>
        <w:t xml:space="preserve">, </w:t>
      </w:r>
      <w:r>
        <w:rPr>
          <w:i/>
        </w:rPr>
        <w:t>Game of Thrones</w:t>
      </w:r>
      <w:r>
        <w:t xml:space="preserve">, and </w:t>
      </w:r>
      <w:r>
        <w:rPr>
          <w:i/>
        </w:rPr>
        <w:t>Succession</w:t>
      </w:r>
      <w:r>
        <w:t>.</w:t>
      </w:r>
      <w:r/>
    </w:p>
    <w:p>
      <w:r/>
      <w:r>
        <w:t>The episode humorously explored clichéd ideas for endings: Principal Skinner’s retirement, Moe closing down his bar, and the death of Mr Burns. It even played with the idea of character development, a long-standing taboo in Springfield, by celebrating Bart's birthday with a cake displaying the number "11," a clear violation of the rule that no one ages in Springfield. In defiance, Bart rejects the notion of change, maintaining his character's core rebellious spirit.</w:t>
      </w:r>
      <w:r/>
    </w:p>
    <w:p>
      <w:r/>
      <w:r>
        <w:t>The episode featured a star-studded voice cast, including John Cena, Danny DeVito, Joel McHale, Seth Rogen, Mark Proksch, Amy Sedaris, and Tom Hanks, the latter of whom humorously expressed his indignation at dressing up for a fake series finale.</w:t>
      </w:r>
      <w:r/>
    </w:p>
    <w:p>
      <w:r/>
      <w:r>
        <w:t xml:space="preserve">The “series finale” concluded with homage scenes mirroring the finales of </w:t>
      </w:r>
      <w:r>
        <w:rPr>
          <w:i/>
        </w:rPr>
        <w:t>The Sopranos</w:t>
      </w:r>
      <w:r>
        <w:t xml:space="preserve">, </w:t>
      </w:r>
      <w:r>
        <w:rPr>
          <w:i/>
        </w:rPr>
        <w:t>Frasier</w:t>
      </w:r>
      <w:r>
        <w:t xml:space="preserve">, </w:t>
      </w:r>
      <w:r>
        <w:rPr>
          <w:i/>
        </w:rPr>
        <w:t>Mad Men</w:t>
      </w:r>
      <w:r>
        <w:t xml:space="preserve">, and </w:t>
      </w:r>
      <w:r>
        <w:rPr>
          <w:i/>
        </w:rPr>
        <w:t>Newhart</w:t>
      </w:r>
      <w:r>
        <w:t>. The tributes were a nostalgic nod that resonated deeply with fans, who were left wondering yet again about the show's future.</w:t>
      </w:r>
      <w:r/>
    </w:p>
    <w:p>
      <w:r/>
      <w:r>
        <w:t>While the episode stirred concerns, it appears to be more of a playful critique on the show’s longevity and the speculation about its end. Despite the episode's title card and thematic undertones, Fox has not confirmed the series' cancellation, and there's no official word on a 37th season yet.</w:t>
      </w:r>
      <w:r/>
    </w:p>
    <w:p>
      <w:r/>
      <w:r>
        <w:rPr>
          <w:i/>
        </w:rPr>
        <w:t>The Simpsons</w:t>
      </w:r>
      <w:r>
        <w:t xml:space="preserve"> continues to stream in the UK on Disney+, and despite recent episodes signalling otherwise, fans can look forward to more antics from America's favourite animated family—for now at least.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https://www.slashfilm.com/1676893/the-simpsons-fake-series-finale-fan-question-inspiration/</w:t>
        </w:r>
      </w:hyperlink>
      <w:r>
        <w:t xml:space="preserve"> - Corroborates the episode 'Bart’s Birthday' being a meta joke about the show's longevity, Conan O’Brien's role, and the use of AI to generate a series finale.</w:t>
      </w:r>
      <w:r/>
    </w:p>
    <w:p>
      <w:pPr>
        <w:pStyle w:val="ListNumber"/>
        <w:spacing w:line="240" w:lineRule="auto"/>
        <w:ind w:left="720"/>
      </w:pPr>
      <w:r/>
      <w:hyperlink r:id="rId11">
        <w:r>
          <w:rPr>
            <w:color w:val="0000EE"/>
            <w:u w:val="single"/>
          </w:rPr>
          <w:t>https://www.independent.co.uk/arts-entertainment/tv/news/simpsons-ending-series-finale-last-season-b2621741.html</w:t>
        </w:r>
      </w:hyperlink>
      <w:r>
        <w:t xml:space="preserve"> - Supports the confusion among fans due to the episode being billed as the 'series finale' and the parody of famous TV finales.</w:t>
      </w:r>
      <w:r/>
    </w:p>
    <w:p>
      <w:pPr>
        <w:pStyle w:val="ListNumber"/>
        <w:spacing w:line="240" w:lineRule="auto"/>
        <w:ind w:left="720"/>
      </w:pPr>
      <w:r/>
      <w:hyperlink r:id="rId12">
        <w:r>
          <w:rPr>
            <w:color w:val="0000EE"/>
            <w:u w:val="single"/>
          </w:rPr>
          <w:t>https://www.youtube.com/watch?v=wPjEEkW7-UY</w:t>
        </w:r>
      </w:hyperlink>
      <w:r>
        <w:t xml:space="preserve"> - Details the surprise 'series finale' prank, the involvement of Conan O’Brien, and the parody of TV show finales.</w:t>
      </w:r>
      <w:r/>
    </w:p>
    <w:p>
      <w:pPr>
        <w:pStyle w:val="ListNumber"/>
        <w:spacing w:line="240" w:lineRule="auto"/>
        <w:ind w:left="720"/>
      </w:pPr>
      <w:r/>
      <w:hyperlink r:id="rId13">
        <w:r>
          <w:rPr>
            <w:color w:val="0000EE"/>
            <w:u w:val="single"/>
          </w:rPr>
          <w:t>https://www.vg247.com/the-simpsons-isnt-ending-but-it-did-sort-of-air-its-series-finale</w:t>
        </w:r>
      </w:hyperlink>
      <w:r>
        <w:t xml:space="preserve"> - Explains the prank nature of the episode, Conan O’Brien's introduction, and the use of AI-generated finale ideas.</w:t>
      </w:r>
      <w:r/>
    </w:p>
    <w:p>
      <w:pPr>
        <w:pStyle w:val="ListNumber"/>
        <w:spacing w:line="240" w:lineRule="auto"/>
        <w:ind w:left="720"/>
      </w:pPr>
      <w:r/>
      <w:hyperlink r:id="rId14">
        <w:r>
          <w:rPr>
            <w:color w:val="0000EE"/>
            <w:u w:val="single"/>
          </w:rPr>
          <w:t>https://www.pubity.com/the-simpsons-final-season-episode-parodies-famous-tv-endings/</w:t>
        </w:r>
      </w:hyperlink>
      <w:r>
        <w:t xml:space="preserve"> - Corroborates the parody of famous series finales, the return of Conan O’Brien, and the star-studded voice cast.</w:t>
      </w:r>
      <w:r/>
    </w:p>
    <w:p>
      <w:pPr>
        <w:pStyle w:val="ListNumber"/>
        <w:spacing w:line="240" w:lineRule="auto"/>
        <w:ind w:left="720"/>
      </w:pPr>
      <w:r/>
      <w:hyperlink r:id="rId10">
        <w:r>
          <w:rPr>
            <w:color w:val="0000EE"/>
            <w:u w:val="single"/>
          </w:rPr>
          <w:t>https://www.slashfilm.com/1676893/the-simpsons-fake-series-finale-fan-question-inspiration/</w:t>
        </w:r>
      </w:hyperlink>
      <w:r>
        <w:t xml:space="preserve"> - Provides details on the episode's exploration of character development and Bart's reaction to turning 11.</w:t>
      </w:r>
      <w:r/>
    </w:p>
    <w:p>
      <w:pPr>
        <w:pStyle w:val="ListNumber"/>
        <w:spacing w:line="240" w:lineRule="auto"/>
        <w:ind w:left="720"/>
      </w:pPr>
      <w:r/>
      <w:hyperlink r:id="rId11">
        <w:r>
          <w:rPr>
            <w:color w:val="0000EE"/>
            <w:u w:val="single"/>
          </w:rPr>
          <w:t>https://www.independent.co.uk/arts-entertainment/tv/news/simpsons-ending-series-finale-last-season-b2621741.html</w:t>
        </w:r>
      </w:hyperlink>
      <w:r>
        <w:t xml:space="preserve"> - Supports the speculation among fans on social media and the lack of confirmation on the series' cancellation.</w:t>
      </w:r>
      <w:r/>
    </w:p>
    <w:p>
      <w:pPr>
        <w:pStyle w:val="ListNumber"/>
        <w:spacing w:line="240" w:lineRule="auto"/>
        <w:ind w:left="720"/>
      </w:pPr>
      <w:r/>
      <w:hyperlink r:id="rId12">
        <w:r>
          <w:rPr>
            <w:color w:val="0000EE"/>
            <w:u w:val="single"/>
          </w:rPr>
          <w:t>https://www.youtube.com/watch?v=wPjEEkW7-UY</w:t>
        </w:r>
      </w:hyperlink>
      <w:r>
        <w:t xml:space="preserve"> - Describes the homage scenes mirroring the finales of other TV shows and the nostalgic nod to fans.</w:t>
      </w:r>
      <w:r/>
    </w:p>
    <w:p>
      <w:pPr>
        <w:pStyle w:val="ListNumber"/>
        <w:spacing w:line="240" w:lineRule="auto"/>
        <w:ind w:left="720"/>
      </w:pPr>
      <w:r/>
      <w:hyperlink r:id="rId13">
        <w:r>
          <w:rPr>
            <w:color w:val="0000EE"/>
            <w:u w:val="single"/>
          </w:rPr>
          <w:t>https://www.vg247.com/the-simpsons-isnt-ending-but-it-did-sort-of-air-its-series-finale</w:t>
        </w:r>
      </w:hyperlink>
      <w:r>
        <w:t xml:space="preserve"> - Clarifies that the episode was a prank and not an actual series finale, with no official word on a 37th season.</w:t>
      </w:r>
      <w:r/>
    </w:p>
    <w:p>
      <w:pPr>
        <w:pStyle w:val="ListNumber"/>
        <w:spacing w:line="240" w:lineRule="auto"/>
        <w:ind w:left="720"/>
      </w:pPr>
      <w:r/>
      <w:hyperlink r:id="rId14">
        <w:r>
          <w:rPr>
            <w:color w:val="0000EE"/>
            <w:u w:val="single"/>
          </w:rPr>
          <w:t>https://www.pubity.com/the-simpsons-final-season-episode-parodies-famous-tv-endings/</w:t>
        </w:r>
      </w:hyperlink>
      <w:r>
        <w:t xml:space="preserve"> - Mentions the star-studded voice cast and the humorous reactions to the fake series finale, including Tom Hanks' comment.</w:t>
      </w:r>
      <w:r/>
    </w:p>
    <w:p>
      <w:pPr>
        <w:pStyle w:val="ListNumber"/>
        <w:spacing w:line="240" w:lineRule="auto"/>
        <w:ind w:left="720"/>
      </w:pPr>
      <w:r/>
      <w:hyperlink r:id="rId11">
        <w:r>
          <w:rPr>
            <w:color w:val="0000EE"/>
            <w:u w:val="single"/>
          </w:rPr>
          <w:t>https://www.independent.co.uk/arts-entertainment/tv/news/simpsons-ending-series-finale-last-season-b2621741.html</w:t>
        </w:r>
      </w:hyperlink>
      <w:r>
        <w:t xml:space="preserve"> - Confirms that The Simpsons continues to stream in the UK on Disney+ and addresses the ongoing speculation about the show's future.</w:t>
      </w:r>
      <w:r/>
    </w:p>
    <w:p>
      <w:pPr>
        <w:pStyle w:val="ListNumber"/>
        <w:spacing w:line="240" w:lineRule="auto"/>
        <w:ind w:left="720"/>
      </w:pPr>
      <w:r/>
      <w:hyperlink r:id="rId11">
        <w:r>
          <w:rPr>
            <w:color w:val="0000EE"/>
            <w:u w:val="single"/>
          </w:rPr>
          <w:t>https://www.independent.co.uk/arts-entertainment/tv/news/simpsons-ending-series-finale-last-season-b2621741.html</w:t>
        </w:r>
      </w:hyperlink>
      <w:r>
        <w:t xml:space="preserve"> - Please view link - unable to able to access data</w:t>
      </w:r>
      <w:r/>
    </w:p>
    <w:p>
      <w:pPr>
        <w:pStyle w:val="ListNumber"/>
        <w:spacing w:line="240" w:lineRule="auto"/>
        <w:ind w:left="720"/>
      </w:pPr>
      <w:r/>
      <w:hyperlink r:id="rId15">
        <w:r>
          <w:rPr>
            <w:color w:val="0000EE"/>
            <w:u w:val="single"/>
          </w:rPr>
          <w:t>https://www.nj.com/entertainment/2024/10/the-simpsons-attempts-series-finale-with-sopranos-scene-in-season-37-premiere.html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lashfilm.com/1676893/the-simpsons-fake-series-finale-fan-question-inspiration/" TargetMode="External"/><Relationship Id="rId11" Type="http://schemas.openxmlformats.org/officeDocument/2006/relationships/hyperlink" Target="https://www.independent.co.uk/arts-entertainment/tv/news/simpsons-ending-series-finale-last-season-b2621741.html" TargetMode="External"/><Relationship Id="rId12" Type="http://schemas.openxmlformats.org/officeDocument/2006/relationships/hyperlink" Target="https://www.youtube.com/watch?v=wPjEEkW7-UY" TargetMode="External"/><Relationship Id="rId13" Type="http://schemas.openxmlformats.org/officeDocument/2006/relationships/hyperlink" Target="https://www.vg247.com/the-simpsons-isnt-ending-but-it-did-sort-of-air-its-series-finale" TargetMode="External"/><Relationship Id="rId14" Type="http://schemas.openxmlformats.org/officeDocument/2006/relationships/hyperlink" Target="https://www.pubity.com/the-simpsons-final-season-episode-parodies-famous-tv-endings/" TargetMode="External"/><Relationship Id="rId15" Type="http://schemas.openxmlformats.org/officeDocument/2006/relationships/hyperlink" Target="https://www.nj.com/entertainment/2024/10/the-simpsons-attempts-series-finale-with-sopranos-scene-in-season-37-premier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