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Trump floodwaters image debunked as AI-generated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Trump Floodwaters Image Debunked as AI-Generated</w:t>
      </w:r>
      <w:r/>
    </w:p>
    <w:p>
      <w:r/>
      <w:r>
        <w:rPr>
          <w:b/>
        </w:rPr>
        <w:t>VALDOSTA, Georgia</w:t>
      </w:r>
      <w:r>
        <w:t>, October 2, 2023—An image purportedly showing former President Donald Trump wading through floodwaters in Valdosta, Georgia, has been debunked as a fabrication created using artificial intelligence. The image gained significant traction on social media, amassing over 149,000 views on Facebook since it was first posted on September 30.</w:t>
      </w:r>
      <w:r/>
    </w:p>
    <w:p>
      <w:r/>
      <w:r>
        <w:t>Donald Trump visited Valdosta on September 30 to inspect the damage caused by Hurricane Helene, which has catastrophically impacted six Southeastern states since its landfall on September 26. The hurricane has claimed over 130 lives and left a trail of devastation from Florida’s Gulf Coast through to sections of the Blue Ridge Mountains in southwestern Virginia.</w:t>
      </w:r>
      <w:r/>
    </w:p>
    <w:p>
      <w:r/>
      <w:r>
        <w:t>The controversial photo, widely circulated on various social media platforms, depicted Trump seemingly walking through floodwaters, with accompanying commentary alleging that Facebook was actively removing the image. Many social media users took the image at face value and some reached out to VERIFY to assess its authenticity.</w:t>
      </w:r>
      <w:r/>
    </w:p>
    <w:p>
      <w:r/>
      <w:r>
        <w:t>After a detailed analysis, it was concluded that the image was not genuine. VERIFY's scrutiny identified several indicators suggesting it was an AI-generated creation. Generative AI, the technology responsible for such fabrications, can produce new content in forms including images, videos, audio, and text based solely on input prompts. However, this technology often struggles with intricate details, a shortfall evident in the disputed photo.</w:t>
      </w:r>
      <w:r/>
    </w:p>
    <w:p>
      <w:r/>
      <w:r>
        <w:t>Upon examination, the image revealed multiple inconsistencies. Trump's right hand appeared distorted and claw-like, a common artifact in AI-generated imagery. Furthermore, the text on the yellow hat of another person in the image and the lettering on name tags were indistinguishable or garbled. Additionally, despite the individuals being depicted in deep water, their clothes showed no signs of being wet, and the attire showcased did not match what Trump wore during his real visit to Georgia.</w:t>
      </w:r>
      <w:r/>
    </w:p>
    <w:p>
      <w:r/>
      <w:r>
        <w:t xml:space="preserve">The understanding and debunking of such images are crucial as AI technology advances, potentially leading to more sophisticated creations that could mislead the public. </w:t>
      </w:r>
      <w:r/>
    </w:p>
    <w:p>
      <w:r/>
      <w:r>
        <w:t>In summary, the image featuring Donald Trump wading through floodwaters in Valdosta is a product of advanced AI software and not a reflection of any real event during his visit to survey the hurricane damage. This revelation underlines the growing need for vigilance and critical analysis of visual content shared online.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https://www.youtube.com/watch?v=tkVAaSKujFY</w:t>
        </w:r>
      </w:hyperlink>
      <w:r>
        <w:t xml:space="preserve"> - This link corroborates that the image of Trump wading through floodwaters is AI-generated and not real, highlighting inconsistencies such as Trump's misshapen hand and the gibberish text on the yellow hat.</w:t>
      </w:r>
      <w:r/>
    </w:p>
    <w:p>
      <w:pPr>
        <w:pStyle w:val="ListNumber"/>
        <w:spacing w:line="240" w:lineRule="auto"/>
        <w:ind w:left="720"/>
      </w:pPr>
      <w:r/>
      <w:hyperlink r:id="rId11">
        <w:r>
          <w:rPr>
            <w:color w:val="0000EE"/>
            <w:u w:val="single"/>
          </w:rPr>
          <w:t>https://www.verifythis.com/article/news/verify/ai/image-of-donald-trump-walking-through-floodwaters-after-hurricane-helene-is-ai/536-c87cd48a-a2a7-4e34-bd7f-bb58752f4129</w:t>
        </w:r>
      </w:hyperlink>
      <w:r>
        <w:t xml:space="preserve"> - This article explains that the image was generated using artificial intelligence, pointing out discrepancies like Trump's outfit not matching real photos and the malformed hand.</w:t>
      </w:r>
      <w:r/>
    </w:p>
    <w:p>
      <w:pPr>
        <w:pStyle w:val="ListNumber"/>
        <w:spacing w:line="240" w:lineRule="auto"/>
        <w:ind w:left="720"/>
      </w:pPr>
      <w:r/>
      <w:hyperlink r:id="rId12">
        <w:r>
          <w:rPr>
            <w:color w:val="0000EE"/>
            <w:u w:val="single"/>
          </w:rPr>
          <w:t>https://www.politifact.com/factchecks/2024/oct/02/viral-image/trump-surveyed-hurricane-helene-damage-in-georgia/</w:t>
        </w:r>
      </w:hyperlink>
      <w:r>
        <w:t xml:space="preserve"> - This link confirms that Trump visited Valdosta, Georgia, but the image of him in floodwaters is fabricated, highlighting the mismatch in his attire and the absence of any such photos in real media coverage.</w:t>
      </w:r>
      <w:r/>
    </w:p>
    <w:p>
      <w:pPr>
        <w:pStyle w:val="ListNumber"/>
        <w:spacing w:line="240" w:lineRule="auto"/>
        <w:ind w:left="720"/>
      </w:pPr>
      <w:r/>
      <w:hyperlink r:id="rId13">
        <w:r>
          <w:rPr>
            <w:color w:val="0000EE"/>
            <w:u w:val="single"/>
          </w:rPr>
          <w:t>https://www.wfmynews2.com/video/news/verify/ai/trump-hurricane-helene-flooding-image-is-ai/536-462dbb2c-3e99-4e24-982f-90438b85fd05</w:t>
        </w:r>
      </w:hyperlink>
      <w:r>
        <w:t xml:space="preserve"> - This article supports the claim that the image was analyzed and found to be AI-generated, noting visual cues such as the distorted hand and garbled text.</w:t>
      </w:r>
      <w:r/>
    </w:p>
    <w:p>
      <w:pPr>
        <w:pStyle w:val="ListNumber"/>
        <w:spacing w:line="240" w:lineRule="auto"/>
        <w:ind w:left="720"/>
      </w:pPr>
      <w:r/>
      <w:hyperlink r:id="rId14">
        <w:r>
          <w:rPr>
            <w:color w:val="0000EE"/>
            <w:u w:val="single"/>
          </w:rPr>
          <w:t>https://www.youtube.com/watch?v=iFWxXZ_Qee0</w:t>
        </w:r>
      </w:hyperlink>
      <w:r>
        <w:t xml:space="preserve"> - This video corroborates that the image of Trump walking through floodwaters is AI-generated, emphasizing the need to verify such images to avoid misinformation.</w:t>
      </w:r>
      <w:r/>
    </w:p>
    <w:p>
      <w:pPr>
        <w:pStyle w:val="ListNumber"/>
        <w:spacing w:line="240" w:lineRule="auto"/>
        <w:ind w:left="720"/>
      </w:pPr>
      <w:r/>
      <w:hyperlink r:id="rId12">
        <w:r>
          <w:rPr>
            <w:color w:val="0000EE"/>
            <w:u w:val="single"/>
          </w:rPr>
          <w:t>https://www.politifact.com/factchecks/2024/oct/02/viral-image/trump-surveyed-hurricane-helene-damage-in-georgia/</w:t>
        </w:r>
      </w:hyperlink>
      <w:r>
        <w:t xml:space="preserve"> - This link provides multiple news sources confirming Trump's visit to Valdosta and the inauthenticity of the floodwater image, including reports from The Associated Press, Getty Images, and other news outlets.</w:t>
      </w:r>
      <w:r/>
    </w:p>
    <w:p>
      <w:pPr>
        <w:pStyle w:val="ListNumber"/>
        <w:spacing w:line="240" w:lineRule="auto"/>
        <w:ind w:left="720"/>
      </w:pPr>
      <w:r/>
      <w:hyperlink r:id="rId12">
        <w:r>
          <w:rPr>
            <w:color w:val="0000EE"/>
            <w:u w:val="single"/>
          </w:rPr>
          <w:t>https://www.politifact.com/factchecks/2024/oct/02/viral-image/trump-surveyed-hurricane-helene-damage-in-georgia/</w:t>
        </w:r>
      </w:hyperlink>
      <w:r>
        <w:t xml:space="preserve"> - This article mentions that the image was flagged by Meta as part of efforts to combat false news and misinformation, further supporting its inauthenticity.</w:t>
      </w:r>
      <w:r/>
    </w:p>
    <w:p>
      <w:pPr>
        <w:pStyle w:val="ListNumber"/>
        <w:spacing w:line="240" w:lineRule="auto"/>
        <w:ind w:left="720"/>
      </w:pPr>
      <w:r/>
      <w:hyperlink r:id="rId12">
        <w:r>
          <w:rPr>
            <w:color w:val="0000EE"/>
            <w:u w:val="single"/>
          </w:rPr>
          <w:t>https://www.politifact.com/factchecks/2024/oct/02/viral-image/trump-surveyed-hurricane-helene-damage-in-georgia/</w:t>
        </w:r>
      </w:hyperlink>
      <w:r>
        <w:t xml:space="preserve"> - This link details the extensive media coverage of Trump's visit, which did not include any photos or videos of him in floodwaters, reinforcing the image's fabrication.</w:t>
      </w:r>
      <w:r/>
    </w:p>
    <w:p>
      <w:pPr>
        <w:pStyle w:val="ListNumber"/>
        <w:spacing w:line="240" w:lineRule="auto"/>
        <w:ind w:left="720"/>
      </w:pPr>
      <w:r/>
      <w:hyperlink r:id="rId11">
        <w:r>
          <w:rPr>
            <w:color w:val="0000EE"/>
            <w:u w:val="single"/>
          </w:rPr>
          <w:t>https://www.verifythis.com/article/news/verify/ai/image-of-donald-trump-walking-through-floodwaters-after-hurricane-helene-is-ai/536-c87cd48a-a2a7-4e34-bd7f-bb58752f4129</w:t>
        </w:r>
      </w:hyperlink>
      <w:r>
        <w:t xml:space="preserve"> - This article explains the impact of Hurricane Helene, including the number of lives lost and the geographical extent of the damage, which contextualizes Trump's visit.</w:t>
      </w:r>
      <w:r/>
    </w:p>
    <w:p>
      <w:pPr>
        <w:pStyle w:val="ListNumber"/>
        <w:spacing w:line="240" w:lineRule="auto"/>
        <w:ind w:left="720"/>
      </w:pPr>
      <w:r/>
      <w:hyperlink r:id="rId12">
        <w:r>
          <w:rPr>
            <w:color w:val="0000EE"/>
            <w:u w:val="single"/>
          </w:rPr>
          <w:t>https://www.politifact.com/factchecks/2024/oct/02/viral-image/trump-surveyed-hurricane-helene-damage-in-georgia/</w:t>
        </w:r>
      </w:hyperlink>
      <w:r>
        <w:t xml:space="preserve"> - This link mentions the specific attire Trump wore during his real visit to Georgia, which does not match the attire in the AI-generated image.</w:t>
      </w:r>
      <w:r/>
    </w:p>
    <w:p>
      <w:pPr>
        <w:pStyle w:val="ListNumber"/>
        <w:spacing w:line="240" w:lineRule="auto"/>
        <w:ind w:left="720"/>
      </w:pPr>
      <w:r/>
      <w:hyperlink r:id="rId13">
        <w:r>
          <w:rPr>
            <w:color w:val="0000EE"/>
            <w:u w:val="single"/>
          </w:rPr>
          <w:t>https://www.wfmynews2.com/video/news/verify/ai/trump-hurricane-helene-flooding-image-is-ai/536-462dbb2c-3e99-4e24-982f-90438b85fd05</w:t>
        </w:r>
      </w:hyperlink>
      <w:r>
        <w:t xml:space="preserve"> - This article underscores the importance of vigilance and critical analysis of visual content shared online, especially as AI technology advances.</w:t>
      </w:r>
      <w:r/>
    </w:p>
    <w:p>
      <w:pPr>
        <w:pStyle w:val="ListNumber"/>
        <w:spacing w:line="240" w:lineRule="auto"/>
        <w:ind w:left="720"/>
      </w:pPr>
      <w:r/>
      <w:hyperlink r:id="rId15">
        <w:r>
          <w:rPr>
            <w:color w:val="0000EE"/>
            <w:u w:val="single"/>
          </w:rPr>
          <w:t>https://www.5newsonline.com/article/news/verify/ai/image-of-donald-trump-walking-through-floodwaters-after-hurricane-helene-is-ai/536-c87cd48a-a2a7-4e34-bd7f-bb58752f4129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tkVAaSKujFY" TargetMode="External"/><Relationship Id="rId11" Type="http://schemas.openxmlformats.org/officeDocument/2006/relationships/hyperlink" Target="https://www.verifythis.com/article/news/verify/ai/image-of-donald-trump-walking-through-floodwaters-after-hurricane-helene-is-ai/536-c87cd48a-a2a7-4e34-bd7f-bb58752f4129" TargetMode="External"/><Relationship Id="rId12" Type="http://schemas.openxmlformats.org/officeDocument/2006/relationships/hyperlink" Target="https://www.politifact.com/factchecks/2024/oct/02/viral-image/trump-surveyed-hurricane-helene-damage-in-georgia/" TargetMode="External"/><Relationship Id="rId13" Type="http://schemas.openxmlformats.org/officeDocument/2006/relationships/hyperlink" Target="https://www.wfmynews2.com/video/news/verify/ai/trump-hurricane-helene-flooding-image-is-ai/536-462dbb2c-3e99-4e24-982f-90438b85fd05" TargetMode="External"/><Relationship Id="rId14" Type="http://schemas.openxmlformats.org/officeDocument/2006/relationships/hyperlink" Target="https://www.youtube.com/watch?v=iFWxXZ_Qee0" TargetMode="External"/><Relationship Id="rId15" Type="http://schemas.openxmlformats.org/officeDocument/2006/relationships/hyperlink" Target="https://www.5newsonline.com/article/news/verify/ai/image-of-donald-trump-walking-through-floodwaters-after-hurricane-helene-is-ai/536-c87cd48a-a2a7-4e34-bd7f-bb58752f41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