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UnifyDrive UT2: the compact storage solution for modern data management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UnifyDrive UT2: The Compact Storage Solution for Modern Data Management</w:t>
      </w:r>
      <w:r/>
    </w:p>
    <w:p>
      <w:r/>
      <w:r>
        <w:rPr>
          <w:b/>
        </w:rPr>
        <w:t>Location</w:t>
      </w:r>
      <w:r>
        <w:t>, October 2023 — The tech world has a new contender in the network-attached storage (NAS) arena with the unveiling of the UnifyDrive UT2. Featuring a powerful Rockchip RK3588C processor, the compact NAS device aims to provide robust and versatile data management solutions for both home and mobile use.</w:t>
      </w:r>
      <w:r/>
    </w:p>
    <w:p>
      <w:r/>
      <w:r>
        <w:rPr>
          <w:b/>
        </w:rPr>
        <w:t>Compact Yet Mighty</w:t>
      </w:r>
      <w:r/>
    </w:p>
    <w:p>
      <w:r/>
      <w:r>
        <w:t>The UnifyDrive UT2 measures just 170 x 85 x 21mm and weighs 306 grams without its silicon case, making it an easily portable option. With a silicon case, the dimensions slightly increase to 174 x 90 x 28mm, and the weight goes up to 371 grams. Despite its small size, the UT2 packs a punch in terms of specifications and functionality.</w:t>
      </w:r>
      <w:r/>
    </w:p>
    <w:p>
      <w:r/>
      <w:r>
        <w:rPr>
          <w:b/>
        </w:rPr>
        <w:t>Hardware and Performance</w:t>
      </w:r>
      <w:r/>
    </w:p>
    <w:p>
      <w:r/>
      <w:r>
        <w:t>At its core, the device is powered by an octa-core 64-bit Rockchip RK3588C processor, comprising a quad-core Cortex-A76 running at 2.4GHz and a quad-core Cortex-A55 at 1.8GHz. The processor is backed by 8GB of LPDDR4x system memory and a 32GB eMMC flash reserved for its operating system, UDOS (UnifyDrive Operating System).</w:t>
      </w:r>
      <w:r/>
    </w:p>
    <w:p>
      <w:r/>
      <w:r>
        <w:t>Storage options are versatile, with two M.2 2280 slots supporting PCIe 3.0 NVMe SSDs, allowing users to expand storage capacities up to 16TB. Additional storage options include support for UHS-II SD/TF cards (via an adapter) and CFExpress Type-B/A cards (via an adapter).</w:t>
      </w:r>
      <w:r/>
    </w:p>
    <w:p>
      <w:r/>
      <w:r>
        <w:rPr>
          <w:b/>
        </w:rPr>
        <w:t>Networking and Connectivity</w:t>
      </w:r>
      <w:r/>
    </w:p>
    <w:p>
      <w:r/>
      <w:r>
        <w:t>In terms of network connectivity, the UT2 doesn't disappoint. It supports 802.11ax WiFi 6 and Bluetooth 5.0, making it capable of functioning as a WiFi access point. It also includes a 2.5 Gigabit Ethernet RJ45 port for high-speed wired connections. The device's versatile networking capabilities enable remote access, backups, and on-the-go file transfers without the necessity of an internet connection.</w:t>
      </w:r>
      <w:r/>
    </w:p>
    <w:p>
      <w:r/>
      <w:r>
        <w:rPr>
          <w:b/>
        </w:rPr>
        <w:t>Power and Backup</w:t>
      </w:r>
      <w:r/>
    </w:p>
    <w:p>
      <w:r/>
      <w:r>
        <w:t>A standout feature of the UnifyDrive UT2 is its built-in 2,200 mAh lithium-ion rechargeable battery, providing up to an hour of run time. This feature gives the device uninterruptible power supply (UPS) functionality, ensuring continued operation during power outages.</w:t>
      </w:r>
      <w:r/>
    </w:p>
    <w:p>
      <w:r/>
      <w:r>
        <w:rPr>
          <w:b/>
        </w:rPr>
        <w:t>Cooling and Design</w:t>
      </w:r>
      <w:r/>
    </w:p>
    <w:p>
      <w:r/>
      <w:r>
        <w:t xml:space="preserve">Cooling is efficiently managed with a U-shaped airflow design that cools both SSDs and the chipset, essential for maintaining performance and longevity of the hardware components. </w:t>
      </w:r>
      <w:r/>
    </w:p>
    <w:p>
      <w:r/>
      <w:r>
        <w:rPr>
          <w:b/>
        </w:rPr>
        <w:t>User Experience and Additional Features</w:t>
      </w:r>
      <w:r/>
    </w:p>
    <w:p>
      <w:r/>
      <w:r>
        <w:t>The UDOS platform is enriched with AI-driven storage management and is controllable via dedicated Android and iOS applications, as well as a desktop interface. Users can share and manage files effortlessly, backed by cloud support for Google Drive, Dropbox, and OneDrive.</w:t>
      </w:r>
      <w:r/>
    </w:p>
    <w:p>
      <w:r/>
      <w:r>
        <w:t>A key highlight is the device's role as a media player. It can be connected to a display through its HDMI 2.1 port or USB-C port, supporting up to 8K video. Additionally, it comes with a wireless remote control to facilitate easy navigation.</w:t>
      </w:r>
      <w:r/>
    </w:p>
    <w:p>
      <w:r/>
      <w:r>
        <w:rPr>
          <w:b/>
        </w:rPr>
        <w:t>What's in the Box?</w:t>
      </w:r>
      <w:r/>
    </w:p>
    <w:p>
      <w:r/>
      <w:r>
        <w:t>UnifyDrive includes a comprehensive set of accessories with the UT2. These include a remote control, a USB Type-C cable, a screwdriver, a power adapter, an HDMI cable, an Ethernet cable, and two batteries, all aimed at providing a ready-to-use experience right out of the box.</w:t>
      </w:r>
      <w:r/>
    </w:p>
    <w:p>
      <w:r/>
      <w:r>
        <w:rPr>
          <w:b/>
        </w:rPr>
        <w:t>Kickstarter Campaign</w:t>
      </w:r>
      <w:r/>
    </w:p>
    <w:p>
      <w:r/>
      <w:r>
        <w:t>The UnifyDrive UT2 has been launched on Kickstarter with early bird pricing set at $399. This provides an opportunity for early adopters to get their hands on the latest in portable NAS technology.</w:t>
      </w:r>
      <w:r/>
    </w:p>
    <w:p>
      <w:pPr>
        <w:pStyle w:val="Heading3"/>
      </w:pPr>
      <w:r>
        <w:t>Conclusion</w:t>
      </w:r>
      <w:r/>
    </w:p>
    <w:p>
      <w:r/>
      <w:r>
        <w:t>The UnifyDrive UT2 is shaping up to be a significant entrant in the NAS market. Its combination of powerful hardware, versatile connectivity, and comprehensive feature set aims to meet the varied needs of modern users, from home-based data management to mobile on-the-go solutions. With a successful Kickstarter campaign, it has the potential to become a popular choice among tech enthusiasts and professionals alike.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https://www.tomshardware.com/pc-components/ssds/the-unifydrive-ut2-is-a-portable-nas-for-creators-on-the-go</w:t>
        </w:r>
      </w:hyperlink>
      <w:r>
        <w:t xml:space="preserve"> - Corroborates the hardware specifications, including the Rockchip RK3588C processor, 8GB of LPDDR4X memory, and 32GB eMMC flash.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https://ut2.unifydrive.co</w:t>
        </w:r>
      </w:hyperlink>
      <w:r>
        <w:t xml:space="preserve"> - Supports the compact size and weight of the UnifyDrive UT2, as well as its versatile storage and connectivity options.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https://www.techpowerup.com/forums/threads/unifydrive-launches-ut2-portable-nas.326981/</w:t>
        </w:r>
      </w:hyperlink>
      <w:r>
        <w:t xml:space="preserve"> - Details the device's networking capabilities, including WiFi 6, Bluetooth 5.0, and the 2.5 Gigabit Ethernet port.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https://www.techpowerup.com/forums/threads/unifydrive-launches-ut2-portable-nas.326981/</w:t>
        </w:r>
      </w:hyperlink>
      <w:r>
        <w:t xml:space="preserve"> - Explains the device's power and backup features, including the built-in battery and UPS functionality.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https://www.techradar.com/pro/unifydrive-ut2-review</w:t>
        </w:r>
      </w:hyperlink>
      <w:r>
        <w:t xml:space="preserve"> - Describes the cooling system and design of the UnifyDrive UT2, including the U-shaped airflow design.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https://ut2.unifydrive.co</w:t>
        </w:r>
      </w:hyperlink>
      <w:r>
        <w:t xml:space="preserve"> - Highlights the AI-driven storage management and user experience through dedicated applications for Android, iOS, and desktop.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https://www.tomshardware.com/pc-components/ssds/the-unifydrive-ut2-is-a-portable-nas-for-creators-on-the-go</w:t>
        </w:r>
      </w:hyperlink>
      <w:r>
        <w:t xml:space="preserve"> - Details the media player capabilities, including HDMI 2.1 support and up to 8K video playback.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https://www.techpowerup.com/forums/threads/unifydrive-launches-ut2-portable-nas.326981/</w:t>
        </w:r>
      </w:hyperlink>
      <w:r>
        <w:t xml:space="preserve"> - Lists the accessories included with the UnifyDrive UT2, such as the remote control, USB Type-C cable, and power adapter.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https://www.tomshardware.com/pc-components/ssds/the-unifydrive-ut2-is-a-portable-nas-for-creators-on-the-go</w:t>
        </w:r>
      </w:hyperlink>
      <w:r>
        <w:t xml:space="preserve"> - Mentions the Kickstarter campaign and early bird pricing of $399 for the UnifyDrive UT2.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https://ut2.unifydrive.co</w:t>
        </w:r>
      </w:hyperlink>
      <w:r>
        <w:t xml:space="preserve"> - Emphasizes the device's role as an all-in-one solution for NAS, backup, media server, and portable storage.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https://www.techradar.com/pro/unifydrive-ut2-review</w:t>
        </w:r>
      </w:hyperlink>
      <w:r>
        <w:t xml:space="preserve"> - Corroborates the device's ability to function as a WiFi access point and its support for various network environments.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https://www.cnx-software.com/2024/10/02/unifydrive-ut2-a-compact-nas-powered-by-rockchip-rk3588c-with-nvme-ssd-support-and-ai-driven-storage-management/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tomshardware.com/pc-components/ssds/the-unifydrive-ut2-is-a-portable-nas-for-creators-on-the-go" TargetMode="External"/><Relationship Id="rId11" Type="http://schemas.openxmlformats.org/officeDocument/2006/relationships/hyperlink" Target="https://ut2.unifydrive.co" TargetMode="External"/><Relationship Id="rId12" Type="http://schemas.openxmlformats.org/officeDocument/2006/relationships/hyperlink" Target="https://www.techpowerup.com/forums/threads/unifydrive-launches-ut2-portable-nas.326981/" TargetMode="External"/><Relationship Id="rId13" Type="http://schemas.openxmlformats.org/officeDocument/2006/relationships/hyperlink" Target="https://www.techradar.com/pro/unifydrive-ut2-review" TargetMode="External"/><Relationship Id="rId14" Type="http://schemas.openxmlformats.org/officeDocument/2006/relationships/hyperlink" Target="https://www.cnx-software.com/2024/10/02/unifydrive-ut2-a-compact-nas-powered-by-rockchip-rk3588c-with-nvme-ssd-support-and-ai-driven-storage-management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