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Upcoming events highlight innovations in electric vehicles and AI-powered SEO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Upcoming Events Highlight Innovations in Electric Vehicles and AI-Powered SEO Strategies</w:t>
      </w:r>
      <w:r/>
    </w:p>
    <w:p>
      <w:r/>
      <w:r>
        <w:rPr>
          <w:b/>
        </w:rPr>
        <w:t>Fiskens to Host Exclusive Kia EV3 Preview</w:t>
      </w:r>
      <w:r/>
    </w:p>
    <w:p>
      <w:r/>
      <w:r>
        <w:t>Fiskens will host an exclusive one-day event on Wednesday, October 9, showcasing the much-anticipated Kia EV3. The event, set to take place at Fiskens' showroom, is designed to provide attendees with a hands-on experience of Kia's innovative electric vehicle, the EV3. Admission to the event is free, but pre-booking is required due to limited availability.</w:t>
      </w:r>
      <w:r/>
    </w:p>
    <w:p>
      <w:r/>
      <w:r>
        <w:t>The EV3 is being heralded as a game-changer in the electric vehicle market, thanks to its sleek design, advanced technology, and sustainability features. Fiskens aims to give electric vehicle enthusiasts and curious onlookers alike an opportunity to explore the EV3 in detail. Guests will have the chance to discuss the vehicle’s myriad features with trained experts, ensuring that all questions can be addressed comprehensively.</w:t>
      </w:r>
      <w:r/>
    </w:p>
    <w:p>
      <w:r/>
      <w:r>
        <w:t>To accommodate the anticipated interest, Fiskens has arranged for two booking windows: one from 4 PM to 5 PM and another from 6 PM to 7 PM. The event will also feature complimentary refreshments, offering guests tea, coffee, and cake as they mingle and discuss the EV3's offerings.</w:t>
      </w:r>
      <w:r/>
    </w:p>
    <w:p>
      <w:r/>
      <w:r>
        <w:t>One of the key attractions of the event is the priority test drive access for attendees. Those who make it to the event will be given the first opportunity to sign up for future test drives, allowing them to experience the EV3’s performance firsthand.</w:t>
      </w:r>
      <w:r/>
    </w:p>
    <w:p>
      <w:r/>
      <w:r>
        <w:t>To secure a spot at this much-anticipated event, interested parties are encouraged to book their appointment online through Fiskens’ website. The opportunity to explore and learn about the EV3 promises to make this event a highlight for 2023 in the electric vehicle community.</w:t>
      </w:r>
      <w:r/>
    </w:p>
    <w:p>
      <w:r/>
      <w:r>
        <w:rPr>
          <w:b/>
        </w:rPr>
        <w:t>Webinar to Revolutionise SEO Strategies with AI and Automation</w:t>
      </w:r>
      <w:r/>
    </w:p>
    <w:p>
      <w:r/>
      <w:r>
        <w:t>On another front of innovation, digital marketers and SEO professionals will have the opportunity to attend a transformative webinar titled "AI &amp; Automation for SEO: Scale Efforts and Drive Revenue." This session, conducted by Manick Bhan, the founder of Search Atlas and an SEO automation expert, promises to equip participants with cutting-edge tools and strategies to enhance their digital marketing efforts through AI.</w:t>
      </w:r>
      <w:r/>
    </w:p>
    <w:p>
      <w:r/>
      <w:r>
        <w:t>Participants will learn how to turn their businesses or agencies into AI-powered marketing machines. The webinar will cover practical strategies for integrating automation into SEO workflows and provide real-world case studies that highlight how leading agencies have achieved significant results using AI-driven SEO strategies.</w:t>
      </w:r>
      <w:r/>
    </w:p>
    <w:p>
      <w:r/>
      <w:r>
        <w:t>The session aims to outline several key areas, including: - Automating SEO processes to save time and resources while maximising client results. - Scaling operations to increase revenue and improve campaign performance. - Real-world success stories from agencies that have effectively harnessed AI in their SEO strategies.</w:t>
      </w:r>
      <w:r/>
    </w:p>
    <w:p>
      <w:r/>
      <w:r>
        <w:t>A standout feature of the webinar is an exclusive, live-only demonstration of Search Atlas, showcasing its capabilities in real-time. Attendees will also have the chance to participate in a live Q&amp;A session with Manick Bhan, allowing them to gain personalised insights and advice.</w:t>
      </w:r>
      <w:r/>
    </w:p>
    <w:p>
      <w:r/>
      <w:r>
        <w:t>The webinar targets a broad audience, including: - Digital marketers seeking to incorporate AI into their SEO strategies. - SEO professionals looking for efficiency improvements and performance enhancements. - Agency owners focused on scaling operations and delivering high-value solutions.</w:t>
      </w:r>
      <w:r/>
    </w:p>
    <w:p>
      <w:r/>
      <w:r>
        <w:t>Interested individuals are encouraged to register for the webinar to secure their spot. For those unable to attend the live session, a recording of the main presentation will be made available to all registrants. This session presents an invaluable opportunity for marketers to stay ahead in a rapidly evolving digital landscape.</w:t>
      </w:r>
      <w:r/>
    </w:p>
    <w:p>
      <w:r/>
      <w:r>
        <w:t>Both events signal a broader trend towards the integration of advanced technologies in everyday and professional applications, promising attendees insights into the future of driving and digital marketing.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https://www.thecourier.co.uk/fp/business-environment/transport/5086803/kia-ev3/</w:t>
        </w:r>
      </w:hyperlink>
      <w:r>
        <w:t xml:space="preserve"> - Corroborates the event hosted by Fiskens to showcase the Kia EV3 and provides details about the event, including the date, time, and activities.</w:t>
      </w:r>
      <w:r/>
    </w:p>
    <w:p>
      <w:pPr>
        <w:pStyle w:val="ListNumber"/>
        <w:spacing w:line="240" w:lineRule="auto"/>
        <w:ind w:left="720"/>
      </w:pPr>
      <w:r/>
      <w:hyperlink r:id="rId10">
        <w:r>
          <w:rPr>
            <w:color w:val="0000EE"/>
            <w:u w:val="single"/>
          </w:rPr>
          <w:t>https://www.thecourier.co.uk/fp/business-environment/transport/5086803/kia-ev3/</w:t>
        </w:r>
      </w:hyperlink>
      <w:r>
        <w:t xml:space="preserve"> - Confirms that the event is designed to provide a hands-on experience of the Kia EV3 and that admission is free but requires pre-booking.</w:t>
      </w:r>
      <w:r/>
    </w:p>
    <w:p>
      <w:pPr>
        <w:pStyle w:val="ListNumber"/>
        <w:spacing w:line="240" w:lineRule="auto"/>
        <w:ind w:left="720"/>
      </w:pPr>
      <w:r/>
      <w:hyperlink r:id="rId11">
        <w:r>
          <w:rPr>
            <w:color w:val="0000EE"/>
            <w:u w:val="single"/>
          </w:rPr>
          <w:t>https://www.kia.com/uk/dealers/fisken/</w:t>
        </w:r>
      </w:hyperlink>
      <w:r>
        <w:t xml:space="preserve"> - Verifies that Fiskens is an official Kia car dealer and provides a link to their website for booking appointments.</w:t>
      </w:r>
      <w:r/>
    </w:p>
    <w:p>
      <w:pPr>
        <w:pStyle w:val="ListNumber"/>
        <w:spacing w:line="240" w:lineRule="auto"/>
        <w:ind w:left="720"/>
      </w:pPr>
      <w:r/>
      <w:hyperlink r:id="rId12">
        <w:r>
          <w:rPr>
            <w:color w:val="0000EE"/>
            <w:u w:val="single"/>
          </w:rPr>
          <w:t>https://www.youtube.com/watch?v=XJ-nEUGU7Jk</w:t>
        </w:r>
      </w:hyperlink>
      <w:r>
        <w:t xml:space="preserve"> - Mentions the Kia EV3 and its upcoming availability, aligning with the event details provided.</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in the article, indicating where the information about the events originated.</w:t>
      </w:r>
      <w:r/>
    </w:p>
    <w:p>
      <w:pPr>
        <w:pStyle w:val="ListNumber"/>
        <w:spacing w:line="240" w:lineRule="auto"/>
        <w:ind w:left="720"/>
      </w:pPr>
      <w:r/>
      <w:hyperlink r:id="rId13">
        <w:r>
          <w:rPr>
            <w:color w:val="0000EE"/>
            <w:u w:val="single"/>
          </w:rPr>
          <w:t>https://insideevs.com/news/729921/hyundai-ioniq-9-kia-ev4-la-auto-show-debut/</w:t>
        </w:r>
      </w:hyperlink>
      <w:r>
        <w:t xml:space="preserve"> - Provides context on upcoming Kia electric vehicles, including the EV3, though it does not specifically mention the Fiskens event.</w:t>
      </w:r>
      <w:r/>
    </w:p>
    <w:p>
      <w:pPr>
        <w:pStyle w:val="ListNumber"/>
        <w:spacing w:line="240" w:lineRule="auto"/>
        <w:ind w:left="720"/>
      </w:pPr>
      <w:r/>
      <w:hyperlink r:id="rId14">
        <w:r>
          <w:rPr>
            <w:color w:val="0000EE"/>
            <w:u w:val="single"/>
          </w:rPr>
          <w:t>https://www.kia.com/us/en/ev9</w:t>
        </w:r>
      </w:hyperlink>
      <w:r>
        <w:t xml:space="preserve"> - While focused on the Kia EV9, it highlights Kia's commitment to innovative electric vehicles, which includes the EV3.</w:t>
      </w:r>
      <w:r/>
    </w:p>
    <w:p>
      <w:pPr>
        <w:pStyle w:val="ListNumber"/>
        <w:spacing w:line="240" w:lineRule="auto"/>
        <w:ind w:left="720"/>
      </w:pPr>
      <w:r/>
      <w:hyperlink r:id="rId15">
        <w:r>
          <w:rPr>
            <w:color w:val="0000EE"/>
            <w:u w:val="single"/>
          </w:rPr>
          <w:t>https://www.youtube.com/watch?v=1D06IJT_ab4</w:t>
        </w:r>
      </w:hyperlink>
      <w:r>
        <w:t xml:space="preserve"> - Features a night drive review of the Kia EV3 GT Line, indicating the vehicle's availability for testing and review.</w:t>
      </w:r>
      <w:r/>
    </w:p>
    <w:p>
      <w:pPr>
        <w:pStyle w:val="ListNumber"/>
        <w:spacing w:line="240" w:lineRule="auto"/>
        <w:ind w:left="720"/>
      </w:pPr>
      <w:r/>
      <w:hyperlink r:id="rId10">
        <w:r>
          <w:rPr>
            <w:color w:val="0000EE"/>
            <w:u w:val="single"/>
          </w:rPr>
          <w:t>https://www.thecourier.co.uk/fp/business-environment/transport/5086803/kia-ev3/</w:t>
        </w:r>
      </w:hyperlink>
      <w:r>
        <w:t xml:space="preserve"> - Details the priority test drive access for attendees at the Fiskens event.</w:t>
      </w:r>
      <w:r/>
    </w:p>
    <w:p>
      <w:pPr>
        <w:pStyle w:val="ListNumber"/>
        <w:spacing w:line="240" w:lineRule="auto"/>
        <w:ind w:left="720"/>
      </w:pPr>
      <w:r/>
      <w:hyperlink r:id="rId10">
        <w:r>
          <w:rPr>
            <w:color w:val="0000EE"/>
            <w:u w:val="single"/>
          </w:rPr>
          <w:t>https://www.thecourier.co.uk/fp/business-environment/transport/5086803/kia-ev3/</w:t>
        </w:r>
      </w:hyperlink>
      <w:r>
        <w:t xml:space="preserve"> - Mentions the complimentary refreshments and the opportunity for guests to discuss the vehicle’s features with trained experts.</w:t>
      </w:r>
      <w:r/>
    </w:p>
    <w:p>
      <w:pPr>
        <w:pStyle w:val="ListNumber"/>
        <w:spacing w:line="240" w:lineRule="auto"/>
        <w:ind w:left="720"/>
      </w:pPr>
      <w:r/>
      <w:hyperlink r:id="rId10">
        <w:r>
          <w:rPr>
            <w:color w:val="0000EE"/>
            <w:u w:val="single"/>
          </w:rPr>
          <w:t>https://www.thecourier.co.uk/fp/business-environment/transport/5086803/kia-ev3/</w:t>
        </w:r>
      </w:hyperlink>
      <w:r>
        <w:t xml:space="preserve"> - Please view link - unable to able to access data</w:t>
      </w:r>
      <w:r/>
    </w:p>
    <w:p>
      <w:pPr>
        <w:pStyle w:val="ListNumber"/>
        <w:spacing w:line="240" w:lineRule="auto"/>
        <w:ind w:left="720"/>
      </w:pPr>
      <w:r/>
      <w:hyperlink r:id="rId16">
        <w:r>
          <w:rPr>
            <w:color w:val="0000EE"/>
            <w:u w:val="single"/>
          </w:rPr>
          <w:t>https://www.searchenginejournal.com/ai-automation-for-seo-scale-efforts-and-drive-revenue-live-webinar/528515/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courier.co.uk/fp/business-environment/transport/5086803/kia-ev3/" TargetMode="External"/><Relationship Id="rId11" Type="http://schemas.openxmlformats.org/officeDocument/2006/relationships/hyperlink" Target="https://www.kia.com/uk/dealers/fisken/" TargetMode="External"/><Relationship Id="rId12" Type="http://schemas.openxmlformats.org/officeDocument/2006/relationships/hyperlink" Target="https://www.youtube.com/watch?v=XJ-nEUGU7Jk" TargetMode="External"/><Relationship Id="rId13" Type="http://schemas.openxmlformats.org/officeDocument/2006/relationships/hyperlink" Target="https://insideevs.com/news/729921/hyundai-ioniq-9-kia-ev4-la-auto-show-debut/" TargetMode="External"/><Relationship Id="rId14" Type="http://schemas.openxmlformats.org/officeDocument/2006/relationships/hyperlink" Target="https://www.kia.com/us/en/ev9" TargetMode="External"/><Relationship Id="rId15" Type="http://schemas.openxmlformats.org/officeDocument/2006/relationships/hyperlink" Target="https://www.youtube.com/watch?v=1D06IJT_ab4" TargetMode="External"/><Relationship Id="rId16" Type="http://schemas.openxmlformats.org/officeDocument/2006/relationships/hyperlink" Target="https://www.searchenginejournal.com/ai-automation-for-seo-scale-efforts-and-drive-revenue-live-webinar/5285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