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Verkada unveils advanced product enhancements at VerkadaOne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Verkada Unveils Advanced Product Enhancements at VerkadaOne Conference</w:t>
      </w:r>
      <w:r/>
    </w:p>
    <w:p>
      <w:r/>
      <w:r>
        <w:rPr>
          <w:b/>
        </w:rPr>
        <w:t>Denver, CO – October 2023</w:t>
      </w:r>
      <w:r>
        <w:t xml:space="preserve"> – Verkada, a leading name in physical security solutions, has announced a series of innovative product enhancements designed to deliver enhanced visibility and control for businesses. This announcement was made during Verkada’s second annual customer conference, VerkadaOne, which drew over 1,600 IT and physical security leaders to Denver for a three-day event.</w:t>
      </w:r>
      <w:r/>
    </w:p>
    <w:p>
      <w:r/>
      <w:r>
        <w:t xml:space="preserve">The conference provided an opportunity for attendees to connect and explore Verkada’s latest advancements. The company showcased its commitment to empowering physical security professionals with proactive and efficient tools. </w:t>
      </w:r>
      <w:r/>
    </w:p>
    <w:p>
      <w:r/>
      <w:r>
        <w:rPr>
          <w:b/>
        </w:rPr>
        <w:t>Product and Operations Insights</w:t>
      </w:r>
      <w:r/>
    </w:p>
    <w:p>
      <w:r/>
      <w:r>
        <w:t>Brandon Davito, Senior Vice President of Product and Operations at Verkada, highlighted the integral role of Verkada’s platform and its partnerships with technology vendors. He expressed enthusiasm about the strategic investments in artificial intelligence (AI), including real-time alerting via natural language processing and notable improvements in audio and visual quality. "The enhancements will make physical security more proactive and powerful, and our new generation products will streamline the entry experience for employees, contractors, and guests," Davito stated.</w:t>
      </w:r>
      <w:r/>
    </w:p>
    <w:p>
      <w:r/>
      <w:r>
        <w:rPr>
          <w:b/>
        </w:rPr>
        <w:t>New Features and Functionalities</w:t>
      </w:r>
      <w:r/>
    </w:p>
    <w:p>
      <w:r/>
      <w:r>
        <w:t>Verkada has made significant advancements in its cloud-based software platform. The newly introduced features are designed to enhance efficiency and security for various organisations:</w:t>
      </w:r>
      <w:r/>
      <w:r/>
    </w:p>
    <w:p>
      <w:pPr>
        <w:pStyle w:val="ListBullet"/>
        <w:spacing w:line="240" w:lineRule="auto"/>
        <w:ind w:left="720"/>
      </w:pPr>
      <w:r/>
      <w:r>
        <w:t>AI-Powered Alerts: This feature allows customers to create and receive alerts based on natural language queries. For instance, alerts can be set up for scenarios like detecting individuals not wearing safety vests or identifying specific vehicles.</w:t>
      </w:r>
      <w:r/>
    </w:p>
    <w:p>
      <w:pPr>
        <w:pStyle w:val="ListBullet"/>
        <w:spacing w:line="240" w:lineRule="auto"/>
        <w:ind w:left="720"/>
      </w:pPr>
      <w:r/>
      <w:r>
        <w:t>Occupancy Trends Dashboard: Aimed at assisting businesses in understanding space utilisation over different time frames, this dashboard is beneficial for retailers, manufacturers, and educational institutions to make informed decisions regarding staffing, inventory, and energy management.</w:t>
      </w:r>
      <w:r/>
    </w:p>
    <w:p>
      <w:pPr>
        <w:pStyle w:val="ListBullet"/>
        <w:spacing w:line="240" w:lineRule="auto"/>
        <w:ind w:left="720"/>
      </w:pPr>
      <w:r/>
      <w:r>
        <w:t>Mobile Credentials for Access Control: Verkada has expanded its Access Control integration, enabling users to unlock doors quickly using their iPhone or Apple Watch. The mobile credential functionality has also been extended to Android devices.</w:t>
      </w:r>
      <w:r/>
    </w:p>
    <w:p>
      <w:pPr>
        <w:pStyle w:val="ListBullet"/>
        <w:spacing w:line="240" w:lineRule="auto"/>
        <w:ind w:left="720"/>
      </w:pPr>
      <w:r/>
      <w:r>
        <w:t>Enhanced Admin Experience in Verkada Guest: The revamped admin interface offers secure and convenient check-ins. Customised sign-in flows can be created using conditional logic, and frequent visitors can now utilise facial recognition for check-ins.</w:t>
      </w:r>
      <w:r/>
      <w:r/>
    </w:p>
    <w:p>
      <w:r/>
      <w:r>
        <w:rPr>
          <w:b/>
        </w:rPr>
        <w:t>New Hardware Additions</w:t>
      </w:r>
      <w:r/>
    </w:p>
    <w:p>
      <w:r/>
      <w:r>
        <w:t>Verkada remains at the forefront of security with its latest hardware:</w:t>
      </w:r>
      <w:r/>
      <w:r/>
    </w:p>
    <w:p>
      <w:pPr>
        <w:pStyle w:val="ListBullet"/>
        <w:spacing w:line="240" w:lineRule="auto"/>
        <w:ind w:left="720"/>
      </w:pPr>
      <w:r/>
      <w:r>
        <w:t>Cameras: The new generation of fisheye and 4K PTZ cameras feature larger image sensors and advanced optics powered by the Ambarella CV7x processors, setting industry standards for image quality and analytics capabilities. Additionally, the new mini split camera (CM42-S) caters to spaces requiring discretion.</w:t>
      </w:r>
      <w:r/>
    </w:p>
    <w:p>
      <w:pPr>
        <w:pStyle w:val="ListBullet"/>
        <w:spacing w:line="240" w:lineRule="auto"/>
        <w:ind w:left="720"/>
      </w:pPr>
      <w:r/>
      <w:r>
        <w:t>Intercoms: With more than 4,000 customers making over 100,000 calls daily via Verkada’s intercoms, three new models have been introduced – the compact TD33, the thinner TD53, and the TD63 with a built-in keypad. These models boast improved audio and video quality and include built-in door readers for granting access seamlessly.</w:t>
      </w:r>
      <w:r/>
      <w:r/>
    </w:p>
    <w:p>
      <w:r/>
      <w:r>
        <w:t>During the conference, attendees had the opportunity to see live demonstrations and engage with the new solutions, which underline Verkada's impact on enhancing safety and operational efficiency in diverse business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https://www.securitysystemsnews.com/article/verkada-better-together</w:t>
        </w:r>
      </w:hyperlink>
      <w:r>
        <w:t xml:space="preserve"> - Corroborates the announcement of Verkada's next generation of cloud-based physical security solutions and the adoption of the ONVIF open standard at VerkadaOne.</w:t>
      </w:r>
      <w:r/>
    </w:p>
    <w:p>
      <w:pPr>
        <w:pStyle w:val="ListNumber"/>
        <w:spacing w:line="240" w:lineRule="auto"/>
        <w:ind w:left="720"/>
      </w:pPr>
      <w:r/>
      <w:hyperlink r:id="rId11">
        <w:r>
          <w:rPr>
            <w:color w:val="0000EE"/>
            <w:u w:val="single"/>
          </w:rPr>
          <w:t>https://www.prnewswire.com/news-releases/verkada-introduces-ai-powered-alerts-next-generation-cameras-intercoms-and-door-readers-at-verkadaone-302257577.html</w:t>
        </w:r>
      </w:hyperlink>
      <w:r>
        <w:t xml:space="preserve"> - Supports the introduction of AI-Powered Alerts, next-generation cameras, intercoms, and door readers, as well as the expansion of mobile credentials and enhanced admin experience in Verkada Guest.</w:t>
      </w:r>
      <w:r/>
    </w:p>
    <w:p>
      <w:pPr>
        <w:pStyle w:val="ListNumber"/>
        <w:spacing w:line="240" w:lineRule="auto"/>
        <w:ind w:left="720"/>
      </w:pPr>
      <w:r/>
      <w:hyperlink r:id="rId12">
        <w:r>
          <w:rPr>
            <w:color w:val="0000EE"/>
            <w:u w:val="single"/>
          </w:rPr>
          <w:t>https://www.verkada.com/blog/september-2024-launches/</w:t>
        </w:r>
      </w:hyperlink>
      <w:r>
        <w:t xml:space="preserve"> - Details the new software features, including AI-Powered Alerts, Occupancy Trends dashboard, and updates to Verkada Guest admin functionality, along with new hardware introductions.</w:t>
      </w:r>
      <w:r/>
    </w:p>
    <w:p>
      <w:pPr>
        <w:pStyle w:val="ListNumber"/>
        <w:spacing w:line="240" w:lineRule="auto"/>
        <w:ind w:left="720"/>
      </w:pPr>
      <w:r/>
      <w:hyperlink r:id="rId13">
        <w:r>
          <w:rPr>
            <w:color w:val="0000EE"/>
            <w:u w:val="single"/>
          </w:rPr>
          <w:t>https://www.securitysystemsnews.com/article/next-gen-products-services-steal-show-at-verkadaone</w:t>
        </w:r>
      </w:hyperlink>
      <w:r>
        <w:t xml:space="preserve"> - Provides information on the new line of products and services, including AI-powered Alerts, next-generation cameras, intercoms, and door readers, and their impact on physical security.</w:t>
      </w:r>
      <w:r/>
    </w:p>
    <w:p>
      <w:pPr>
        <w:pStyle w:val="ListNumber"/>
        <w:spacing w:line="240" w:lineRule="auto"/>
        <w:ind w:left="720"/>
      </w:pPr>
      <w:r/>
      <w:hyperlink r:id="rId12">
        <w:r>
          <w:rPr>
            <w:color w:val="0000EE"/>
            <w:u w:val="single"/>
          </w:rPr>
          <w:t>https://www.verkada.com/blog/september-2024-launches/</w:t>
        </w:r>
      </w:hyperlink>
      <w:r>
        <w:t xml:space="preserve"> - Explains the strategic investments in AI, including real-time alerting via natural language processing and improvements in audio and visual quality.</w:t>
      </w:r>
      <w:r/>
    </w:p>
    <w:p>
      <w:pPr>
        <w:pStyle w:val="ListNumber"/>
        <w:spacing w:line="240" w:lineRule="auto"/>
        <w:ind w:left="720"/>
      </w:pPr>
      <w:r/>
      <w:hyperlink r:id="rId11">
        <w:r>
          <w:rPr>
            <w:color w:val="0000EE"/>
            <w:u w:val="single"/>
          </w:rPr>
          <w:t>https://www.prnewswire.com/news-releases/verkada-introduces-ai-powered-alerts-next-generation-cameras-intercoms-and-door-readers-at-verkadaone-302257577.html</w:t>
        </w:r>
      </w:hyperlink>
      <w:r>
        <w:t xml:space="preserve"> - Describes the Occupancy Trends dashboard and its benefits for understanding space utilization and making informed decisions.</w:t>
      </w:r>
      <w:r/>
    </w:p>
    <w:p>
      <w:pPr>
        <w:pStyle w:val="ListNumber"/>
        <w:spacing w:line="240" w:lineRule="auto"/>
        <w:ind w:left="720"/>
      </w:pPr>
      <w:r/>
      <w:hyperlink r:id="rId13">
        <w:r>
          <w:rPr>
            <w:color w:val="0000EE"/>
            <w:u w:val="single"/>
          </w:rPr>
          <w:t>https://www.securitysystemsnews.com/article/next-gen-products-services-steal-show-at-verkadaone</w:t>
        </w:r>
      </w:hyperlink>
      <w:r>
        <w:t xml:space="preserve"> - Details the expansion of mobile credentials for access control, including integration with Apple and Android devices.</w:t>
      </w:r>
      <w:r/>
    </w:p>
    <w:p>
      <w:pPr>
        <w:pStyle w:val="ListNumber"/>
        <w:spacing w:line="240" w:lineRule="auto"/>
        <w:ind w:left="720"/>
      </w:pPr>
      <w:r/>
      <w:hyperlink r:id="rId12">
        <w:r>
          <w:rPr>
            <w:color w:val="0000EE"/>
            <w:u w:val="single"/>
          </w:rPr>
          <w:t>https://www.verkada.com/blog/september-2024-launches/</w:t>
        </w:r>
      </w:hyperlink>
      <w:r>
        <w:t xml:space="preserve"> - Corroborates the enhanced admin experience in Verkada Guest, including customized sign-in flows and facial recognition for frequent visitors.</w:t>
      </w:r>
      <w:r/>
    </w:p>
    <w:p>
      <w:pPr>
        <w:pStyle w:val="ListNumber"/>
        <w:spacing w:line="240" w:lineRule="auto"/>
        <w:ind w:left="720"/>
      </w:pPr>
      <w:r/>
      <w:hyperlink r:id="rId10">
        <w:r>
          <w:rPr>
            <w:color w:val="0000EE"/>
            <w:u w:val="single"/>
          </w:rPr>
          <w:t>https://www.securitysystemsnews.com/article/verkada-better-together</w:t>
        </w:r>
      </w:hyperlink>
      <w:r>
        <w:t xml:space="preserve"> - Highlights the new generation of fisheye and 4K PTZ cameras with larger image sensors and advanced optics powered by Ambarella CV7x processors.</w:t>
      </w:r>
      <w:r/>
    </w:p>
    <w:p>
      <w:pPr>
        <w:pStyle w:val="ListNumber"/>
        <w:spacing w:line="240" w:lineRule="auto"/>
        <w:ind w:left="720"/>
      </w:pPr>
      <w:r/>
      <w:hyperlink r:id="rId11">
        <w:r>
          <w:rPr>
            <w:color w:val="0000EE"/>
            <w:u w:val="single"/>
          </w:rPr>
          <w:t>https://www.prnewswire.com/news-releases/verkada-introduces-ai-powered-alerts-next-generation-cameras-intercoms-and-door-readers-at-verkadaone-302257577.html</w:t>
        </w:r>
      </w:hyperlink>
      <w:r>
        <w:t xml:space="preserve"> - Describes the new intercom models (TD33, TD53, TD63) with improved audio and video quality and built-in door readers.</w:t>
      </w:r>
      <w:r/>
    </w:p>
    <w:p>
      <w:pPr>
        <w:pStyle w:val="ListNumber"/>
        <w:spacing w:line="240" w:lineRule="auto"/>
        <w:ind w:left="720"/>
      </w:pPr>
      <w:r/>
      <w:hyperlink r:id="rId13">
        <w:r>
          <w:rPr>
            <w:color w:val="0000EE"/>
            <w:u w:val="single"/>
          </w:rPr>
          <w:t>https://www.securitysystemsnews.com/article/next-gen-products-services-steal-show-at-verkadaone</w:t>
        </w:r>
      </w:hyperlink>
      <w:r>
        <w:t xml:space="preserve"> - Mentions the new mini split camera (CM42-S) designed for discreet locations and the introduction of a door reader with a keypad (AD64).</w:t>
      </w:r>
      <w:r/>
    </w:p>
    <w:p>
      <w:pPr>
        <w:pStyle w:val="ListNumber"/>
        <w:spacing w:line="240" w:lineRule="auto"/>
        <w:ind w:left="720"/>
      </w:pPr>
      <w:r/>
      <w:hyperlink r:id="rId14">
        <w:r>
          <w:rPr>
            <w:color w:val="0000EE"/>
            <w:u w:val="single"/>
          </w:rPr>
          <w:t>https://internationalsecurityjournal.com/verkada-showcases-ai-powered-products-at-verkadaone/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systemsnews.com/article/verkada-better-together" TargetMode="External"/><Relationship Id="rId11" Type="http://schemas.openxmlformats.org/officeDocument/2006/relationships/hyperlink" Target="https://www.prnewswire.com/news-releases/verkada-introduces-ai-powered-alerts-next-generation-cameras-intercoms-and-door-readers-at-verkadaone-302257577.html" TargetMode="External"/><Relationship Id="rId12" Type="http://schemas.openxmlformats.org/officeDocument/2006/relationships/hyperlink" Target="https://www.verkada.com/blog/september-2024-launches/" TargetMode="External"/><Relationship Id="rId13" Type="http://schemas.openxmlformats.org/officeDocument/2006/relationships/hyperlink" Target="https://www.securitysystemsnews.com/article/next-gen-products-services-steal-show-at-verkadaone" TargetMode="External"/><Relationship Id="rId14" Type="http://schemas.openxmlformats.org/officeDocument/2006/relationships/hyperlink" Target="https://internationalsecurityjournal.com/verkada-showcases-ai-powered-products-at-verkada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