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VocaEase launches a revolutionary AI translation ring for seamless global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Technological Breakthrough: VocaEase Rotating 360° MagSafe AI Translation Ring</w:t>
      </w:r>
      <w:r/>
    </w:p>
    <w:p>
      <w:r/>
      <w:r>
        <w:rPr>
          <w:b/>
        </w:rPr>
        <w:t>London, UK—</w:t>
      </w:r>
      <w:r>
        <w:t xml:space="preserve"> In the era of rapid globalisation, seamless communication across various languages has become increasingly vital. Enter the VocaEase Rotating 360° MagSafe AI Translation Ring, a revolutionary device poised to transform international interactions.</w:t>
      </w:r>
      <w:r/>
    </w:p>
    <w:p>
      <w:r/>
      <w:r>
        <w:rPr>
          <w:b/>
        </w:rPr>
        <w:t>Introducing VocaEase's Capabilities</w:t>
      </w:r>
      <w:r/>
    </w:p>
    <w:p>
      <w:r/>
      <w:r>
        <w:t>Available with an attractive discount of 36%, the VocaEase Translation Ring boasts sophisticated AI-powered functionalities designed to bridge language barriers effortlessly. This compact device supports an impressive array of 138 languages, including numerous dialects and regional variations.</w:t>
      </w:r>
      <w:r/>
    </w:p>
    <w:p>
      <w:r/>
      <w:r>
        <w:rPr>
          <w:b/>
        </w:rPr>
        <w:t>Advanced Communication Features</w:t>
      </w:r>
      <w:r/>
    </w:p>
    <w:p>
      <w:r/>
      <w:r>
        <w:t>The VocaEase excels in versatility, performing instant translations within any application through its Cross-App Translation feature. This means users can effortlessly understand and reply to messages and conversations without switching between different tools or platforms.</w:t>
      </w:r>
      <w:r/>
    </w:p>
    <w:p>
      <w:r/>
      <w:r>
        <w:t>Moreover, the device enhances voice and video call experiences by providing real-time subtitle translations. This capability ensures that users can engage in conversations without the hindrance of language differences, crucial for both personal and professional exchanges.</w:t>
      </w:r>
      <w:r/>
    </w:p>
    <w:p>
      <w:r/>
      <w:r>
        <w:rPr>
          <w:b/>
        </w:rPr>
        <w:t>Offline Capability</w:t>
      </w:r>
      <w:r/>
    </w:p>
    <w:p>
      <w:r/>
      <w:r>
        <w:t>Recognising the necessity of constant connectivity, even in areas with limited internet access, the VocaEase offers robust offline translation. This feature is particularly beneficial for travellers or individuals in remote locations, enabling continuous communication without dependency on internet connectivity.</w:t>
      </w:r>
      <w:r/>
    </w:p>
    <w:p>
      <w:r/>
      <w:r>
        <w:rPr>
          <w:b/>
        </w:rPr>
        <w:t>Design and Utility</w:t>
      </w:r>
      <w:r/>
    </w:p>
    <w:p>
      <w:r/>
      <w:r>
        <w:t>Compact and portable by design, the VocaEase snaps magnetically to a smartphone, also functioning as a smart device holder. This user-friendly design makes it convenient to carry and use, further enhancing its practicality for everyday use and travel.</w:t>
      </w:r>
      <w:r/>
    </w:p>
    <w:p>
      <w:r/>
      <w:r>
        <w:rPr>
          <w:b/>
        </w:rPr>
        <w:t>Conclusion</w:t>
      </w:r>
      <w:r/>
    </w:p>
    <w:p>
      <w:r/>
      <w:r>
        <w:t>The VocaEase Rotating 360° MagSafe AI Translation Ring represents a significant step forward in communication technology. With its extensive language support, real-time translation features, and offline capability, it equips users to navigate multilingual environments with ease.</w:t>
      </w:r>
      <w:r/>
    </w:p>
    <w:p>
      <w:r/>
      <w:r>
        <w:t>As the world becomes ever more interconnected, tools like the VocaEase are not just convenient but essential, enabling true global communication and understanding. Whether for travel, business, or casual conversation, this innovative device offers a promising solution to the complexities of language barriers.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https://backercrew.com/vocaeasethe-no-1-rotating-360-magsafe-ai-translation-ring/</w:t>
        </w:r>
      </w:hyperlink>
      <w:r>
        <w:t xml:space="preserve"> - Corroborates the VocaEase Translation Ring's support for 138 languages, including dialects and regional variations, and its various translation features such as Cross-App Translation, Voice and Video Call translation, and Recording Transcript.</w:t>
      </w:r>
      <w:r/>
    </w:p>
    <w:p>
      <w:pPr>
        <w:pStyle w:val="ListNumber"/>
        <w:spacing w:line="240" w:lineRule="auto"/>
        <w:ind w:left="720"/>
      </w:pPr>
      <w:r/>
      <w:hyperlink r:id="rId11">
        <w:r>
          <w:rPr>
            <w:color w:val="0000EE"/>
            <w:u w:val="single"/>
          </w:rPr>
          <w:t>https://www.yankodesign.com/2024/09/28/vocaease-360-magsafe-ai-translation-ring-revolutionizes-global-communication/</w:t>
        </w:r>
      </w:hyperlink>
      <w:r>
        <w:t xml:space="preserve"> - Supports the device's ability to perform instant translations within any application, real-time subtitle translations for voice and video calls, and its compact, magnetic design.</w:t>
      </w:r>
      <w:r/>
    </w:p>
    <w:p>
      <w:pPr>
        <w:pStyle w:val="ListNumber"/>
        <w:spacing w:line="240" w:lineRule="auto"/>
        <w:ind w:left="720"/>
      </w:pPr>
      <w:r/>
      <w:hyperlink r:id="rId12">
        <w:r>
          <w:rPr>
            <w:color w:val="0000EE"/>
            <w:u w:val="single"/>
          </w:rPr>
          <w:t>https://www.kicktraq.com/projects/747710866/vocaease-translation-ring-speak-with-confidence/</w:t>
        </w:r>
      </w:hyperlink>
      <w:r>
        <w:t xml:space="preserve"> - Confirms the device's offline translation capability, its use in various environments, and the project's funding status on Kickstarter.</w:t>
      </w:r>
      <w:r/>
    </w:p>
    <w:p>
      <w:pPr>
        <w:pStyle w:val="ListNumber"/>
        <w:spacing w:line="240" w:lineRule="auto"/>
        <w:ind w:left="720"/>
      </w:pPr>
      <w:r/>
      <w:hyperlink r:id="rId13">
        <w:r>
          <w:rPr>
            <w:color w:val="0000EE"/>
            <w:u w:val="single"/>
          </w:rPr>
          <w:t>https://www.youtube.com/watch?v=C_x4NuWRbFw</w:t>
        </w:r>
      </w:hyperlink>
      <w:r>
        <w:t xml:space="preserve"> - Demonstrates the device's functionality in real-time video, photo, and dialogue translations, as well as its offline translation feature.</w:t>
      </w:r>
      <w:r/>
    </w:p>
    <w:p>
      <w:pPr>
        <w:pStyle w:val="ListNumber"/>
        <w:spacing w:line="240" w:lineRule="auto"/>
        <w:ind w:left="720"/>
      </w:pPr>
      <w:r/>
      <w:hyperlink r:id="rId14">
        <w:r>
          <w:rPr>
            <w:color w:val="0000EE"/>
            <w:u w:val="single"/>
          </w:rPr>
          <w:t>https://www.backerkit.com/projects/747710866/vocaease-translation-ring-speak-with-confidence</w:t>
        </w:r>
      </w:hyperlink>
      <w:r>
        <w:t xml:space="preserve"> - Provides details on the project's funding progress, average pledge size, and the number of backers, reinforcing its popularity and support.</w:t>
      </w:r>
      <w:r/>
    </w:p>
    <w:p>
      <w:pPr>
        <w:pStyle w:val="ListNumber"/>
        <w:spacing w:line="240" w:lineRule="auto"/>
        <w:ind w:left="720"/>
      </w:pPr>
      <w:r/>
      <w:hyperlink r:id="rId10">
        <w:r>
          <w:rPr>
            <w:color w:val="0000EE"/>
            <w:u w:val="single"/>
          </w:rPr>
          <w:t>https://backercrew.com/vocaeasethe-no-1-rotating-360-magsafe-ai-translation-ring/</w:t>
        </w:r>
      </w:hyperlink>
      <w:r>
        <w:t xml:space="preserve"> - Explains the device's magnetic attachment to smartphones and its function as a smart device holder, highlighting its design and utility.</w:t>
      </w:r>
      <w:r/>
    </w:p>
    <w:p>
      <w:pPr>
        <w:pStyle w:val="ListNumber"/>
        <w:spacing w:line="240" w:lineRule="auto"/>
        <w:ind w:left="720"/>
      </w:pPr>
      <w:r/>
      <w:hyperlink r:id="rId11">
        <w:r>
          <w:rPr>
            <w:color w:val="0000EE"/>
            <w:u w:val="single"/>
          </w:rPr>
          <w:t>https://www.yankodesign.com/2024/09/28/vocaease-360-magsafe-ai-translation-ring-revolutionizes-global-communication/</w:t>
        </w:r>
      </w:hyperlink>
      <w:r>
        <w:t xml:space="preserve"> - Details the device's construction from lightweight aluminum alloy, its 360-degree rotation, and its battery life, including a 10-minute charge for up to 30 days of standby.</w:t>
      </w:r>
      <w:r/>
    </w:p>
    <w:p>
      <w:pPr>
        <w:pStyle w:val="ListNumber"/>
        <w:spacing w:line="240" w:lineRule="auto"/>
        <w:ind w:left="720"/>
      </w:pPr>
      <w:r/>
      <w:hyperlink r:id="rId12">
        <w:r>
          <w:rPr>
            <w:color w:val="0000EE"/>
            <w:u w:val="single"/>
          </w:rPr>
          <w:t>https://www.kicktraq.com/projects/747710866/vocaease-translation-ring-speak-with-confidence/</w:t>
        </w:r>
      </w:hyperlink>
      <w:r>
        <w:t xml:space="preserve"> - Confirms the device's multi-mode translation capabilities, including video call, cross-app, recording transcript, and dialogue translation.</w:t>
      </w:r>
      <w:r/>
    </w:p>
    <w:p>
      <w:pPr>
        <w:pStyle w:val="ListNumber"/>
        <w:spacing w:line="240" w:lineRule="auto"/>
        <w:ind w:left="720"/>
      </w:pPr>
      <w:r/>
      <w:hyperlink r:id="rId10">
        <w:r>
          <w:rPr>
            <w:color w:val="0000EE"/>
            <w:u w:val="single"/>
          </w:rPr>
          <w:t>https://backercrew.com/vocaeasethe-no-1-rotating-360-magsafe-ai-translation-ring/</w:t>
        </w:r>
      </w:hyperlink>
      <w:r>
        <w:t xml:space="preserve"> - Highlights the device's ability to synchronize translations during various activities such as business meetings, travel, and social parties.</w:t>
      </w:r>
      <w:r/>
    </w:p>
    <w:p>
      <w:pPr>
        <w:pStyle w:val="ListNumber"/>
        <w:spacing w:line="240" w:lineRule="auto"/>
        <w:ind w:left="720"/>
      </w:pPr>
      <w:r/>
      <w:hyperlink r:id="rId11">
        <w:r>
          <w:rPr>
            <w:color w:val="0000EE"/>
            <w:u w:val="single"/>
          </w:rPr>
          <w:t>https://www.yankodesign.com/2024/09/28/vocaease-360-magsafe-ai-translation-ring-revolutionizes-global-communication/</w:t>
        </w:r>
      </w:hyperlink>
      <w:r>
        <w:t xml:space="preserve"> - Mentions the device's integration with modern lifestyles, its support for over 138 languages, and its real-time translation capabilities powered by ChatGPT.</w:t>
      </w:r>
      <w:r/>
    </w:p>
    <w:p>
      <w:pPr>
        <w:pStyle w:val="ListNumber"/>
        <w:spacing w:line="240" w:lineRule="auto"/>
        <w:ind w:left="720"/>
      </w:pPr>
      <w:r/>
      <w:hyperlink r:id="rId14">
        <w:r>
          <w:rPr>
            <w:color w:val="0000EE"/>
            <w:u w:val="single"/>
          </w:rPr>
          <w:t>https://www.backerkit.com/projects/747710866/vocaease-translation-ring-speak-with-confidence</w:t>
        </w:r>
      </w:hyperlink>
      <w:r>
        <w:t xml:space="preserve"> - Provides an update on the project's status, funding, and the number of backers, reinforcing its success and user interest.</w:t>
      </w:r>
      <w:r/>
    </w:p>
    <w:p>
      <w:pPr>
        <w:pStyle w:val="ListNumber"/>
        <w:spacing w:line="240" w:lineRule="auto"/>
        <w:ind w:left="720"/>
      </w:pPr>
      <w:r/>
      <w:hyperlink r:id="rId15">
        <w:r>
          <w:rPr>
            <w:color w:val="0000EE"/>
            <w:u w:val="single"/>
          </w:rPr>
          <w:t>https://thegadgetflow.com/product/vocaease-rotating-360-degree-magsafe-ai-translation-ring/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ackercrew.com/vocaeasethe-no-1-rotating-360-magsafe-ai-translation-ring/" TargetMode="External"/><Relationship Id="rId11" Type="http://schemas.openxmlformats.org/officeDocument/2006/relationships/hyperlink" Target="https://www.yankodesign.com/2024/09/28/vocaease-360-magsafe-ai-translation-ring-revolutionizes-global-communication/" TargetMode="External"/><Relationship Id="rId12" Type="http://schemas.openxmlformats.org/officeDocument/2006/relationships/hyperlink" Target="https://www.kicktraq.com/projects/747710866/vocaease-translation-ring-speak-with-confidence/" TargetMode="External"/><Relationship Id="rId13" Type="http://schemas.openxmlformats.org/officeDocument/2006/relationships/hyperlink" Target="https://www.youtube.com/watch?v=C_x4NuWRbFw" TargetMode="External"/><Relationship Id="rId14" Type="http://schemas.openxmlformats.org/officeDocument/2006/relationships/hyperlink" Target="https://www.backerkit.com/projects/747710866/vocaease-translation-ring-speak-with-confidence" TargetMode="External"/><Relationship Id="rId15" Type="http://schemas.openxmlformats.org/officeDocument/2006/relationships/hyperlink" Target="https://thegadgetflow.com/product/vocaease-rotating-360-degree-magsafe-ai-translation-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