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Who What Wear launches innovative AI shopping assistant, ISA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Who What Wear Launches Innovative AI Shopping Assistant, ISA</w:t>
      </w:r>
      <w:r/>
    </w:p>
    <w:p>
      <w:r/>
      <w:r>
        <w:t>Who What Wear, a leader in fashion and beauty editorial content, has announced the launch of an innovative new tool designed to elevate the shopping experience for its audience. Dubbed the Intelligent Shopping Assistant, or ISA (ee-suh), this beta-launched interactive chatbot leverages the capabilities of generative artificial intelligence to provide curated fashion and beauty product recommendations. This new, forward-thinking development aims to simplify and personalise the shopping process for users.</w:t>
      </w:r>
      <w:r/>
    </w:p>
    <w:p>
      <w:r/>
      <w:r>
        <w:t>The launch marks a significant step for Who What Wear in integrating cutting-edge technology with its industry-leading editorial expertise. Users can engage with ISA by typing questions or shopping queries directly into the chatbot interface, receiving tailored recommendations that draw from Who What Wear's extensive catalogue of articles, buying guides, and product reviews. Whether users are searching for the ideal autumn boots or the latest trending lipsticks, ISA offers swift, editor-backed endorsements along with options for specific parameters, such as price range or preferred retailers.</w:t>
      </w:r>
      <w:r/>
    </w:p>
    <w:p>
      <w:r/>
      <w:r>
        <w:t>Kat Collings, US Editor in Chief of Who What Wear, expressed her enthusiasm for the new tool, highlighting its potential utility, especially during peak shopping periods. "Who What Wear is known for its expert shopping recommendations across fashion and beauty, and ISA is all about providing our audience with a new way to shop smarter," Collings stated. "Especially as we head into the busy holiday season, ISA is an incredible AI-powered resource to help our audience source editor-approved gifts more quickly and efficiently."</w:t>
      </w:r>
      <w:r/>
    </w:p>
    <w:p>
      <w:r/>
      <w:r>
        <w:t>How ISA Operates</w:t>
      </w:r>
      <w:r/>
    </w:p>
    <w:p>
      <w:r/>
      <w:r>
        <w:t>ISA, launching in its beta form today, utilises a sophisticated large language model (LLM) to generate its responses. The chatbot synthesises data from a rich repository of Who What Wear's editorial content to create customised and relevant shopping suggestions. Users can expect to receive ISA’s top picks, more affordable alternatives, and links to related stories on Who What Wear for further exploration.</w:t>
      </w:r>
      <w:r/>
    </w:p>
    <w:p>
      <w:r/>
      <w:r>
        <w:t>As users interact with ISA, feedback will play a crucial role in refining and enhancing its functionality. The Who What Wear team is committed to adhering to privacy standards while analysing interactions to boost the accuracy and relevance of the chatbot's recommendations. To this end, there is an open invitation for users to provide feedback on their experiences, helping to fine-tune ISA's capabilities over time.</w:t>
      </w:r>
      <w:r/>
    </w:p>
    <w:p>
      <w:r/>
      <w:r>
        <w:t>Who Will Benefit?</w:t>
      </w:r>
      <w:r/>
    </w:p>
    <w:p>
      <w:r/>
      <w:r>
        <w:t>ISA has been crafted with Who What Wear’s extensive audience in mind, serving over 13.5 million fashion and beauty enthusiasts globally. The tool is designed to assist users in discovering the latest trends, re-creating street style looks, staying updated on sales, and much more. ISA’s integration is set to deepen users' reliance on Who What Wear for all their fashion and beauty needs.</w:t>
      </w:r>
      <w:r/>
    </w:p>
    <w:p>
      <w:r/>
      <w:r>
        <w:t>While the capabilities of ISA are focused on fashion and beauty, it’s important to note that the chatbot may occasionally encounter limitations. It may not provide answers outside of its specialised knowledge base but is continuously evolving to improve response accuracy.</w:t>
      </w:r>
      <w:r/>
    </w:p>
    <w:p>
      <w:r/>
      <w:r>
        <w:t>Highlighting ISA’s Recommendations</w:t>
      </w:r>
      <w:r/>
    </w:p>
    <w:p>
      <w:r/>
      <w:r>
        <w:t>To illustrate ISA's utility, some of its current top recommendations include:</w:t>
      </w:r>
      <w:r/>
      <w:r/>
    </w:p>
    <w:p>
      <w:pPr>
        <w:pStyle w:val="ListBullet"/>
        <w:spacing w:line="240" w:lineRule="auto"/>
        <w:ind w:left="720"/>
      </w:pPr>
      <w:r/>
      <w:r>
        <w:rPr>
          <w:b/>
        </w:rPr>
        <w:t>Alaïa Le Teckel Medium Leather Shoulder Bag ($2700)</w:t>
      </w:r>
      <w:r>
        <w:t>: A hot favourite in street style circles.</w:t>
      </w:r>
      <w:r/>
    </w:p>
    <w:p>
      <w:pPr>
        <w:pStyle w:val="ListBullet"/>
        <w:spacing w:line="240" w:lineRule="auto"/>
        <w:ind w:left="720"/>
      </w:pPr>
      <w:r/>
      <w:r>
        <w:rPr>
          <w:b/>
        </w:rPr>
        <w:t>Régime des Fleurs Little Flower ($250)</w:t>
      </w:r>
      <w:r>
        <w:t>: A chic, rosy perfume created in collaboration with Chloë Sevigny.</w:t>
      </w:r>
      <w:r/>
    </w:p>
    <w:p>
      <w:pPr>
        <w:pStyle w:val="ListBullet"/>
        <w:spacing w:line="240" w:lineRule="auto"/>
        <w:ind w:left="720"/>
      </w:pPr>
      <w:r/>
      <w:r>
        <w:rPr>
          <w:b/>
        </w:rPr>
        <w:t>Agolde Low Slung Puddle Jeans ($230)</w:t>
      </w:r>
      <w:r>
        <w:t>: Relaxed, stylish jeans from the L.A.-based brand Agolde.</w:t>
      </w:r>
      <w:r/>
    </w:p>
    <w:p>
      <w:pPr>
        <w:pStyle w:val="ListBullet"/>
        <w:spacing w:line="240" w:lineRule="auto"/>
        <w:ind w:left="720"/>
      </w:pPr>
      <w:r/>
      <w:r>
        <w:rPr>
          <w:b/>
        </w:rPr>
        <w:t>VIOLETTE_FR Bisou Balm in Calisson ($29)</w:t>
      </w:r>
      <w:r>
        <w:t>: A beloved product among beauty editors from the French brand VIOLETTE_FR.</w:t>
      </w:r>
      <w:r/>
      <w:r/>
    </w:p>
    <w:p>
      <w:r/>
      <w:r>
        <w:t>ISA represents a significant evolution in how Who What Wear delivers expert shopping content, setting a new standard in the intersection of editorial excellence and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https://www.whowhatwear.com/isa</w:t>
        </w:r>
      </w:hyperlink>
      <w:r>
        <w:t xml:space="preserve"> - Introduces the Intelligent Shopping Assistant (ISA) by Who What Wear, detailing its use of generative AI for personalized fashion and beauty product recommendations.</w:t>
      </w:r>
      <w:r/>
    </w:p>
    <w:p>
      <w:pPr>
        <w:pStyle w:val="ListNumber"/>
        <w:spacing w:line="240" w:lineRule="auto"/>
        <w:ind w:left="720"/>
      </w:pPr>
      <w:r/>
      <w:hyperlink r:id="rId11">
        <w:r>
          <w:rPr>
            <w:color w:val="0000EE"/>
            <w:u w:val="single"/>
          </w:rPr>
          <w:t>https://www.fastcompany.com/91070450/ai-is-about-to-make-it-way-easier-to-shop-for-secondhand-clothes</w:t>
        </w:r>
      </w:hyperlink>
      <w:r>
        <w:t xml:space="preserve"> - Discusses how AI is transforming the shopping experience, including personalized recommendations and virtual try-on options, similar to ISA's functionalities.</w:t>
      </w:r>
      <w:r/>
    </w:p>
    <w:p>
      <w:pPr>
        <w:pStyle w:val="ListNumber"/>
        <w:spacing w:line="240" w:lineRule="auto"/>
        <w:ind w:left="720"/>
      </w:pPr>
      <w:r/>
      <w:hyperlink r:id="rId12">
        <w:r>
          <w:rPr>
            <w:color w:val="0000EE"/>
            <w:u w:val="single"/>
          </w:rPr>
          <w:t>https://www.deseret.com/business/2024/09/23/ai-tools-for-organizing-clothes/</w:t>
        </w:r>
      </w:hyperlink>
      <w:r>
        <w:t xml:space="preserve"> - Explains how AI tools, like Cladwell, are used to organize and recommend clothing, highlighting the broader trend of AI in fashion shopping.</w:t>
      </w:r>
      <w:r/>
    </w:p>
    <w:p>
      <w:pPr>
        <w:pStyle w:val="ListNumber"/>
        <w:spacing w:line="240" w:lineRule="auto"/>
        <w:ind w:left="720"/>
      </w:pPr>
      <w:r/>
      <w:hyperlink r:id="rId13">
        <w:r>
          <w:rPr>
            <w:color w:val="0000EE"/>
            <w:u w:val="single"/>
          </w:rPr>
          <w:t>https://www.flyfish.ai/blog/ai-shopping-assistants-a-game-changer-in-fashion-e-commerce/</w:t>
        </w:r>
      </w:hyperlink>
      <w:r>
        <w:t xml:space="preserve"> - Details the role of AI shopping assistants in personalizing the shopping experience, providing recommendations, and enhancing customer engagement, similar to ISA's goals.</w:t>
      </w:r>
      <w:r/>
    </w:p>
    <w:p>
      <w:pPr>
        <w:pStyle w:val="ListNumber"/>
        <w:spacing w:line="240" w:lineRule="auto"/>
        <w:ind w:left="720"/>
      </w:pPr>
      <w:r/>
      <w:hyperlink r:id="rId13">
        <w:r>
          <w:rPr>
            <w:color w:val="0000EE"/>
            <w:u w:val="single"/>
          </w:rPr>
          <w:t>https://www.flyfish.ai/blog/ai-shopping-assistants-a-game-changer-in-fashion-e-commerce/</w:t>
        </w:r>
      </w:hyperlink>
      <w:r>
        <w:t xml:space="preserve"> - Discusses the use of AI in virtual styling and product expertise, which aligns with ISA's capabilities in providing editor-backed endorsements.</w:t>
      </w:r>
      <w:r/>
    </w:p>
    <w:p>
      <w:pPr>
        <w:pStyle w:val="ListNumber"/>
        <w:spacing w:line="240" w:lineRule="auto"/>
        <w:ind w:left="720"/>
      </w:pPr>
      <w:r/>
      <w:hyperlink r:id="rId12">
        <w:r>
          <w:rPr>
            <w:color w:val="0000EE"/>
            <w:u w:val="single"/>
          </w:rPr>
          <w:t>https://www.deseret.com/business/2024/09/23/ai-tools-for-organizing-clothes/</w:t>
        </w:r>
      </w:hyperlink>
      <w:r>
        <w:t xml:space="preserve"> - Mentions Google Shopping's virtual try-on feature and other AI tools that help users visualize clothing, similar to ISA's visual and interactive recommendations.</w:t>
      </w:r>
      <w:r/>
    </w:p>
    <w:p>
      <w:pPr>
        <w:pStyle w:val="ListNumber"/>
        <w:spacing w:line="240" w:lineRule="auto"/>
        <w:ind w:left="720"/>
      </w:pPr>
      <w:r/>
      <w:hyperlink r:id="rId13">
        <w:r>
          <w:rPr>
            <w:color w:val="0000EE"/>
            <w:u w:val="single"/>
          </w:rPr>
          <w:t>https://www.flyfish.ai/blog/ai-shopping-assistants-a-game-changer-in-fashion-e-commerce/</w:t>
        </w:r>
      </w:hyperlink>
      <w:r>
        <w:t xml:space="preserve"> - Highlights the importance of feedback in refining AI shopping assistants, which is also a key aspect of ISA's development process.</w:t>
      </w:r>
      <w:r/>
    </w:p>
    <w:p>
      <w:pPr>
        <w:pStyle w:val="ListNumber"/>
        <w:spacing w:line="240" w:lineRule="auto"/>
        <w:ind w:left="720"/>
      </w:pPr>
      <w:r/>
      <w:hyperlink r:id="rId14">
        <w:r>
          <w:rPr>
            <w:color w:val="0000EE"/>
            <w:u w:val="single"/>
          </w:rPr>
          <w:t>https://www.heyai.pro/articles/ai-shopping-assistants-for-luxury-brands</w:t>
        </w:r>
      </w:hyperlink>
      <w:r>
        <w:t xml:space="preserve"> - Explains how AI shopping assistants in luxury brands provide personalized and expert advice, similar to ISA's integration with Who What Wear's editorial content.</w:t>
      </w:r>
      <w:r/>
    </w:p>
    <w:p>
      <w:pPr>
        <w:pStyle w:val="ListNumber"/>
        <w:spacing w:line="240" w:lineRule="auto"/>
        <w:ind w:left="720"/>
      </w:pPr>
      <w:r/>
      <w:hyperlink r:id="rId14">
        <w:r>
          <w:rPr>
            <w:color w:val="0000EE"/>
            <w:u w:val="single"/>
          </w:rPr>
          <w:t>https://www.heyai.pro/articles/ai-shopping-assistants-for-luxury-brands</w:t>
        </w:r>
      </w:hyperlink>
      <w:r>
        <w:t xml:space="preserve"> - Discusses the scalability and 24/7 availability of AI shopping assistants, which is also a benefit of ISA's implementation.</w:t>
      </w:r>
      <w:r/>
    </w:p>
    <w:p>
      <w:pPr>
        <w:pStyle w:val="ListNumber"/>
        <w:spacing w:line="240" w:lineRule="auto"/>
        <w:ind w:left="720"/>
      </w:pPr>
      <w:r/>
      <w:hyperlink r:id="rId13">
        <w:r>
          <w:rPr>
            <w:color w:val="0000EE"/>
            <w:u w:val="single"/>
          </w:rPr>
          <w:t>https://www.flyfish.ai/blog/ai-shopping-assistants-a-game-changer-in-fashion-e-commerce/</w:t>
        </w:r>
      </w:hyperlink>
      <w:r>
        <w:t xml:space="preserve"> - Details how AI shopping assistants can analyze customer data to provide curated recommendations, enhancing customer satisfaction and loyalty, similar to ISA's approach.</w:t>
      </w:r>
      <w:r/>
    </w:p>
    <w:p>
      <w:pPr>
        <w:pStyle w:val="ListNumber"/>
        <w:spacing w:line="240" w:lineRule="auto"/>
        <w:ind w:left="720"/>
      </w:pPr>
      <w:r/>
      <w:hyperlink r:id="rId12">
        <w:r>
          <w:rPr>
            <w:color w:val="0000EE"/>
            <w:u w:val="single"/>
          </w:rPr>
          <w:t>https://www.deseret.com/business/2024/09/23/ai-tools-for-organizing-clothes/</w:t>
        </w:r>
      </w:hyperlink>
      <w:r>
        <w:t xml:space="preserve"> - Mentions the use of AI in organizing and styling clothing, such as the Cladwell app, which aligns with ISA's goal of helping users discover and style fashion items.</w:t>
      </w:r>
      <w:r/>
    </w:p>
    <w:p>
      <w:pPr>
        <w:pStyle w:val="ListNumber"/>
        <w:spacing w:line="240" w:lineRule="auto"/>
        <w:ind w:left="720"/>
      </w:pPr>
      <w:r/>
      <w:hyperlink r:id="rId15">
        <w:r>
          <w:rPr>
            <w:color w:val="0000EE"/>
            <w:u w:val="single"/>
          </w:rPr>
          <w:t>https://www.whowhatwear.com/isa-intelligent-shopping-assistant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howhatwear.com/isa" TargetMode="External"/><Relationship Id="rId11" Type="http://schemas.openxmlformats.org/officeDocument/2006/relationships/hyperlink" Target="https://www.fastcompany.com/91070450/ai-is-about-to-make-it-way-easier-to-shop-for-secondhand-clothes" TargetMode="External"/><Relationship Id="rId12" Type="http://schemas.openxmlformats.org/officeDocument/2006/relationships/hyperlink" Target="https://www.deseret.com/business/2024/09/23/ai-tools-for-organizing-clothes/" TargetMode="External"/><Relationship Id="rId13" Type="http://schemas.openxmlformats.org/officeDocument/2006/relationships/hyperlink" Target="https://www.flyfish.ai/blog/ai-shopping-assistants-a-game-changer-in-fashion-e-commerce/" TargetMode="External"/><Relationship Id="rId14" Type="http://schemas.openxmlformats.org/officeDocument/2006/relationships/hyperlink" Target="https://www.heyai.pro/articles/ai-shopping-assistants-for-luxury-brands" TargetMode="External"/><Relationship Id="rId15" Type="http://schemas.openxmlformats.org/officeDocument/2006/relationships/hyperlink" Target="https://www.whowhatwear.com/isa-intelligent-shopping-assista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