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customer feedback analysis transforms cleaning and restoration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business, several small to medium-sized enterprises within the cleaning and restoration (C&amp;R) sector are witnessing a transformative shift in their approach to customer feedback. By adopting AI-driven customer feedback analysis, these businesses have begun tapping into a more profound understanding of customer opinions, thus significantly improving customer satisfaction.</w:t>
      </w:r>
      <w:r/>
    </w:p>
    <w:p>
      <w:r/>
      <w:r>
        <w:t>The C&amp;R industry is known for its competitive nature, with customer satisfaction standing out as a key differentiator among businesses. Traditionally, processing large volumes of customer feedback has been a daunting task. Manual methods are not only time-consuming but often miss out on capturing the subtle nuances in customer sentiment. This has historically posed a challenge for businesses aiming to use customer feedback to drive improvements. However, AI technology is now providing a solution, turning the once complex task into a more manageable process.</w:t>
      </w:r>
      <w:r/>
    </w:p>
    <w:p>
      <w:r/>
      <w:r>
        <w:t>AI-driven customer feedback analysis employs machine learning and natural language processing (NLP) to efficiently sort through and interpret customer reviews, comments, and survey responses. The technology enables the automatic categorisation of feedback into themes and sentiments, thereby presenting businesses with a holistic overview of customer perceptions. This capability allows companies to pinpoint areas needing enhancement while simultaneously recognising their strengths.</w:t>
      </w:r>
      <w:r/>
    </w:p>
    <w:p>
      <w:r/>
      <w:r>
        <w:t>One of the standout features of AI-driven feedback analysis is its automated processing of vast data volumes in real-time, allowing businesses to save considerable time previously spent on manual data entry. Sentiment analysis, a crucial aspect of this technology, allows for the classification of feedback as positive, negative, or neutral. This gives businesses immediate insight into overall customer satisfaction, enabling swift responses to emerging trends or specific issues.</w:t>
      </w:r>
      <w:r/>
    </w:p>
    <w:p>
      <w:r/>
      <w:r>
        <w:t>An exemplary case study is that of 'Clean &amp; Restore', a medium-sized C&amp;R business that opted for AI-driven feedback analysis to address customer complaints about scheduling delays. Before integrating AI, the company faced numerous complaints, leading to frustrated customers. With AI, they quickly identified and rectified scheduling issues, which resulted in a 25% decrease in complaints and broader promotion of their service strengths.</w:t>
      </w:r>
      <w:r/>
    </w:p>
    <w:p>
      <w:r/>
      <w:r>
        <w:t>However, with these advancements come certain challenges. Data privacy and security remain paramount, especially when handling sensitive customer information. Companies must ensure compliance with data protection regulations while also considering the costs of AI implementation, inclusive of software, training, and updates. Adaptability to rapid technological changes in AI is also crucial for maintaining a competitive edge.</w:t>
      </w:r>
      <w:r/>
    </w:p>
    <w:p>
      <w:r/>
      <w:r>
        <w:t>Looking to the future, AI-driven feedback analytics in the C&amp;R sector is expected to become even more advanced. Emerging features include predictive analytics, which forecasts customer sentiments based on historical data, and improved emotional intelligence features, which delve deeper into the emotions behind customer feedback. Additionally, the integration of AI with Internet of Things (IoT) devices will provide an even more comprehensive analysis of customer experiences.</w:t>
      </w:r>
      <w:r/>
    </w:p>
    <w:p>
      <w:r/>
      <w:r>
        <w:t>In summary, AI-driven customer feedback analysis presents a promising avenue for C&amp;R businesses aiming to enhance customer satisfaction and streamline operations. By facilitating the efficient processing of data and providing deep insights into customer needs, AI tools are empowering businesses to make informed, data-driven decisions—a crucial step in increasing customer loyalty and overall service quality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https://www.manobyte.com/growth-strategy/the-benefits-of-hubspots-ai-powered-customer-feedback-analysis</w:t>
        </w:r>
      </w:hyperlink>
      <w:r>
        <w:t xml:space="preserve"> - This article explains how AI-powered customer feedback analysis in HubSpot enhances speed, efficiency, and consistency in analyzing customer feedback, and how it uncovers hidden insights and scales with business growth.</w:t>
      </w:r>
      <w:r/>
    </w:p>
    <w:p>
      <w:pPr>
        <w:pStyle w:val="ListNumber"/>
        <w:spacing w:line="240" w:lineRule="auto"/>
        <w:ind w:left="720"/>
      </w:pPr>
      <w:r/>
      <w:hyperlink r:id="rId11">
        <w:r>
          <w:rPr>
            <w:color w:val="0000EE"/>
            <w:u w:val="single"/>
          </w:rPr>
          <w:t>https://yourstory.com/2023/08/cracking-customer-satisfaction-ai-consumer-feedback-nlp</w:t>
        </w:r>
      </w:hyperlink>
      <w:r>
        <w:t xml:space="preserve"> - This article discusses how AI efficiently processes and analyzes large volumes of unstructured customer feedback data, helping businesses gain valuable insights and improve customer satisfaction through NLP and sentiment analysis.</w:t>
      </w:r>
      <w:r/>
    </w:p>
    <w:p>
      <w:pPr>
        <w:pStyle w:val="ListNumber"/>
        <w:spacing w:line="240" w:lineRule="auto"/>
        <w:ind w:left="720"/>
      </w:pPr>
      <w:r/>
      <w:hyperlink r:id="rId12">
        <w:r>
          <w:rPr>
            <w:color w:val="0000EE"/>
            <w:u w:val="single"/>
          </w:rPr>
          <w:t>https://pavion.com/resource/ai-powered-customer-analytics-for-retail-decision-making/</w:t>
        </w:r>
      </w:hyperlink>
      <w:r>
        <w:t xml:space="preserve"> - This resource highlights how AI-powered customer analytics in retail provides a comprehensive view of customer behavior, analyzes unstructured data, and enables real-time insights and personalized customer experiences.</w:t>
      </w:r>
      <w:r/>
    </w:p>
    <w:p>
      <w:pPr>
        <w:pStyle w:val="ListNumber"/>
        <w:spacing w:line="240" w:lineRule="auto"/>
        <w:ind w:left="720"/>
      </w:pPr>
      <w:r/>
      <w:hyperlink r:id="rId13">
        <w:r>
          <w:rPr>
            <w:color w:val="0000EE"/>
            <w:u w:val="single"/>
          </w:rPr>
          <w:t>https://inmoment.com/blog/ai-customer-feedback/</w:t>
        </w:r>
      </w:hyperlink>
      <w:r>
        <w:t xml:space="preserve"> - This blog post explains how AI-driven feedback analysis enhances accuracy and speed, uncovers hidden trends, and provides cost efficiency and scalability in processing customer feedback.</w:t>
      </w:r>
      <w:r/>
    </w:p>
    <w:p>
      <w:pPr>
        <w:pStyle w:val="ListNumber"/>
        <w:spacing w:line="240" w:lineRule="auto"/>
        <w:ind w:left="720"/>
      </w:pPr>
      <w:r/>
      <w:hyperlink r:id="rId10">
        <w:r>
          <w:rPr>
            <w:color w:val="0000EE"/>
            <w:u w:val="single"/>
          </w:rPr>
          <w:t>https://www.manobyte.com/growth-strategy/the-benefits-of-hubspots-ai-powered-customer-feedback-analysis</w:t>
        </w:r>
      </w:hyperlink>
      <w:r>
        <w:t xml:space="preserve"> - This article details the automated processing of vast data volumes in real-time and the use of sentiment analysis to classify feedback as positive, negative, or neutral, enabling swift responses to customer issues.</w:t>
      </w:r>
      <w:r/>
    </w:p>
    <w:p>
      <w:pPr>
        <w:pStyle w:val="ListNumber"/>
        <w:spacing w:line="240" w:lineRule="auto"/>
        <w:ind w:left="720"/>
      </w:pPr>
      <w:r/>
      <w:hyperlink r:id="rId11">
        <w:r>
          <w:rPr>
            <w:color w:val="0000EE"/>
            <w:u w:val="single"/>
          </w:rPr>
          <w:t>https://yourstory.com/2023/08/cracking-customer-satisfaction-ai-consumer-feedback-nlp</w:t>
        </w:r>
      </w:hyperlink>
      <w:r>
        <w:t xml:space="preserve"> - This article illustrates how AI helps in identifying patterns and trends in customer feedback, allowing businesses to prioritize issues and tailor customer experiences.</w:t>
      </w:r>
      <w:r/>
    </w:p>
    <w:p>
      <w:pPr>
        <w:pStyle w:val="ListNumber"/>
        <w:spacing w:line="240" w:lineRule="auto"/>
        <w:ind w:left="720"/>
      </w:pPr>
      <w:r/>
      <w:hyperlink r:id="rId12">
        <w:r>
          <w:rPr>
            <w:color w:val="0000EE"/>
            <w:u w:val="single"/>
          </w:rPr>
          <w:t>https://pavion.com/resource/ai-powered-customer-analytics-for-retail-decision-making/</w:t>
        </w:r>
      </w:hyperlink>
      <w:r>
        <w:t xml:space="preserve"> - This resource explains how AI algorithms analyze customer data to identify patterns in online browsing behavior and other interactions, helping retailers personalize the shopping experience.</w:t>
      </w:r>
      <w:r/>
    </w:p>
    <w:p>
      <w:pPr>
        <w:pStyle w:val="ListNumber"/>
        <w:spacing w:line="240" w:lineRule="auto"/>
        <w:ind w:left="720"/>
      </w:pPr>
      <w:r/>
      <w:hyperlink r:id="rId13">
        <w:r>
          <w:rPr>
            <w:color w:val="0000EE"/>
            <w:u w:val="single"/>
          </w:rPr>
          <w:t>https://inmoment.com/blog/ai-customer-feedback/</w:t>
        </w:r>
      </w:hyperlink>
      <w:r>
        <w:t xml:space="preserve"> - This blog post discusses the use of predictive analytics and generative AI to forecast customer sentiments and elicit more valuable responses from customers.</w:t>
      </w:r>
      <w:r/>
    </w:p>
    <w:p>
      <w:pPr>
        <w:pStyle w:val="ListNumber"/>
        <w:spacing w:line="240" w:lineRule="auto"/>
        <w:ind w:left="720"/>
      </w:pPr>
      <w:r/>
      <w:hyperlink r:id="rId10">
        <w:r>
          <w:rPr>
            <w:color w:val="0000EE"/>
            <w:u w:val="single"/>
          </w:rPr>
          <w:t>https://www.manobyte.com/growth-strategy/the-benefits-of-hubspots-ai-powered-customer-feedback-analysis</w:t>
        </w:r>
      </w:hyperlink>
      <w:r>
        <w:t xml:space="preserve"> - This article mentions the integration of AI with CRM systems, enabling a holistic view of customer feedback linked to individual customer profiles for personalized follow-ups and improvements.</w:t>
      </w:r>
      <w:r/>
    </w:p>
    <w:p>
      <w:pPr>
        <w:pStyle w:val="ListNumber"/>
        <w:spacing w:line="240" w:lineRule="auto"/>
        <w:ind w:left="720"/>
      </w:pPr>
      <w:r/>
      <w:hyperlink r:id="rId11">
        <w:r>
          <w:rPr>
            <w:color w:val="0000EE"/>
            <w:u w:val="single"/>
          </w:rPr>
          <w:t>https://yourstory.com/2023/08/cracking-customer-satisfaction-ai-consumer-feedback-nlp</w:t>
        </w:r>
      </w:hyperlink>
      <w:r>
        <w:t xml:space="preserve"> - This article highlights the importance of addressing ethical considerations such as data privacy and bias when implementing AI for customer feedback analysis.</w:t>
      </w:r>
      <w:r/>
    </w:p>
    <w:p>
      <w:pPr>
        <w:pStyle w:val="ListNumber"/>
        <w:spacing w:line="240" w:lineRule="auto"/>
        <w:ind w:left="720"/>
      </w:pPr>
      <w:r/>
      <w:hyperlink r:id="rId13">
        <w:r>
          <w:rPr>
            <w:color w:val="0000EE"/>
            <w:u w:val="single"/>
          </w:rPr>
          <w:t>https://inmoment.com/blog/ai-customer-feedback/</w:t>
        </w:r>
      </w:hyperlink>
      <w:r>
        <w:t xml:space="preserve"> - This blog post outlines the future advancements in AI-driven feedback analytics, including predictive analytics and improved emotional intelligence features, and the integration with IoT devices.</w:t>
      </w:r>
      <w:r/>
    </w:p>
    <w:p>
      <w:pPr>
        <w:pStyle w:val="ListNumber"/>
        <w:spacing w:line="240" w:lineRule="auto"/>
        <w:ind w:left="720"/>
      </w:pPr>
      <w:r/>
      <w:hyperlink r:id="rId14">
        <w:r>
          <w:rPr>
            <w:color w:val="0000EE"/>
            <w:u w:val="single"/>
          </w:rPr>
          <w:t>https://www.candrmagazine.com/leveraging-ai-for-customer-feedback-analysis/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nobyte.com/growth-strategy/the-benefits-of-hubspots-ai-powered-customer-feedback-analysis" TargetMode="External"/><Relationship Id="rId11" Type="http://schemas.openxmlformats.org/officeDocument/2006/relationships/hyperlink" Target="https://yourstory.com/2023/08/cracking-customer-satisfaction-ai-consumer-feedback-nlp" TargetMode="External"/><Relationship Id="rId12" Type="http://schemas.openxmlformats.org/officeDocument/2006/relationships/hyperlink" Target="https://pavion.com/resource/ai-powered-customer-analytics-for-retail-decision-making/" TargetMode="External"/><Relationship Id="rId13" Type="http://schemas.openxmlformats.org/officeDocument/2006/relationships/hyperlink" Target="https://inmoment.com/blog/ai-customer-feedback/" TargetMode="External"/><Relationship Id="rId14" Type="http://schemas.openxmlformats.org/officeDocument/2006/relationships/hyperlink" Target="https://www.candrmagazine.com/leveraging-ai-for-customer-feedback-analy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