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wedding invitations: The cost-effective solution for personalised designs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personalisation is key to creating memorable events, the burgeoning world of artificial intelligence offers innovative solutions for engaged couples seeking unique wedding invitations that resonate with their personal themes and interests. The AI-driven tool Midjourney presents such a solution, providing a relatively cost-effective method for creating custom-designed wedding stationery.</w:t>
      </w:r>
      <w:r/>
    </w:p>
    <w:p>
      <w:r/>
      <w:r>
        <w:t>Wedding invitations, traditionally a significant expense in the overall wedding budget, have found a new pocket-friendly ally in Midjourney, a text-to-image AI tool launched in beta format in 2022. Operating via Discord, Midjourney enables users to generate high-quality images using text prompts, with options for both digital and printed formats. This service, which ranges from free limited queries to subscriptions between $10 and $120 per month, allows for a wide range of customisable and sophisticated designs tailored to the client's imagination.</w:t>
      </w:r>
      <w:r/>
    </w:p>
    <w:p>
      <w:r/>
      <w:r>
        <w:t>For those planning themed weddings inspired by cultural icons such as Star Trek or games like Baldur's Gate 3, Midjourney provides the flexibility to create imagery that encapsulates these themes without breaking the bank. The AI’s capabilities extend to blending images and setting parameters that control the creative flair of the design outputs, commonly referred to as "chaos" levels by the developers.</w:t>
      </w:r>
      <w:r/>
    </w:p>
    <w:p>
      <w:r/>
      <w:r>
        <w:t>Midjourney, unlike conversational AI such as ChatGPT, does not engage in back-and-forth dialogue but compensates with its direct and versatile image generation. Users can maximise the tool’s potential by specifying the usage context, such as "printable invites," which ensures practicality in the final design. Further refinement is possible through commands that exclude certain elements or adjust the style and tone of the imagery. For example, one might use adjectives like "whimsical" and "delicate" to achieve a more romantic look, if the initial results skew too fantastical or intense.</w:t>
      </w:r>
      <w:r/>
    </w:p>
    <w:p>
      <w:r/>
      <w:r>
        <w:t>Moreover, the "vary region" command enhances capabilities, allowing users to tweak specific elements within the image, potentially incorporating subtle references or thematic easter eggs. This process, whilst not instantaneous, is relatively swift, offering a meaningful, tailored design in a fraction of the time and cost compared to traditional methods.</w:t>
      </w:r>
      <w:r/>
    </w:p>
    <w:p>
      <w:r/>
      <w:r>
        <w:t>Furthermore, Midjourney includes a feature that generates English text and supports high-resolution image outputs, thus ensuring that the design meets the aesthetic and functional requirements of wedding stationery. Once the image is crafted, it can be seamlessly integrated into word processing tools or design platforms like Canva, making the transition from design to print or email straightforward.</w:t>
      </w:r>
      <w:r/>
    </w:p>
    <w:p>
      <w:r/>
      <w:r>
        <w:t>Overall, the utilisation of Midjourney not only aligns the wedding stationery with the couple’s bespoke interests but also significantly reduces the cost associated with hiring a professional graphic designer. This innovative application of AI underscores a practical use case within the event planning industry, shedding light on the evolving role of technology in personal and creative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https://promptbase.com/prompt/wedding-invitation-cards</w:t>
        </w:r>
      </w:hyperlink>
      <w:r>
        <w:t xml:space="preserve"> - This link corroborates the use of Midjourney for generating customizable and print-ready wedding invitation cards, highlighting the tool's ability to produce stunning and consistent designs.</w:t>
      </w:r>
      <w:r/>
    </w:p>
    <w:p>
      <w:pPr>
        <w:pStyle w:val="ListNumber"/>
        <w:spacing w:line="240" w:lineRule="auto"/>
        <w:ind w:left="720"/>
      </w:pPr>
      <w:r/>
      <w:hyperlink r:id="rId11">
        <w:r>
          <w:rPr>
            <w:color w:val="0000EE"/>
            <w:u w:val="single"/>
          </w:rPr>
          <w:t>https://promptrr.io/product/wedding-invitation-midjourney-prompt/</w:t>
        </w:r>
      </w:hyperlink>
      <w:r>
        <w:t xml:space="preserve"> - This link supports the idea that Midjourney prompts can be used to create wedding invitations in various styles, including elegant, classic, modern, and whimsical, with options for customization.</w:t>
      </w:r>
      <w:r/>
    </w:p>
    <w:p>
      <w:pPr>
        <w:pStyle w:val="ListNumber"/>
        <w:spacing w:line="240" w:lineRule="auto"/>
        <w:ind w:left="720"/>
      </w:pPr>
      <w:r/>
      <w:hyperlink r:id="rId12">
        <w:r>
          <w:rPr>
            <w:color w:val="0000EE"/>
            <w:u w:val="single"/>
          </w:rPr>
          <w:t>https://www.youtube.com/watch?v=7U75sjxSNVQ</w:t>
        </w:r>
      </w:hyperlink>
      <w:r>
        <w:t xml:space="preserve"> - This video tutorial demonstrates how to use Midjourney to create wedding invitations and then customize them using Photopea, illustrating the practical application of Midjourney in wedding stationery design.</w:t>
      </w:r>
      <w:r/>
    </w:p>
    <w:p>
      <w:pPr>
        <w:pStyle w:val="ListNumber"/>
        <w:spacing w:line="240" w:lineRule="auto"/>
        <w:ind w:left="720"/>
      </w:pPr>
      <w:r/>
      <w:hyperlink r:id="rId13">
        <w:r>
          <w:rPr>
            <w:color w:val="0000EE"/>
            <w:u w:val="single"/>
          </w:rPr>
          <w:t>https://www.youtube.com/watch?v=qFYJb0zYztY</w:t>
        </w:r>
      </w:hyperlink>
      <w:r>
        <w:t xml:space="preserve"> - This video shows how to use Midjourney to generate wedding invitation designs with specific themes and styles, and how to refine these designs for additional editing.</w:t>
      </w:r>
      <w:r/>
    </w:p>
    <w:p>
      <w:pPr>
        <w:pStyle w:val="ListNumber"/>
        <w:spacing w:line="240" w:lineRule="auto"/>
        <w:ind w:left="720"/>
      </w:pPr>
      <w:r/>
      <w:hyperlink r:id="rId14">
        <w:r>
          <w:rPr>
            <w:color w:val="0000EE"/>
            <w:u w:val="single"/>
          </w:rPr>
          <w:t>https://www.cnet.com/tech/services-and-software/i-tried-ai-to-make-custom-wedding-invitations-what-went-right-and-wrong/</w:t>
        </w:r>
      </w:hyperlink>
      <w:r>
        <w:t xml:space="preserve"> - This article details the use of Midjourney for creating custom, themed wedding invitations, including the cost-effectiveness and the tool's capabilities in generating high-quality images tailored to specific themes.</w:t>
      </w:r>
      <w:r/>
    </w:p>
    <w:p>
      <w:pPr>
        <w:pStyle w:val="ListNumber"/>
        <w:spacing w:line="240" w:lineRule="auto"/>
        <w:ind w:left="720"/>
      </w:pPr>
      <w:r/>
      <w:hyperlink r:id="rId14">
        <w:r>
          <w:rPr>
            <w:color w:val="0000EE"/>
            <w:u w:val="single"/>
          </w:rPr>
          <w:t>https://www.cnet.com/tech/services-and-software/i-tried-ai-to-make-custom-wedding-invitations-what-went-right-and-wrong/</w:t>
        </w:r>
      </w:hyperlink>
      <w:r>
        <w:t xml:space="preserve"> - This article explains how Midjourney operates via Discord, offers various subscription plans, and allows for the exclusion of certain elements in the design through specific commands.</w:t>
      </w:r>
      <w:r/>
    </w:p>
    <w:p>
      <w:pPr>
        <w:pStyle w:val="ListNumber"/>
        <w:spacing w:line="240" w:lineRule="auto"/>
        <w:ind w:left="720"/>
      </w:pPr>
      <w:r/>
      <w:hyperlink r:id="rId14">
        <w:r>
          <w:rPr>
            <w:color w:val="0000EE"/>
            <w:u w:val="single"/>
          </w:rPr>
          <w:t>https://www.cnet.com/tech/services-and-software/i-tried-ai-to-make-custom-wedding-invitations-what-went-right-and-wrong/</w:t>
        </w:r>
      </w:hyperlink>
      <w:r>
        <w:t xml:space="preserve"> - This article highlights the flexibility of Midjourney in blending images and setting 'chaos' levels, and how users can specify usage contexts like 'printable invites' to ensure practical designs.</w:t>
      </w:r>
      <w:r/>
    </w:p>
    <w:p>
      <w:pPr>
        <w:pStyle w:val="ListNumber"/>
        <w:spacing w:line="240" w:lineRule="auto"/>
        <w:ind w:left="720"/>
      </w:pPr>
      <w:r/>
      <w:hyperlink r:id="rId14">
        <w:r>
          <w:rPr>
            <w:color w:val="0000EE"/>
            <w:u w:val="single"/>
          </w:rPr>
          <w:t>https://www.cnet.com/tech/services-and-software/i-tried-ai-to-make-custom-wedding-invitations-what-went-right-and-wrong/</w:t>
        </w:r>
      </w:hyperlink>
      <w:r>
        <w:t xml:space="preserve"> - This article discusses how Midjourney can integrate with tools like Canva for adding text and finalizing the design, making the transition from design to print or email straightforward.</w:t>
      </w:r>
      <w:r/>
    </w:p>
    <w:p>
      <w:pPr>
        <w:pStyle w:val="ListNumber"/>
        <w:spacing w:line="240" w:lineRule="auto"/>
        <w:ind w:left="720"/>
      </w:pPr>
      <w:r/>
      <w:hyperlink r:id="rId11">
        <w:r>
          <w:rPr>
            <w:color w:val="0000EE"/>
            <w:u w:val="single"/>
          </w:rPr>
          <w:t>https://promptrr.io/product/wedding-invitation-midjourney-prompt/</w:t>
        </w:r>
      </w:hyperlink>
      <w:r>
        <w:t xml:space="preserve"> - This link supports the idea that Midjourney can help reduce the cost associated with hiring a professional graphic designer by providing a cost-effective method for creating custom wedding invitations.</w:t>
      </w:r>
      <w:r/>
    </w:p>
    <w:p>
      <w:pPr>
        <w:pStyle w:val="ListNumber"/>
        <w:spacing w:line="240" w:lineRule="auto"/>
        <w:ind w:left="720"/>
      </w:pPr>
      <w:r/>
      <w:hyperlink r:id="rId10">
        <w:r>
          <w:rPr>
            <w:color w:val="0000EE"/>
            <w:u w:val="single"/>
          </w:rPr>
          <w:t>https://promptbase.com/prompt/wedding-invitation-cards</w:t>
        </w:r>
      </w:hyperlink>
      <w:r>
        <w:t xml:space="preserve"> - This link corroborates that Midjourney generates high-resolution images suitable for both digital and printed formats, meeting the aesthetic and functional requirements of wedding stationery.</w:t>
      </w:r>
      <w:r/>
    </w:p>
    <w:p>
      <w:pPr>
        <w:pStyle w:val="ListNumber"/>
        <w:spacing w:line="240" w:lineRule="auto"/>
        <w:ind w:left="720"/>
      </w:pPr>
      <w:r/>
      <w:hyperlink r:id="rId14">
        <w:r>
          <w:rPr>
            <w:color w:val="0000EE"/>
            <w:u w:val="single"/>
          </w:rPr>
          <w:t>https://www.cnet.com/tech/services-and-software/i-tried-ai-to-make-custom-wedding-invitations-what-went-right-and-wrong/</w:t>
        </w:r>
      </w:hyperlink>
      <w:r>
        <w:t xml:space="preserve"> - This article underscores the practical use case of Midjourney in the event planning industry, highlighting its role in aligning wedding stationery with the couple’s bespoke interests.</w:t>
      </w:r>
      <w:r/>
    </w:p>
    <w:p>
      <w:pPr>
        <w:pStyle w:val="ListNumber"/>
        <w:spacing w:line="240" w:lineRule="auto"/>
        <w:ind w:left="720"/>
      </w:pPr>
      <w:r/>
      <w:hyperlink r:id="rId15">
        <w:r>
          <w:rPr>
            <w:color w:val="0000EE"/>
            <w:u w:val="single"/>
          </w:rPr>
          <w:t>https://www.cnet.com/tech/services-and-software/i-tried-ai-to-make-custom-wedding-invitations-what-went-right-and-wrong/#ftag=CAD590a51e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mptbase.com/prompt/wedding-invitation-cards" TargetMode="External"/><Relationship Id="rId11" Type="http://schemas.openxmlformats.org/officeDocument/2006/relationships/hyperlink" Target="https://promptrr.io/product/wedding-invitation-midjourney-prompt/" TargetMode="External"/><Relationship Id="rId12" Type="http://schemas.openxmlformats.org/officeDocument/2006/relationships/hyperlink" Target="https://www.youtube.com/watch?v=7U75sjxSNVQ" TargetMode="External"/><Relationship Id="rId13" Type="http://schemas.openxmlformats.org/officeDocument/2006/relationships/hyperlink" Target="https://www.youtube.com/watch?v=qFYJb0zYztY" TargetMode="External"/><Relationship Id="rId14" Type="http://schemas.openxmlformats.org/officeDocument/2006/relationships/hyperlink" Target="https://www.cnet.com/tech/services-and-software/i-tried-ai-to-make-custom-wedding-invitations-what-went-right-and-wrong/" TargetMode="External"/><Relationship Id="rId15" Type="http://schemas.openxmlformats.org/officeDocument/2006/relationships/hyperlink" Target="https://www.cnet.com/tech/services-and-software/i-tried-ai-to-make-custom-wedding-invitations-what-went-right-and-wrong/#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