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DJ.Studio software transforms the art of mixing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the music technology industry, DJ.Studio, a new AI-powered software, is revolutionising the way DJs approach the art of mixing. This innovative platform, created by Siebrand Dijkstra, a passionate electronic music enthusiast, offers a streamlined and sophisticated production style interface that promises to elevate the DJing experience. DJ.Studio aims to provide both aspiring and professional DJs with the tools needed to swiftly create high-quality remixes and experiment with their sets before performing live.</w:t>
      </w:r>
      <w:r/>
    </w:p>
    <w:p>
      <w:r/>
      <w:r>
        <w:t>The software leverages cutting-edge technology to ensure that users can craft mixes with seamless transitions, enhancing the overall audial experience. DJ.Studio's comprehensive suite of features allows users to not only transition smoothly between tracks but also personalise their mixes by incorporating loops, sound effects, and samples. It provides a canvas for DJs to stamp their unique style on each creation, offering immense potential for creative expression within the electronic music landscape.</w:t>
      </w:r>
      <w:r/>
    </w:p>
    <w:p>
      <w:r/>
      <w:r>
        <w:t>A significant advantage of DJ.Studio is its user-friendly design and the speed with which it operates. This allows DJs to concentrate on the artistic aspects of their craft rather than spending excessive time on the technicalities. Users can effortlessly import tracks and playlists from their local music libraries. The software is compatible with a variety of popular DJ applications, including Rekordbox, Serato, VirtualDJ, Traktor Pro, Engine DJ, Mixed In Key, Engine DJ, and iTunes. Notably, all cue points and markers are preserved during the import process, ensuring a seamless workflow.</w:t>
      </w:r>
      <w:r/>
    </w:p>
    <w:p>
      <w:r/>
      <w:r>
        <w:t>Expanding the horizons of traditional DJ software, DJ.Studio integrates YouTube and Spotify, enabling users to import playlists and tracks directly from the internet. This feature not only increases the variety of accessible music but also allows DJs to test out tracks before making purchasing decisions, a beneficial option for both budgeting and creativity.</w:t>
      </w:r>
      <w:r/>
    </w:p>
    <w:p>
      <w:r/>
      <w:r>
        <w:t>The launch of DJ.Studio underscores a broader trend in the music industry where technology continually shapes and enhances artistic processes. By bridging the gap between digital accessibility and creative production, DJ.Studio offers a glimpse into the future of music distribution and consumption. As the music scene progressively digitises, tools like DJ.Studio are likely to become invaluable assets for artists seeking to push the boundaries of their craft.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https://dj.studio/blog/ai-mixing-apps</w:t>
        </w:r>
      </w:hyperlink>
      <w:r>
        <w:t xml:space="preserve"> - This article explains how DJ.Studio uses AI for various DJing tasks, including seamless transitions, harmonic mixing, and stem separation, which corroborates the software's ability to enhance the audial experience and provide creative expression.</w:t>
      </w:r>
      <w:r/>
    </w:p>
    <w:p>
      <w:pPr>
        <w:pStyle w:val="ListNumber"/>
        <w:spacing w:line="240" w:lineRule="auto"/>
        <w:ind w:left="720"/>
      </w:pPr>
      <w:r/>
      <w:hyperlink r:id="rId11">
        <w:r>
          <w:rPr>
            <w:color w:val="0000EE"/>
            <w:u w:val="single"/>
          </w:rPr>
          <w:t>https://dj.studio/home-6</w:t>
        </w:r>
      </w:hyperlink>
      <w:r>
        <w:t xml:space="preserve"> - This page highlights DJ.Studio's user-friendly design, speed, and compatibility with popular DJ applications, allowing users to focus on artistic aspects rather than technicalities.</w:t>
      </w:r>
      <w:r/>
    </w:p>
    <w:p>
      <w:pPr>
        <w:pStyle w:val="ListNumber"/>
        <w:spacing w:line="240" w:lineRule="auto"/>
        <w:ind w:left="720"/>
      </w:pPr>
      <w:r/>
      <w:hyperlink r:id="rId12">
        <w:r>
          <w:rPr>
            <w:color w:val="0000EE"/>
            <w:u w:val="single"/>
          </w:rPr>
          <w:t>https://blackoctopus-sound.com/product/dj-studio/</w:t>
        </w:r>
      </w:hyperlink>
      <w:r>
        <w:t xml:space="preserve"> - This page details DJ.Studio's integration with various music libraries and its ability to import tracks and playlists, preserving cue points and markers, which supports the seamless workflow mentioned.</w:t>
      </w:r>
      <w:r/>
    </w:p>
    <w:p>
      <w:pPr>
        <w:pStyle w:val="ListNumber"/>
        <w:spacing w:line="240" w:lineRule="auto"/>
        <w:ind w:left="720"/>
      </w:pPr>
      <w:r/>
      <w:hyperlink r:id="rId13">
        <w:r>
          <w:rPr>
            <w:color w:val="0000EE"/>
            <w:u w:val="single"/>
          </w:rPr>
          <w:t>https://dj.studio</w:t>
        </w:r>
      </w:hyperlink>
      <w:r>
        <w:t xml:space="preserve"> - This page explains how DJ.Studio allows users to import playlists and tracks directly from YouTube and Spotify, increasing music variety and enabling track testing before purchase.</w:t>
      </w:r>
      <w:r/>
    </w:p>
    <w:p>
      <w:pPr>
        <w:pStyle w:val="ListNumber"/>
        <w:spacing w:line="240" w:lineRule="auto"/>
        <w:ind w:left="720"/>
      </w:pPr>
      <w:r/>
      <w:hyperlink r:id="rId14">
        <w:r>
          <w:rPr>
            <w:color w:val="0000EE"/>
            <w:u w:val="single"/>
          </w:rPr>
          <w:t>https://dj.studio/blog/ai-dj-software</w:t>
        </w:r>
      </w:hyperlink>
      <w:r>
        <w:t xml:space="preserve"> - This article discusses how DJ.Studio leverages AI for key detection, BPM analysis, and optimal playlist ordering, enhancing the overall DJing experience and creative possibilities.</w:t>
      </w:r>
      <w:r/>
    </w:p>
    <w:p>
      <w:pPr>
        <w:pStyle w:val="ListNumber"/>
        <w:spacing w:line="240" w:lineRule="auto"/>
        <w:ind w:left="720"/>
      </w:pPr>
      <w:r/>
      <w:hyperlink r:id="rId11">
        <w:r>
          <w:rPr>
            <w:color w:val="0000EE"/>
            <w:u w:val="single"/>
          </w:rPr>
          <w:t>https://dj.studio/home-6</w:t>
        </w:r>
      </w:hyperlink>
      <w:r>
        <w:t xml:space="preserve"> - This page mentions the software's ability to solve tempo and key matching issues, create precise transitions, and add multiple effects, which aligns with the personalization and creative expression features.</w:t>
      </w:r>
      <w:r/>
    </w:p>
    <w:p>
      <w:pPr>
        <w:pStyle w:val="ListNumber"/>
        <w:spacing w:line="240" w:lineRule="auto"/>
        <w:ind w:left="720"/>
      </w:pPr>
      <w:r/>
      <w:hyperlink r:id="rId12">
        <w:r>
          <w:rPr>
            <w:color w:val="0000EE"/>
            <w:u w:val="single"/>
          </w:rPr>
          <w:t>https://blackoctopus-sound.com/product/dj-studio/</w:t>
        </w:r>
      </w:hyperlink>
      <w:r>
        <w:t xml:space="preserve"> - This page describes DJ.Studio's stem separation technology, which allows for independent control over track components like drums, bass, and vocals, supporting the creative expression and remixing capabilities.</w:t>
      </w:r>
      <w:r/>
    </w:p>
    <w:p>
      <w:pPr>
        <w:pStyle w:val="ListNumber"/>
        <w:spacing w:line="240" w:lineRule="auto"/>
        <w:ind w:left="720"/>
      </w:pPr>
      <w:r/>
      <w:hyperlink r:id="rId13">
        <w:r>
          <w:rPr>
            <w:color w:val="0000EE"/>
            <w:u w:val="single"/>
          </w:rPr>
          <w:t>https://dj.studio</w:t>
        </w:r>
      </w:hyperlink>
      <w:r>
        <w:t xml:space="preserve"> - This page highlights the software's compatibility with various DJ applications and its ability to export mixes to different formats, including WAV and MP3, and share them on platforms like Mixcloud and YouTube.</w:t>
      </w:r>
      <w:r/>
    </w:p>
    <w:p>
      <w:pPr>
        <w:pStyle w:val="ListNumber"/>
        <w:spacing w:line="240" w:lineRule="auto"/>
        <w:ind w:left="720"/>
      </w:pPr>
      <w:r/>
      <w:hyperlink r:id="rId11">
        <w:r>
          <w:rPr>
            <w:color w:val="0000EE"/>
            <w:u w:val="single"/>
          </w:rPr>
          <w:t>https://dj.studio/home-6</w:t>
        </w:r>
      </w:hyperlink>
      <w:r>
        <w:t xml:space="preserve"> - This page explains how DJ.Studio's automix feature uses millions of calculations to order playlists perfectly based on tempo and harmonic matching, saving time and ensuring professional-sounding mixes.</w:t>
      </w:r>
      <w:r/>
    </w:p>
    <w:p>
      <w:pPr>
        <w:pStyle w:val="ListNumber"/>
        <w:spacing w:line="240" w:lineRule="auto"/>
        <w:ind w:left="720"/>
      </w:pPr>
      <w:r/>
      <w:hyperlink r:id="rId12">
        <w:r>
          <w:rPr>
            <w:color w:val="0000EE"/>
            <w:u w:val="single"/>
          </w:rPr>
          <w:t>https://blackoctopus-sound.com/product/dj-studio/</w:t>
        </w:r>
      </w:hyperlink>
      <w:r>
        <w:t xml:space="preserve"> - This page discusses the different editions of DJ.Studio, including the Pro-Edition and Studio-Edition, which cater to both advanced and beginner DJs, aligning with the software's aim to support artists at any level.</w:t>
      </w:r>
      <w:r/>
    </w:p>
    <w:p>
      <w:pPr>
        <w:pStyle w:val="ListNumber"/>
        <w:spacing w:line="240" w:lineRule="auto"/>
        <w:ind w:left="720"/>
      </w:pPr>
      <w:r/>
      <w:hyperlink r:id="rId14">
        <w:r>
          <w:rPr>
            <w:color w:val="0000EE"/>
            <w:u w:val="single"/>
          </w:rPr>
          <w:t>https://dj.studio/blog/ai-dj-software</w:t>
        </w:r>
      </w:hyperlink>
      <w:r>
        <w:t xml:space="preserve"> - This article underscores the broader trend in the music industry where technology shapes artistic processes, and how DJ.Studio bridges the gap between digital accessibility and creative production.</w:t>
      </w:r>
      <w:r/>
    </w:p>
    <w:p>
      <w:pPr>
        <w:pStyle w:val="ListNumber"/>
        <w:spacing w:line="240" w:lineRule="auto"/>
        <w:ind w:left="720"/>
      </w:pPr>
      <w:r/>
      <w:hyperlink r:id="rId15">
        <w:r>
          <w:rPr>
            <w:color w:val="0000EE"/>
            <w:u w:val="single"/>
          </w:rPr>
          <w:t>https://mixmag.net/feature/dj-studio-ai-tech-mixing-software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dj.studio/blog/ai-mixing-apps" TargetMode="External"/><Relationship Id="rId11" Type="http://schemas.openxmlformats.org/officeDocument/2006/relationships/hyperlink" Target="https://dj.studio/home-6" TargetMode="External"/><Relationship Id="rId12" Type="http://schemas.openxmlformats.org/officeDocument/2006/relationships/hyperlink" Target="https://blackoctopus-sound.com/product/dj-studio/" TargetMode="External"/><Relationship Id="rId13" Type="http://schemas.openxmlformats.org/officeDocument/2006/relationships/hyperlink" Target="https://dj.studio" TargetMode="External"/><Relationship Id="rId14" Type="http://schemas.openxmlformats.org/officeDocument/2006/relationships/hyperlink" Target="https://dj.studio/blog/ai-dj-software" TargetMode="External"/><Relationship Id="rId15" Type="http://schemas.openxmlformats.org/officeDocument/2006/relationships/hyperlink" Target="https://mixmag.net/feature/dj-studio-ai-tech-mixing-softw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