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the future of radio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the Future of Radio Broadcasting</w:t>
      </w:r>
      <w:r/>
    </w:p>
    <w:p>
      <w:r/>
      <w:r>
        <w:t>The radio industry is witnessing a transformative shift as artificial intelligence (AI), particularly its generative form embodied by tools like ChatGPT, becomes increasingly integrated into various operations. This modern technological wave, which has its origins as far back as the 1950s, is gaining momentum with advancements in AI forms, including multimodal, agentic, and customised enterprise generative models.</w:t>
      </w:r>
      <w:r/>
    </w:p>
    <w:p>
      <w:r/>
      <w:r>
        <w:t>The new AI variants, such as Meta's Llama 2 and Mistral's Mixtral, are leveraging large language models (LLMs) to process vast datasets for natural language processing, surpassing previous capabilities. One significant development is multimodal AI, which involves three components: input, fusion, and output. This system can process diverse data formats more efficiently, offering a nuanced and intuitive approach to data interpretation.</w:t>
      </w:r>
      <w:r/>
    </w:p>
    <w:p>
      <w:r/>
      <w:r>
        <w:t>OpenAI's recent launch of GPT-4o marks a step forward in multimodal AI, enhancing human-computer interaction across audio, video, text, and images. Meanwhile, agentic AI introduces proactive applications capable of understanding and adapting to their environment with minimal human intervention. This versatility allows businesses to tailor AI functions to specific needs, moving beyond generic models like ChatGPT.</w:t>
      </w:r>
      <w:r/>
    </w:p>
    <w:p>
      <w:r/>
      <w:r>
        <w:t>The adoption of AI in radio broadcasting varies globally. Companies like Radio.Cloud are embracing these advancements, focusing on text-based AI to generate unique virtual voice tracks. Andrew Scaglione of Radio.Cloud reveals their extensive use of LLMs, particularly GPT-4o, to innovate in creative production and idea generation.</w:t>
      </w:r>
      <w:r/>
    </w:p>
    <w:p>
      <w:r/>
      <w:r>
        <w:t>A contrasting example is Veritone, which has been leveraging AI since 2014. The company has focused on artificial narrow intelligence (ANI), a precursor to current AI models, showcasing pragmatic uses in processes like transcription and translation. Zack Zalon, CEO of Super Hi-Fi, anticipates that AI will significantly reduce the time taken to create and manage radio content, enhancing the listener experience.</w:t>
      </w:r>
      <w:r/>
    </w:p>
    <w:p>
      <w:r/>
      <w:r>
        <w:t>The rapid pace of AI development is both exciting and challenging for industry professionals. Joe D’Angelo from Xperi notes the efforts of radio stations to find a balance between efficiency and maintaining their reputation as a trusted media source. Meanwhile, Dmytro Bielievtsov of Respeecher points out that the current generation of AI lacks a complete understanding akin to human intelligence, with capabilities still in development.</w:t>
      </w:r>
      <w:r/>
    </w:p>
    <w:p>
      <w:r/>
      <w:r>
        <w:t>In the UK, Bauer Media Audio has started to integrate AI to support rather than replace human roles, streamlining the production and editing process. By employing AI, they can quickly amend recorded content, improving efficiency without needing to recall voice artists into the studio. Bauer Media is also exploring how multimodal AI can assist in audio training and production, offering suggestions to fine-tune recordings.</w:t>
      </w:r>
      <w:r/>
    </w:p>
    <w:p>
      <w:r/>
      <w:r>
        <w:t>The BBC is pushing forward with its own initiatives, having launched 12 pilot schemes leveraging generative AI in October 2023. These pilots aim to maximise existing content's value and enhance user experiences, such as converting live radio commentaries into text for web publication.</w:t>
      </w:r>
      <w:r/>
    </w:p>
    <w:p>
      <w:r/>
      <w:r>
        <w:t>As AI continues to evolve, its role in radio remains supplementary, aimed at enhancing creativity and operational efficiency. The industry, with its mix of traditional and innovative approaches, is navigating these changes, seeking to harness AI's potential while retaining the essential human touch that has always been central to radio broadcasting.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https://www.redtech.pro/finding-a-place-for-next-level-ai-in-radio/</w:t>
        </w:r>
      </w:hyperlink>
      <w:r>
        <w:t xml:space="preserve"> - This article discusses the integration of AI, particularly generative AI, in radio broadcasting, including the use of multimodal, agentic, and customized enterprise generative models.</w:t>
      </w:r>
      <w:r/>
    </w:p>
    <w:p>
      <w:pPr>
        <w:pStyle w:val="ListNumber"/>
        <w:spacing w:line="240" w:lineRule="auto"/>
        <w:ind w:left="720"/>
      </w:pPr>
      <w:r/>
      <w:hyperlink r:id="rId10">
        <w:r>
          <w:rPr>
            <w:color w:val="0000EE"/>
            <w:u w:val="single"/>
          </w:rPr>
          <w:t>https://www.redtech.pro/finding-a-place-for-next-level-ai-in-radio/</w:t>
        </w:r>
      </w:hyperlink>
      <w:r>
        <w:t xml:space="preserve"> - It mentions the use of large language models like Meta's Llama 2 and Mistral's Mixtral, and the advancements in multimodal AI, such as OpenAI's GPT-4o.</w:t>
      </w:r>
      <w:r/>
    </w:p>
    <w:p>
      <w:pPr>
        <w:pStyle w:val="ListNumber"/>
        <w:spacing w:line="240" w:lineRule="auto"/>
        <w:ind w:left="720"/>
      </w:pPr>
      <w:r/>
      <w:hyperlink r:id="rId10">
        <w:r>
          <w:rPr>
            <w:color w:val="0000EE"/>
            <w:u w:val="single"/>
          </w:rPr>
          <w:t>https://www.redtech.pro/finding-a-place-for-next-level-ai-in-radio/</w:t>
        </w:r>
      </w:hyperlink>
      <w:r>
        <w:t xml:space="preserve"> - The article highlights Radio.Cloud's use of LLMs, especially GPT-4o, for generating unique virtual voice tracks and innovating in creative production and idea generation.</w:t>
      </w:r>
      <w:r/>
    </w:p>
    <w:p>
      <w:pPr>
        <w:pStyle w:val="ListNumber"/>
        <w:spacing w:line="240" w:lineRule="auto"/>
        <w:ind w:left="720"/>
      </w:pPr>
      <w:r/>
      <w:hyperlink r:id="rId10">
        <w:r>
          <w:rPr>
            <w:color w:val="0000EE"/>
            <w:u w:val="single"/>
          </w:rPr>
          <w:t>https://www.redtech.pro/finding-a-place-for-next-level-ai-in-radio/</w:t>
        </w:r>
      </w:hyperlink>
      <w:r>
        <w:t xml:space="preserve"> - Zack Zalon, CEO of Super Hi-Fi, is quoted on how AI will reduce the time needed to create and manage radio content, enhancing the listener experience.</w:t>
      </w:r>
      <w:r/>
    </w:p>
    <w:p>
      <w:pPr>
        <w:pStyle w:val="ListNumber"/>
        <w:spacing w:line="240" w:lineRule="auto"/>
        <w:ind w:left="720"/>
      </w:pPr>
      <w:r/>
      <w:hyperlink r:id="rId10">
        <w:r>
          <w:rPr>
            <w:color w:val="0000EE"/>
            <w:u w:val="single"/>
          </w:rPr>
          <w:t>https://www.redtech.pro/finding-a-place-for-next-level-ai-in-radio/</w:t>
        </w:r>
      </w:hyperlink>
      <w:r>
        <w:t xml:space="preserve"> - The article also discusses the balance radio stations are trying to find between using AI for efficiency and maintaining their reputation as trusted media sources, as noted by Joe D’Angelo from Xperi.</w:t>
      </w:r>
      <w:r/>
    </w:p>
    <w:p>
      <w:pPr>
        <w:pStyle w:val="ListNumber"/>
        <w:spacing w:line="240" w:lineRule="auto"/>
        <w:ind w:left="720"/>
      </w:pPr>
      <w:r/>
      <w:hyperlink r:id="rId11">
        <w:r>
          <w:rPr>
            <w:color w:val="0000EE"/>
            <w:u w:val="single"/>
          </w:rPr>
          <w:t>https://radio.co/blog/future-of-radio?srsltid=AfmBOopS2sAdV9XG2VcCY3b6qlLDQOZyid-MuvkcJj1fUpcWv2ZEy4d3</w:t>
        </w:r>
      </w:hyperlink>
      <w:r>
        <w:t xml:space="preserve"> - This blog post explores the future impact of AI on the radio industry, including its potential to automate certain tasks and enhance content creation.</w:t>
      </w:r>
      <w:r/>
    </w:p>
    <w:p>
      <w:pPr>
        <w:pStyle w:val="ListNumber"/>
        <w:spacing w:line="240" w:lineRule="auto"/>
        <w:ind w:left="720"/>
      </w:pPr>
      <w:r/>
      <w:hyperlink r:id="rId10">
        <w:r>
          <w:rPr>
            <w:color w:val="0000EE"/>
            <w:u w:val="single"/>
          </w:rPr>
          <w:t>https://www.redtech.pro/finding-a-place-for-next-level-ai-in-radio/</w:t>
        </w:r>
      </w:hyperlink>
      <w:r>
        <w:t xml:space="preserve"> - Bauer Media Audio's integration of AI to support human roles, streamline production, and edit processes is discussed, highlighting how AI can quickly amend recorded content.</w:t>
      </w:r>
      <w:r/>
    </w:p>
    <w:p>
      <w:pPr>
        <w:pStyle w:val="ListNumber"/>
        <w:spacing w:line="240" w:lineRule="auto"/>
        <w:ind w:left="720"/>
      </w:pPr>
      <w:r/>
      <w:hyperlink r:id="rId10">
        <w:r>
          <w:rPr>
            <w:color w:val="0000EE"/>
            <w:u w:val="single"/>
          </w:rPr>
          <w:t>https://www.redtech.pro/finding-a-place-for-next-level-ai-in-radio/</w:t>
        </w:r>
      </w:hyperlink>
      <w:r>
        <w:t xml:space="preserve"> - The article mentions Bauer Media's exploration of multimodal AI for audio training and production, offering suggestions to fine-tune recordings.</w:t>
      </w:r>
      <w:r/>
    </w:p>
    <w:p>
      <w:pPr>
        <w:pStyle w:val="ListNumber"/>
        <w:spacing w:line="240" w:lineRule="auto"/>
        <w:ind w:left="720"/>
      </w:pPr>
      <w:r/>
      <w:hyperlink r:id="rId10">
        <w:r>
          <w:rPr>
            <w:color w:val="0000EE"/>
            <w:u w:val="single"/>
          </w:rPr>
          <w:t>https://www.redtech.pro/finding-a-place-for-next-level-ai-in-radio/</w:t>
        </w:r>
      </w:hyperlink>
      <w:r>
        <w:t xml:space="preserve"> - The BBC's launch of 12 generative AI pilot schemes in October 2023 to maximize existing content's value and enhance user experiences is detailed.</w:t>
      </w:r>
      <w:r/>
    </w:p>
    <w:p>
      <w:pPr>
        <w:pStyle w:val="ListNumber"/>
        <w:spacing w:line="240" w:lineRule="auto"/>
        <w:ind w:left="720"/>
      </w:pPr>
      <w:r/>
      <w:hyperlink r:id="rId12">
        <w:r>
          <w:rPr>
            <w:color w:val="0000EE"/>
            <w:u w:val="single"/>
          </w:rPr>
          <w:t>https://www.cnet.com/tech/services-and-software/will-i-am-loves-radio-and-hes-convinced-ai-is-its-future/</w:t>
        </w:r>
      </w:hyperlink>
      <w:r>
        <w:t xml:space="preserve"> - Will.i.am's initiative with Raidio.fyi, an AI-powered interactive media platform, is discussed, showing how AI can revolutionize radio by providing interactive AI personas for various topics.</w:t>
      </w:r>
      <w:r/>
    </w:p>
    <w:p>
      <w:pPr>
        <w:pStyle w:val="ListNumber"/>
        <w:spacing w:line="240" w:lineRule="auto"/>
        <w:ind w:left="720"/>
      </w:pPr>
      <w:r/>
      <w:hyperlink r:id="rId12">
        <w:r>
          <w:rPr>
            <w:color w:val="0000EE"/>
            <w:u w:val="single"/>
          </w:rPr>
          <w:t>https://www.cnet.com/tech/services-and-software/will-i-am-loves-radio-and-hes-convinced-ai-is-its-future/</w:t>
        </w:r>
      </w:hyperlink>
      <w:r>
        <w:t xml:space="preserve"> - The article highlights how human journalists curate news daily for Raidio.fyi, ensuring the content is credible and trustworthy.</w:t>
      </w:r>
      <w:r/>
    </w:p>
    <w:p>
      <w:pPr>
        <w:pStyle w:val="ListNumber"/>
        <w:spacing w:line="240" w:lineRule="auto"/>
        <w:ind w:left="720"/>
      </w:pPr>
      <w:r/>
      <w:hyperlink r:id="rId13">
        <w:r>
          <w:rPr>
            <w:color w:val="0000EE"/>
            <w:u w:val="single"/>
          </w:rPr>
          <w:t>https://www.redtech.pro/finding-a-place-for-next-level-ai-in-radio/?utm_source=rss&amp;utm_medium=rss&amp;utm_campaign=finding-a-place-for-next-level-ai-in-radio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tech.pro/finding-a-place-for-next-level-ai-in-radio/" TargetMode="External"/><Relationship Id="rId11" Type="http://schemas.openxmlformats.org/officeDocument/2006/relationships/hyperlink" Target="https://radio.co/blog/future-of-radio?srsltid=AfmBOopS2sAdV9XG2VcCY3b6qlLDQOZyid-MuvkcJj1fUpcWv2ZEy4d3" TargetMode="External"/><Relationship Id="rId12" Type="http://schemas.openxmlformats.org/officeDocument/2006/relationships/hyperlink" Target="https://www.cnet.com/tech/services-and-software/will-i-am-loves-radio-and-hes-convinced-ai-is-its-future/" TargetMode="External"/><Relationship Id="rId13" Type="http://schemas.openxmlformats.org/officeDocument/2006/relationships/hyperlink" Target="https://www.redtech.pro/finding-a-place-for-next-level-ai-in-radio/?utm_source=rss&amp;utm_medium=rss&amp;utm_campaign=finding-a-place-for-next-level-ai-in-rad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