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Alaska Airlines launches groundbreaking AI platform Odysee to revolutionise flight scheduling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Alaska Airlines has embarked on a transformative journey in aviation technology with the launch of Odysee, a groundbreaking platform introduced in collaboration with the startup UP.Labs. This initiative was unveiled at the exclusive UP.Summit, aligning with the airline's strategy to tackle inherent challenges in flight scheduling using advanced AI-powered technology.</w:t>
      </w:r>
      <w:r/>
    </w:p>
    <w:p>
      <w:r/>
      <w:r>
        <w:t>Odysee, the result of a year's work between Alaska Airlines and UP.Labs, represents a significant leap forward in optimising flight schedules through sophisticated data analysis. Backed by an initial injection of $5 million in seed funding, the platform is designed to revolutionize how airlines make operational decisions. By harnessing the capabilities of AI and big data, Odysee provides real-time insights, enabling airlines to efficiently allocate their aircraft resources. The software boasts the capability to run numerous scheduling simulations in mere seconds, evaluating factors such as revenue implications, schedule reliability, and operational efficiency far more swiftly and accurately than previously possible.</w:t>
      </w:r>
      <w:r/>
    </w:p>
    <w:p>
      <w:r/>
      <w:r>
        <w:t>The introduction of Odysee marks a pivotal development for Alaska Airlines and potentially for the broader aviation industry. With its ability to rapidly simulate and assess scheduling impacts, the platform delivers advanced insights that enhance the precision and speed of decision-making. This, in turn, is expected to bolster operational reliability, improve the passenger experience, and enhance revenue streams for the airline.</w:t>
      </w:r>
      <w:r/>
    </w:p>
    <w:p>
      <w:r/>
      <w:r>
        <w:t>Ben Minicucci, CEO of Alaska Airlines, highlighted the impact of Odysee, stating, "As CEO and a former COO, I know that configuring an airline to use each airplane optimally is a key lever for operational reliability, a remarkable travel experience for our guests, and maximizing revenue. I am thrilled that Odysee, the first company launched through our partnership with UP.Labs, leverages artificial intelligence to help our teams put our airplanes in the right place, at the right time."</w:t>
      </w:r>
      <w:r/>
    </w:p>
    <w:p>
      <w:r/>
      <w:r>
        <w:t>The partnership with UP.Labs is part of Alaska Airlines' broader strategy to embrace innovative solutions geared towards optimizing business operations and enhancing sustainability. Alaska Star Ventures, the investment arm of Alaska Airlines, has played an instrumental role in forming this partnership. The collaboration aims to spearhead technological advancement in the transportation sector, with plans to launch additional startups over the next three years.</w:t>
      </w:r>
      <w:r/>
    </w:p>
    <w:p>
      <w:r/>
      <w:r>
        <w:t>The UP ecosystem encompasses UP.Partners, a venture fund, and the UP.Summit, which convenes top industry figures in transportation and mobility. This ecosystem facilitates Alaska Airlines' objectives to transform aviation technology through innovation.</w:t>
      </w:r>
      <w:r/>
    </w:p>
    <w:p>
      <w:r/>
      <w:r>
        <w:t>Leaders from both Alaska Airlines and UP.Labs have expressed optimism about the potential of Odysee. They anticipate that the platform will set a new benchmark for flight schedule optimization, offering previously unattainable insights. Alaska Airlines plans to leverage this innovation to enhance operational consistency, enrich the customer journey, and drive profitability.</w:t>
      </w:r>
      <w:r/>
    </w:p>
    <w:p>
      <w:r/>
      <w:r>
        <w:t>In conclusion, Odysee represents just the beginning of Alaska Airlines' pursuit of innovation through AI technology. This initiative promises to redefine industry standards in flight scheduling, paving the way for future advancements in aviation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https://www.stocktitan.net/news/ALK/alaska-airlines-and-up-labs-launch-odysee-an-ai-enabled-startup-pd56p91n3a1k.html</w:t>
        </w:r>
      </w:hyperlink>
      <w:r>
        <w:t xml:space="preserve"> - Corroborates the launch of Odysee, the AI-enabled startup, and its focus on flight schedule optimization using AI and big data.</w:t>
      </w:r>
      <w:r/>
    </w:p>
    <w:p>
      <w:pPr>
        <w:pStyle w:val="ListNumber"/>
        <w:spacing w:line="240" w:lineRule="auto"/>
        <w:ind w:left="720"/>
      </w:pPr>
      <w:r/>
      <w:hyperlink r:id="rId11">
        <w:r>
          <w:rPr>
            <w:color w:val="0000EE"/>
            <w:u w:val="single"/>
          </w:rPr>
          <w:t>https://www.businesstravelnews.com/Transportation/Air/Alaska-Partners-for-Schedule-Optimization-Startup-Odysee</w:t>
        </w:r>
      </w:hyperlink>
      <w:r>
        <w:t xml:space="preserve"> - Supports the partnership between Alaska Airlines and UP.Labs for the AI-powered flight schedule optimization startup Odysee.</w:t>
      </w:r>
      <w:r/>
    </w:p>
    <w:p>
      <w:pPr>
        <w:pStyle w:val="ListNumber"/>
        <w:spacing w:line="240" w:lineRule="auto"/>
        <w:ind w:left="720"/>
      </w:pPr>
      <w:r/>
      <w:hyperlink r:id="rId12">
        <w:r>
          <w:rPr>
            <w:color w:val="0000EE"/>
            <w:u w:val="single"/>
          </w:rPr>
          <w:t>https://www.ajot.com/news/alaska-airlines-and-up.labs-launch-odysee-an-ai-enabled-startup-taking-a-new-approach-to-schedule-optimization</w:t>
        </w:r>
      </w:hyperlink>
      <w:r>
        <w:t xml:space="preserve"> - Confirms the partnership between UP.Labs and Alaska Airlines, and the role of Alaska Star Ventures in this initiative.</w:t>
      </w:r>
      <w:r/>
    </w:p>
    <w:p>
      <w:pPr>
        <w:pStyle w:val="ListNumber"/>
        <w:spacing w:line="240" w:lineRule="auto"/>
        <w:ind w:left="720"/>
      </w:pPr>
      <w:r/>
      <w:hyperlink r:id="rId13">
        <w:r>
          <w:rPr>
            <w:color w:val="0000EE"/>
            <w:u w:val="single"/>
          </w:rPr>
          <w:t>https://www.travelandtourworld.com/news/article/alaska-airlines-and-up-labs-unveil-odysee-a-revolutionary-ai-driven-startup-to-dramatically-boost-aviation-operational-efficiency/</w:t>
        </w:r>
      </w:hyperlink>
      <w:r>
        <w:t xml:space="preserve"> - Details the $5M seed funding for Odysee and its aim to optimize flight scheduling and operational logistics.</w:t>
      </w:r>
      <w:r/>
    </w:p>
    <w:p>
      <w:pPr>
        <w:pStyle w:val="ListNumber"/>
        <w:spacing w:line="240" w:lineRule="auto"/>
        <w:ind w:left="720"/>
      </w:pPr>
      <w:r/>
      <w:hyperlink r:id="rId14">
        <w:r>
          <w:rPr>
            <w:color w:val="0000EE"/>
            <w:u w:val="single"/>
          </w:rPr>
          <w:t>https://www.prnewswire.com/news-releases/alaska-airlines-and-uplabs-launch-odysee-an-ai-enabled-startup-taking-a-new-approach-to-schedule-optimization-302265196.html</w:t>
        </w:r>
      </w:hyperlink>
      <w:r>
        <w:t xml:space="preserve"> - Provides information on the launch of Odysee at the UP.Summit and its ability to run hundreds of simulations within seconds.</w:t>
      </w:r>
      <w:r/>
    </w:p>
    <w:p>
      <w:pPr>
        <w:pStyle w:val="ListNumber"/>
        <w:spacing w:line="240" w:lineRule="auto"/>
        <w:ind w:left="720"/>
      </w:pPr>
      <w:r/>
      <w:hyperlink r:id="rId10">
        <w:r>
          <w:rPr>
            <w:color w:val="0000EE"/>
            <w:u w:val="single"/>
          </w:rPr>
          <w:t>https://www.stocktitan.net/news/ALK/alaska-airlines-and-up-labs-launch-odysee-an-ai-enabled-startup-pd56p91n3a1k.html</w:t>
        </w:r>
      </w:hyperlink>
      <w:r>
        <w:t xml:space="preserve"> - Quotes Ben Minicucci, CEO of Alaska Airlines, on the impact of Odysee on operational reliability and revenue.</w:t>
      </w:r>
      <w:r/>
    </w:p>
    <w:p>
      <w:pPr>
        <w:pStyle w:val="ListNumber"/>
        <w:spacing w:line="240" w:lineRule="auto"/>
        <w:ind w:left="720"/>
      </w:pPr>
      <w:r/>
      <w:hyperlink r:id="rId14">
        <w:r>
          <w:rPr>
            <w:color w:val="0000EE"/>
            <w:u w:val="single"/>
          </w:rPr>
          <w:t>https://www.prnewswire.com/news-releases/alaska-airlines-and-uplabs-launch-odysee-an-ai-enabled-startup-taking-a-new-approach-to-schedule-optimization-302265196.html</w:t>
        </w:r>
      </w:hyperlink>
      <w:r>
        <w:t xml:space="preserve"> - Explains the role of Alaska Star Ventures in the partnership and the plans to launch additional startups over the next three years.</w:t>
      </w:r>
      <w:r/>
    </w:p>
    <w:p>
      <w:pPr>
        <w:pStyle w:val="ListNumber"/>
        <w:spacing w:line="240" w:lineRule="auto"/>
        <w:ind w:left="720"/>
      </w:pPr>
      <w:r/>
      <w:hyperlink r:id="rId11">
        <w:r>
          <w:rPr>
            <w:color w:val="0000EE"/>
            <w:u w:val="single"/>
          </w:rPr>
          <w:t>https://www.businesstravelnews.com/Transportation/Air/Alaska-Partners-for-Schedule-Optimization-Startup-Odysee</w:t>
        </w:r>
      </w:hyperlink>
      <w:r>
        <w:t xml:space="preserve"> - Supports the broader strategy of Alaska Airlines to embrace innovative solutions for optimizing business operations and enhancing sustainability.</w:t>
      </w:r>
      <w:r/>
    </w:p>
    <w:p>
      <w:pPr>
        <w:pStyle w:val="ListNumber"/>
        <w:spacing w:line="240" w:lineRule="auto"/>
        <w:ind w:left="720"/>
      </w:pPr>
      <w:r/>
      <w:hyperlink r:id="rId12">
        <w:r>
          <w:rPr>
            <w:color w:val="0000EE"/>
            <w:u w:val="single"/>
          </w:rPr>
          <w:t>https://www.ajot.com/news/alaska-airlines-and-up.labs-launch-odysee-an-ai-enabled-startup-taking-a-new-approach-to-schedule-optimization</w:t>
        </w:r>
      </w:hyperlink>
      <w:r>
        <w:t xml:space="preserve"> - Describes the UP ecosystem, including UP.Partners and the UP.Summit, and its role in facilitating Alaska Airlines' innovation goals.</w:t>
      </w:r>
      <w:r/>
    </w:p>
    <w:p>
      <w:pPr>
        <w:pStyle w:val="ListNumber"/>
        <w:spacing w:line="240" w:lineRule="auto"/>
        <w:ind w:left="720"/>
      </w:pPr>
      <w:r/>
      <w:hyperlink r:id="rId13">
        <w:r>
          <w:rPr>
            <w:color w:val="0000EE"/>
            <w:u w:val="single"/>
          </w:rPr>
          <w:t>https://www.travelandtourworld.com/news/article/alaska-airlines-and-up-labs-unveil-odysee-a-revolutionary-ai-driven-startup-to-dramatically-boost-aviation-operational-efficiency/</w:t>
        </w:r>
      </w:hyperlink>
      <w:r>
        <w:t xml:space="preserve"> - Highlights the optimism from leaders of both Alaska Airlines and UP.Labs about Odysee setting a new benchmark for flight schedule optimization.</w:t>
      </w:r>
      <w:r/>
    </w:p>
    <w:p>
      <w:pPr>
        <w:pStyle w:val="ListNumber"/>
        <w:spacing w:line="240" w:lineRule="auto"/>
        <w:ind w:left="720"/>
      </w:pPr>
      <w:r/>
      <w:hyperlink r:id="rId14">
        <w:r>
          <w:rPr>
            <w:color w:val="0000EE"/>
            <w:u w:val="single"/>
          </w:rPr>
          <w:t>https://www.prnewswire.com/news-releases/alaska-airlines-and-uplabs-launch-odysee-an-ai-enabled-startup-taking-a-new-approach-to-schedule-optimization-302265196.html</w:t>
        </w:r>
      </w:hyperlink>
      <w:r>
        <w:t xml:space="preserve"> - Discusses the potential of Odysee to redefine industry standards in flight scheduling and pave the way for future advancements in aviation technology.</w:t>
      </w:r>
      <w:r/>
    </w:p>
    <w:p>
      <w:pPr>
        <w:pStyle w:val="ListNumber"/>
        <w:spacing w:line="240" w:lineRule="auto"/>
        <w:ind w:left="720"/>
      </w:pPr>
      <w:r/>
      <w:hyperlink r:id="rId15">
        <w:r>
          <w:rPr>
            <w:color w:val="0000EE"/>
            <w:u w:val="single"/>
          </w:rPr>
          <w:t>https://aeroxplorer.com/articles/alaska-airlines-launches-ai-powered-flight-scheduling-in-partnership-with-uplabs.php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ALK/alaska-airlines-and-up-labs-launch-odysee-an-ai-enabled-startup-pd56p91n3a1k.html" TargetMode="External"/><Relationship Id="rId11" Type="http://schemas.openxmlformats.org/officeDocument/2006/relationships/hyperlink" Target="https://www.businesstravelnews.com/Transportation/Air/Alaska-Partners-for-Schedule-Optimization-Startup-Odysee" TargetMode="External"/><Relationship Id="rId12" Type="http://schemas.openxmlformats.org/officeDocument/2006/relationships/hyperlink" Target="https://www.ajot.com/news/alaska-airlines-and-up.labs-launch-odysee-an-ai-enabled-startup-taking-a-new-approach-to-schedule-optimization" TargetMode="External"/><Relationship Id="rId13" Type="http://schemas.openxmlformats.org/officeDocument/2006/relationships/hyperlink" Target="https://www.travelandtourworld.com/news/article/alaska-airlines-and-up-labs-unveil-odysee-a-revolutionary-ai-driven-startup-to-dramatically-boost-aviation-operational-efficiency/" TargetMode="External"/><Relationship Id="rId14" Type="http://schemas.openxmlformats.org/officeDocument/2006/relationships/hyperlink" Target="https://www.prnewswire.com/news-releases/alaska-airlines-and-uplabs-launch-odysee-an-ai-enabled-startup-taking-a-new-approach-to-schedule-optimization-302265196.html" TargetMode="External"/><Relationship Id="rId15" Type="http://schemas.openxmlformats.org/officeDocument/2006/relationships/hyperlink" Target="https://aeroxplorer.com/articles/alaska-airlines-launches-ai-powered-flight-scheduling-in-partnership-with-uplabs.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