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Alcatraz AI launches innovative biometric access control solution, Rock X</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Alcatraz AI, a company known for its innovative security solutions, has announced the launch of its latest product, Rock X. This advanced biometric access control solution is designed for both indoor and outdoor environments, enhancing security measures with cutting-edge technology.</w:t>
      </w:r>
      <w:r/>
    </w:p>
    <w:p>
      <w:r/>
      <w:r>
        <w:t>Rock X distinguishes itself in the industry with a unique design that allows it to be mounted flat on turnstiles, a departure from the traditional mounts commonly seen in access control devices. This feature provides a sleeker, more integrated appearance suitable for various settings where turnstile-mounted access control is desired.</w:t>
      </w:r>
      <w:r/>
    </w:p>
    <w:p>
      <w:r/>
      <w:r>
        <w:t>A key attribute of Rock X is its high-performance facial authentication capability. The system is engineered to function optimally in a range of lighting conditions, from complete darkness to direct and intense sunlight. This versatility ensures that security and access control remain consistent at all times of the day, regardless of weather or lighting challenges.</w:t>
      </w:r>
      <w:r/>
    </w:p>
    <w:p>
      <w:r/>
      <w:r>
        <w:t>To further enhance its adaptability, Rock X comes in a range of custom colours. This allows organisations to select models that best align with their company aesthetics and branding, offering a personalised touch that integrates seamlessly into existing architectures and styles.</w:t>
      </w:r>
      <w:r/>
    </w:p>
    <w:p>
      <w:r/>
      <w:r>
        <w:t>The durability of the device is highlighted by its IP66 rating, indicating its resistance to dust and water. This feature not only reinforces its suitability for both indoor and outdoor use but also guarantees performance in extreme weather conditions, making it a reliable solution for locations requiring robust security measures.</w:t>
      </w:r>
      <w:r/>
    </w:p>
    <w:p>
      <w:r/>
      <w:r>
        <w:t>Alcatraz AI aims to provide a sophisticated and dependable access control solution with Rock X. The launch of this product marks yet another step in the evolving landscape of security technology, where aesthetics, functionality, and resilience are increasingly important.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https://securitybrief.com.au/story/alcatraz-ai-launches-rock-x-advances-biometric-security</w:t>
        </w:r>
      </w:hyperlink>
      <w:r>
        <w:t xml:space="preserve"> - Corroborates the launch of Rock X and its design for both indoor and outdoor environments, as well as its unique mounting on turnstiles.</w:t>
      </w:r>
      <w:r/>
    </w:p>
    <w:p>
      <w:pPr>
        <w:pStyle w:val="ListNumber"/>
        <w:spacing w:line="240" w:lineRule="auto"/>
        <w:ind w:left="720"/>
      </w:pPr>
      <w:r/>
      <w:hyperlink r:id="rId11">
        <w:r>
          <w:rPr>
            <w:color w:val="0000EE"/>
            <w:u w:val="single"/>
          </w:rPr>
          <w:t>https://www.prweb.com/releases/alcatraz-ai-launches-new-high-performance-ai-facial-authentication-security-product-rock-x-with-sleek-design-to-revolutionize-security-302250637.html</w:t>
        </w:r>
      </w:hyperlink>
      <w:r>
        <w:t xml:space="preserve"> - Supports the unique design of Rock X and its ability to be mounted flat on turnstiles, differing from traditional mounts.</w:t>
      </w:r>
      <w:r/>
    </w:p>
    <w:p>
      <w:pPr>
        <w:pStyle w:val="ListNumber"/>
        <w:spacing w:line="240" w:lineRule="auto"/>
        <w:ind w:left="720"/>
      </w:pPr>
      <w:r/>
      <w:hyperlink r:id="rId12">
        <w:r>
          <w:rPr>
            <w:color w:val="0000EE"/>
            <w:u w:val="single"/>
          </w:rPr>
          <w:t>https://www.biometricupdate.com/202409/alcatraz-ai-launching-upgraded-rock-with-boosted-biometric-privacy</w:t>
        </w:r>
      </w:hyperlink>
      <w:r>
        <w:t xml:space="preserve"> - Confirms Rock X's high-performance facial authentication in various lighting conditions, from complete darkness to intense sunlight.</w:t>
      </w:r>
      <w:r/>
    </w:p>
    <w:p>
      <w:pPr>
        <w:pStyle w:val="ListNumber"/>
        <w:spacing w:line="240" w:lineRule="auto"/>
        <w:ind w:left="720"/>
      </w:pPr>
      <w:r/>
      <w:hyperlink r:id="rId13">
        <w:r>
          <w:rPr>
            <w:color w:val="0000EE"/>
            <w:u w:val="single"/>
          </w:rPr>
          <w:t>https://alcatraz.ai/blog/alcatraz-ai-unveils-rock-x-revolutionizing-exterior-access-control-with-frictionless-and-secure-facial-authentication-technology</w:t>
        </w:r>
      </w:hyperlink>
      <w:r>
        <w:t xml:space="preserve"> - Details the high-performance facial authentication capability of Rock X in different lighting conditions.</w:t>
      </w:r>
      <w:r/>
    </w:p>
    <w:p>
      <w:pPr>
        <w:pStyle w:val="ListNumber"/>
        <w:spacing w:line="240" w:lineRule="auto"/>
        <w:ind w:left="720"/>
      </w:pPr>
      <w:r/>
      <w:hyperlink r:id="rId14">
        <w:r>
          <w:rPr>
            <w:color w:val="0000EE"/>
            <w:u w:val="single"/>
          </w:rPr>
          <w:t>https://cctvbuyersguide.com/2024/09/alcatraz-ai-rolls-out-new-facial-authentication-device/</w:t>
        </w:r>
      </w:hyperlink>
      <w:r>
        <w:t xml:space="preserve"> - Supports the functionality of Rock X in various lighting conditions and its adaptability for consistent security and access control.</w:t>
      </w:r>
      <w:r/>
    </w:p>
    <w:p>
      <w:pPr>
        <w:pStyle w:val="ListNumber"/>
        <w:spacing w:line="240" w:lineRule="auto"/>
        <w:ind w:left="720"/>
      </w:pPr>
      <w:r/>
      <w:hyperlink r:id="rId10">
        <w:r>
          <w:rPr>
            <w:color w:val="0000EE"/>
            <w:u w:val="single"/>
          </w:rPr>
          <w:t>https://securitybrief.com.au/story/alcatraz-ai-launches-rock-x-advances-biometric-security</w:t>
        </w:r>
      </w:hyperlink>
      <w:r>
        <w:t xml:space="preserve"> - Mentions the durability of Rock X with its IP66 rating, indicating resistance to dust and water, suitable for extreme weather conditions.</w:t>
      </w:r>
      <w:r/>
    </w:p>
    <w:p>
      <w:pPr>
        <w:pStyle w:val="ListNumber"/>
        <w:spacing w:line="240" w:lineRule="auto"/>
        <w:ind w:left="720"/>
      </w:pPr>
      <w:r/>
      <w:hyperlink r:id="rId12">
        <w:r>
          <w:rPr>
            <w:color w:val="0000EE"/>
            <w:u w:val="single"/>
          </w:rPr>
          <w:t>https://www.biometricupdate.com/202409/alcatraz-ai-launching-upgraded-rock-with-boosted-biometric-privacy</w:t>
        </w:r>
      </w:hyperlink>
      <w:r>
        <w:t xml:space="preserve"> - Corroborates the IP66 rating and the device's ability to withstand harsh conditions and physical impact.</w:t>
      </w:r>
      <w:r/>
    </w:p>
    <w:p>
      <w:pPr>
        <w:pStyle w:val="ListNumber"/>
        <w:spacing w:line="240" w:lineRule="auto"/>
        <w:ind w:left="720"/>
      </w:pPr>
      <w:r/>
      <w:hyperlink r:id="rId14">
        <w:r>
          <w:rPr>
            <w:color w:val="0000EE"/>
            <w:u w:val="single"/>
          </w:rPr>
          <w:t>https://cctvbuyersguide.com/2024/09/alcatraz-ai-rolls-out-new-facial-authentication-device/</w:t>
        </w:r>
      </w:hyperlink>
      <w:r>
        <w:t xml:space="preserve"> - Details the IP66 rating and the vandal-resistant design (IK08) of Rock X, ensuring its durability and performance in extreme conditions.</w:t>
      </w:r>
      <w:r/>
    </w:p>
    <w:p>
      <w:pPr>
        <w:pStyle w:val="ListNumber"/>
        <w:spacing w:line="240" w:lineRule="auto"/>
        <w:ind w:left="720"/>
      </w:pPr>
      <w:r/>
      <w:hyperlink r:id="rId11">
        <w:r>
          <w:rPr>
            <w:color w:val="0000EE"/>
            <w:u w:val="single"/>
          </w:rPr>
          <w:t>https://www.prweb.com/releases/alcatraz-ai-launches-new-high-performance-ai-facial-authentication-security-product-rock-x-with-sleek-design-to-revolutionize-security-302250637.html</w:t>
        </w:r>
      </w:hyperlink>
      <w:r>
        <w:t xml:space="preserve"> - Supports the launch of Rock X as a sophisticated and dependable access control solution, emphasizing aesthetics, functionality, and resilience.</w:t>
      </w:r>
      <w:r/>
    </w:p>
    <w:p>
      <w:pPr>
        <w:pStyle w:val="ListNumber"/>
        <w:spacing w:line="240" w:lineRule="auto"/>
        <w:ind w:left="720"/>
      </w:pPr>
      <w:r/>
      <w:hyperlink r:id="rId13">
        <w:r>
          <w:rPr>
            <w:color w:val="0000EE"/>
            <w:u w:val="single"/>
          </w:rPr>
          <w:t>https://alcatraz.ai/blog/alcatraz-ai-unveils-rock-x-revolutionizing-exterior-access-control-with-frictionless-and-secure-facial-authentication-technology</w:t>
        </w:r>
      </w:hyperlink>
      <w:r>
        <w:t xml:space="preserve"> - Highlights the significance of Rock X in the evolving landscape of security technology, focusing on its advanced features and integration capabilities.</w:t>
      </w:r>
      <w:r/>
    </w:p>
    <w:p>
      <w:pPr>
        <w:pStyle w:val="ListNumber"/>
        <w:spacing w:line="240" w:lineRule="auto"/>
        <w:ind w:left="720"/>
      </w:pPr>
      <w:r/>
      <w:hyperlink r:id="rId14">
        <w:r>
          <w:rPr>
            <w:color w:val="0000EE"/>
            <w:u w:val="single"/>
          </w:rPr>
          <w:t>https://cctvbuyersguide.com/2024/09/alcatraz-ai-rolls-out-new-facial-authentication-device/</w:t>
        </w:r>
      </w:hyperlink>
      <w:r>
        <w:t xml:space="preserve"> - Confirms the launch of Rock X and its role in advancing the security technology landscape with its innovative features.</w:t>
      </w:r>
      <w:r/>
    </w:p>
    <w:p>
      <w:pPr>
        <w:pStyle w:val="ListNumber"/>
        <w:spacing w:line="240" w:lineRule="auto"/>
        <w:ind w:left="720"/>
      </w:pPr>
      <w:r/>
      <w:hyperlink r:id="rId15">
        <w:r>
          <w:rPr>
            <w:color w:val="0000EE"/>
            <w:u w:val="single"/>
          </w:rPr>
          <w:t>https://www.sdmmag.com/articles/103594-alcatraz-ai-launches-ai-facial-authentication-product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curitybrief.com.au/story/alcatraz-ai-launches-rock-x-advances-biometric-security" TargetMode="External"/><Relationship Id="rId11" Type="http://schemas.openxmlformats.org/officeDocument/2006/relationships/hyperlink" Target="https://www.prweb.com/releases/alcatraz-ai-launches-new-high-performance-ai-facial-authentication-security-product-rock-x-with-sleek-design-to-revolutionize-security-302250637.html" TargetMode="External"/><Relationship Id="rId12" Type="http://schemas.openxmlformats.org/officeDocument/2006/relationships/hyperlink" Target="https://www.biometricupdate.com/202409/alcatraz-ai-launching-upgraded-rock-with-boosted-biometric-privacy" TargetMode="External"/><Relationship Id="rId13" Type="http://schemas.openxmlformats.org/officeDocument/2006/relationships/hyperlink" Target="https://alcatraz.ai/blog/alcatraz-ai-unveils-rock-x-revolutionizing-exterior-access-control-with-frictionless-and-secure-facial-authentication-technology" TargetMode="External"/><Relationship Id="rId14" Type="http://schemas.openxmlformats.org/officeDocument/2006/relationships/hyperlink" Target="https://cctvbuyersguide.com/2024/09/alcatraz-ai-rolls-out-new-facial-authentication-device/" TargetMode="External"/><Relationship Id="rId15" Type="http://schemas.openxmlformats.org/officeDocument/2006/relationships/hyperlink" Target="https://www.sdmmag.com/articles/103594-alcatraz-ai-launches-ai-facial-authentication-produ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