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Fire tablets incorporate AI features and get notable price cuts in pre-Prime Day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 Fire Tablets Incorporate AI Features and Get Notable Price Cuts in Pre-Prime Day Sales</w:t>
      </w:r>
      <w:r/>
    </w:p>
    <w:p>
      <w:r/>
      <w:r>
        <w:t>Amazon is expanding the functionality of its Fire tablet series with the addition of several generative AI-powered features, which will soon be accessible on the newly launched Fire HD 8 and eventually on other models like the Fire HD 10 and Fire Max 11. The integration of AI technology into Amazon’s tablet ecosystem is an effort to enhance the user experience with tools aimed at boosting productivity and creativity.</w:t>
      </w:r>
      <w:r/>
    </w:p>
    <w:p>
      <w:r/>
      <w:r>
        <w:rPr>
          <w:b/>
        </w:rPr>
        <w:t>Unveiling New AI Features</w:t>
      </w:r>
      <w:r/>
    </w:p>
    <w:p>
      <w:r/>
      <w:r>
        <w:t>The lineup of new features includes "Writing Assist", "Webpage Summaries", and "Wallpaper Creator". Writing Assist offers grammar and stylistic enhancements integrated with the tablet's on-screen keyboard, allowing users to refine communications across various applications. Webpage Summaries facilitate the swift digestion of online content by providing automatic summaries of articles, quickly distilling key points for the reader. Lastly, Wallpaper Creator allows users to generate unique, high-resolution images based on prompted descriptions for use as tablet backgrounds.</w:t>
      </w:r>
      <w:r/>
    </w:p>
    <w:p>
      <w:r/>
      <w:r>
        <w:t>These AI tools, while not entirely groundbreaking given the presence of similar technologies in the market, are notable for being built directly into the Fire tablets. This seamless integration offers convenience to users without requiring third-party applications.</w:t>
      </w:r>
      <w:r/>
    </w:p>
    <w:p>
      <w:r/>
      <w:r>
        <w:rPr>
          <w:b/>
        </w:rPr>
        <w:t>Technical Enhancements and Availability</w:t>
      </w:r>
      <w:r/>
    </w:p>
    <w:p>
      <w:r/>
      <w:r>
        <w:t>Beyond the AI features, the new Fire HD 8 boasts performance improvements with an upgrade from 2GB to 3GB of RAM, a revamped 5MP rear camera, and a battery life extending up to 13 hours. Available in colours such as Black, Emerald, and Hibiscus, the tablet retains the option for expandable storage via a microSD card of up to 1TB, alongside its 32GB and 64GB internal storage offerings. The device is currently available at an introductory price of $54.99, down from its $99.99 standard starting price.</w:t>
      </w:r>
      <w:r/>
    </w:p>
    <w:p>
      <w:r/>
      <w:r>
        <w:rPr>
          <w:b/>
        </w:rPr>
        <w:t>Promotional Price Drops</w:t>
      </w:r>
      <w:r/>
    </w:p>
    <w:p>
      <w:r/>
      <w:r>
        <w:t>Coinciding with the upcoming Prime Big Deal Days, Amazon has introduced significant discounts on its tablet range, including the Amazon Fire HD 10. This particular model, originally priced at $140, has seen a reduction to $74.99. The Fire HD 10 features a 10.1-inch 1080p HD display, an octa-core processor, and 3GB of RAM, making it a viable option for streaming, web browsing, and general use.</w:t>
      </w:r>
      <w:r/>
    </w:p>
    <w:p>
      <w:r/>
      <w:r>
        <w:t>The company is also offering the Fire HD 10 in its ad-supported and ad-free variants, with potential savings extending to the 64GB version as well. The sale prices are expected to appeal to those seeking budget-friendly tech options as they coincide with Amazon's major sales event scheduled for early October.</w:t>
      </w:r>
      <w:r/>
    </w:p>
    <w:p>
      <w:r/>
      <w:r>
        <w:rPr>
          <w:b/>
        </w:rPr>
        <w:t>Looking Ahead</w:t>
      </w:r>
      <w:r/>
    </w:p>
    <w:p>
      <w:r/>
      <w:r>
        <w:t>Amidst these enhancements, Amazon is also rumoured to be developing a new version of its virtual assistant, Alexa, potentially featuring similar AI capabilities, though details remain sparse at this time.</w:t>
      </w:r>
      <w:r/>
    </w:p>
    <w:p>
      <w:r/>
      <w:r>
        <w:t>Amazon's integration of AI technology and the attractive price discounts aim to strengthen the appeal of its Fire tablets, positioning them as competitive options in the budget tablet market. With these advancements, Amazon continues to cater to consumers seeking affordable tech products without compromising on modern functionalities.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https://www.theverge.com/2024/10/2/24260392/amazon-fire-hd-8-tablet-ai</w:t>
        </w:r>
      </w:hyperlink>
      <w:r>
        <w:t xml:space="preserve"> - Corroborates the introduction of AI features such as Writing Assist, Webpage Summaries, and Wallpaper Creator on the new Fire HD 8 and other compatible Fire tablets.</w:t>
      </w:r>
      <w:r/>
    </w:p>
    <w:p>
      <w:pPr>
        <w:pStyle w:val="ListNumber"/>
        <w:spacing w:line="240" w:lineRule="auto"/>
        <w:ind w:left="720"/>
      </w:pPr>
      <w:r/>
      <w:hyperlink r:id="rId11">
        <w:r>
          <w:rPr>
            <w:color w:val="0000EE"/>
            <w:u w:val="single"/>
          </w:rPr>
          <w:t>https://www.pcmag.com/news/amazon-refreshes-fire-hd-8-tablets-with-more-ram-ai-features</w:t>
        </w:r>
      </w:hyperlink>
      <w:r>
        <w:t xml:space="preserve"> - Details the AI features, including Writing Assist, Webpage Summaries, and Wallpaper Creator, and their compatibility with various Fire tablet models.</w:t>
      </w:r>
      <w:r/>
    </w:p>
    <w:p>
      <w:pPr>
        <w:pStyle w:val="ListNumber"/>
        <w:spacing w:line="240" w:lineRule="auto"/>
        <w:ind w:left="720"/>
      </w:pPr>
      <w:r/>
      <w:hyperlink r:id="rId12">
        <w:r>
          <w:rPr>
            <w:color w:val="0000EE"/>
            <w:u w:val="single"/>
          </w:rPr>
          <w:t>https://www.techradar.com/computing/artificial-intelligence/amazon-is-bringing-ai-powered-features-to-its-tablets-and-older-models-wont-miss-out</w:t>
        </w:r>
      </w:hyperlink>
      <w:r>
        <w:t xml:space="preserve"> - Explains the AI tools, including Writing Assist, Webpage Summaries, and Wallpaper Creator, and their availability on older Fire tablet models.</w:t>
      </w:r>
      <w:r/>
    </w:p>
    <w:p>
      <w:pPr>
        <w:pStyle w:val="ListNumber"/>
        <w:spacing w:line="240" w:lineRule="auto"/>
        <w:ind w:left="720"/>
      </w:pPr>
      <w:r/>
      <w:hyperlink r:id="rId13">
        <w:r>
          <w:rPr>
            <w:color w:val="0000EE"/>
            <w:u w:val="single"/>
          </w:rPr>
          <w:t>https://indianexpress.com/article/technology/mobile-tabs/amazon-launches-refreshed-fire-hd-8-with-ai-features-9601334/</w:t>
        </w:r>
      </w:hyperlink>
      <w:r>
        <w:t xml:space="preserve"> - Describes the AI features and the technical enhancements of the new Fire HD 8, including increased RAM and an upgraded camera.</w:t>
      </w:r>
      <w:r/>
    </w:p>
    <w:p>
      <w:pPr>
        <w:pStyle w:val="ListNumber"/>
        <w:spacing w:line="240" w:lineRule="auto"/>
        <w:ind w:left="720"/>
      </w:pPr>
      <w:r/>
      <w:hyperlink r:id="rId14">
        <w:r>
          <w:rPr>
            <w:color w:val="0000EE"/>
            <w:u w:val="single"/>
          </w:rPr>
          <w:t>https://9to5toys.com/2024/10/02/new-fire-hd-8-tablets-debut-today-ai/</w:t>
        </w:r>
      </w:hyperlink>
      <w:r>
        <w:t xml:space="preserve"> - Provides details on the new AI features, technical improvements, and the promotional pricing of the Fire HD 8 tablets.</w:t>
      </w:r>
      <w:r/>
    </w:p>
    <w:p>
      <w:pPr>
        <w:pStyle w:val="ListNumber"/>
        <w:spacing w:line="240" w:lineRule="auto"/>
        <w:ind w:left="720"/>
      </w:pPr>
      <w:r/>
      <w:hyperlink r:id="rId10">
        <w:r>
          <w:rPr>
            <w:color w:val="0000EE"/>
            <w:u w:val="single"/>
          </w:rPr>
          <w:t>https://www.theverge.com/2024/10/2/24260392/amazon-fire-hd-8-tablet-ai</w:t>
        </w:r>
      </w:hyperlink>
      <w:r>
        <w:t xml:space="preserve"> - Mentions the performance improvements of the new Fire HD 8, including the upgrade from 2GB to 3GB of RAM and the enhanced camera.</w:t>
      </w:r>
      <w:r/>
    </w:p>
    <w:p>
      <w:pPr>
        <w:pStyle w:val="ListNumber"/>
        <w:spacing w:line="240" w:lineRule="auto"/>
        <w:ind w:left="720"/>
      </w:pPr>
      <w:r/>
      <w:hyperlink r:id="rId11">
        <w:r>
          <w:rPr>
            <w:color w:val="0000EE"/>
            <w:u w:val="single"/>
          </w:rPr>
          <w:t>https://www.pcmag.com/news/amazon-refreshes-fire-hd-8-tablets-with-more-ram-ai-features</w:t>
        </w:r>
      </w:hyperlink>
      <w:r>
        <w:t xml:space="preserve"> - Details the storage options and battery life of the new Fire HD 8, including expandable storage via a microSD card.</w:t>
      </w:r>
      <w:r/>
    </w:p>
    <w:p>
      <w:pPr>
        <w:pStyle w:val="ListNumber"/>
        <w:spacing w:line="240" w:lineRule="auto"/>
        <w:ind w:left="720"/>
      </w:pPr>
      <w:r/>
      <w:hyperlink r:id="rId14">
        <w:r>
          <w:rPr>
            <w:color w:val="0000EE"/>
            <w:u w:val="single"/>
          </w:rPr>
          <w:t>https://9to5toys.com/2024/10/02/new-fire-hd-8-tablets-debut-today-ai/</w:t>
        </w:r>
      </w:hyperlink>
      <w:r>
        <w:t xml:space="preserve"> - Explains the promotional price cuts and availability of the Fire HD 8 tablets during the Prime Big Deal Days.</w:t>
      </w:r>
      <w:r/>
    </w:p>
    <w:p>
      <w:pPr>
        <w:pStyle w:val="ListNumber"/>
        <w:spacing w:line="240" w:lineRule="auto"/>
        <w:ind w:left="720"/>
      </w:pPr>
      <w:r/>
      <w:hyperlink r:id="rId12">
        <w:r>
          <w:rPr>
            <w:color w:val="0000EE"/>
            <w:u w:val="single"/>
          </w:rPr>
          <w:t>https://www.techradar.com/computing/artificial-intelligence/amazon-is-bringing-ai-powered-features-to-its-tablets-and-older-models-wont-miss-out</w:t>
        </w:r>
      </w:hyperlink>
      <w:r>
        <w:t xml:space="preserve"> - Mentions the potential savings and discounts on other Fire tablet models, including the Fire HD 10, during the Prime Big Deal Days.</w:t>
      </w:r>
      <w:r/>
    </w:p>
    <w:p>
      <w:pPr>
        <w:pStyle w:val="ListNumber"/>
        <w:spacing w:line="240" w:lineRule="auto"/>
        <w:ind w:left="720"/>
      </w:pPr>
      <w:r/>
      <w:hyperlink r:id="rId13">
        <w:r>
          <w:rPr>
            <w:color w:val="0000EE"/>
            <w:u w:val="single"/>
          </w:rPr>
          <w:t>https://indianexpress.com/article/technology/mobile-tabs/amazon-launches-refreshed-fire-hd-8-with-ai-features-9601334/</w:t>
        </w:r>
      </w:hyperlink>
      <w:r>
        <w:t xml:space="preserve"> - Discusses the affordability and competitive positioning of the Fire HD 8 tablets in the budget tablet market.</w:t>
      </w:r>
      <w:r/>
    </w:p>
    <w:p>
      <w:pPr>
        <w:pStyle w:val="ListNumber"/>
        <w:spacing w:line="240" w:lineRule="auto"/>
        <w:ind w:left="720"/>
      </w:pPr>
      <w:r/>
      <w:hyperlink r:id="rId10">
        <w:r>
          <w:rPr>
            <w:color w:val="0000EE"/>
            <w:u w:val="single"/>
          </w:rPr>
          <w:t>https://www.theverge.com/2024/10/2/24260392/amazon-fire-hd-8-tablet-ai</w:t>
        </w:r>
      </w:hyperlink>
      <w:r>
        <w:t xml:space="preserve"> - Hints at the development of a new version of Alexa with similar AI capabilities, although details are sparse.</w:t>
      </w:r>
      <w:r/>
    </w:p>
    <w:p>
      <w:pPr>
        <w:pStyle w:val="ListNumber"/>
        <w:spacing w:line="240" w:lineRule="auto"/>
        <w:ind w:left="720"/>
      </w:pPr>
      <w:r/>
      <w:hyperlink r:id="rId15">
        <w:r>
          <w:rPr>
            <w:color w:val="0000EE"/>
            <w:u w:val="single"/>
          </w:rPr>
          <w:t>https://www.engadget.com/ai/amazon-tablets-are-getting-ai-tools-like-writing-assist-and-automatic-website-summaries-164809318.html?src=rss</w:t>
        </w:r>
      </w:hyperlink>
      <w:r>
        <w:t xml:space="preserve"> - Please view link - unable to able to access data</w:t>
      </w:r>
      <w:r/>
    </w:p>
    <w:p>
      <w:pPr>
        <w:pStyle w:val="ListNumber"/>
        <w:spacing w:line="240" w:lineRule="auto"/>
        <w:ind w:left="720"/>
      </w:pPr>
      <w:r/>
      <w:hyperlink r:id="rId16">
        <w:r>
          <w:rPr>
            <w:color w:val="0000EE"/>
            <w:u w:val="single"/>
          </w:rPr>
          <w:t>https://9to5toys.com/2024/10/02/early-fall-prime-day-amazon-fire-tablet-deals/</w:t>
        </w:r>
      </w:hyperlink>
      <w:r>
        <w:t xml:space="preserve"> - Please view link - unable to able to access data</w:t>
      </w:r>
      <w:r/>
    </w:p>
    <w:p>
      <w:pPr>
        <w:pStyle w:val="ListNumber"/>
        <w:spacing w:line="240" w:lineRule="auto"/>
        <w:ind w:left="720"/>
      </w:pPr>
      <w:r/>
      <w:hyperlink r:id="rId10">
        <w:r>
          <w:rPr>
            <w:color w:val="0000EE"/>
            <w:u w:val="single"/>
          </w:rPr>
          <w:t>https://www.theverge.com/2024/10/2/24260392/amazon-fire-hd-8-tablet-ai</w:t>
        </w:r>
      </w:hyperlink>
      <w:r>
        <w:t xml:space="preserve"> - Please view link - unable to able to access data</w:t>
      </w:r>
      <w:r/>
    </w:p>
    <w:p>
      <w:pPr>
        <w:pStyle w:val="ListNumber"/>
        <w:spacing w:line="240" w:lineRule="auto"/>
        <w:ind w:left="720"/>
      </w:pPr>
      <w:r/>
      <w:hyperlink r:id="rId14">
        <w:r>
          <w:rPr>
            <w:color w:val="0000EE"/>
            <w:u w:val="single"/>
          </w:rPr>
          <w:t>https://9to5toys.com/2024/10/02/new-fire-hd-8-tablets-debut-today-ai/</w:t>
        </w:r>
      </w:hyperlink>
      <w:r>
        <w:t xml:space="preserve"> - Please view link - unable to able to access data</w:t>
      </w:r>
      <w:r/>
    </w:p>
    <w:p>
      <w:pPr>
        <w:pStyle w:val="ListNumber"/>
        <w:spacing w:line="240" w:lineRule="auto"/>
        <w:ind w:left="720"/>
      </w:pPr>
      <w:r/>
      <w:hyperlink r:id="rId17">
        <w:r>
          <w:rPr>
            <w:color w:val="0000EE"/>
            <w:u w:val="single"/>
          </w:rPr>
          <w:t>https://www.cnet.com/deals/new-low-price-score-the-latest-amazon-fire-hd-10-tablet-for-only-75-before-prime-day/#ftag=CADf328eec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2/24260392/amazon-fire-hd-8-tablet-ai" TargetMode="External"/><Relationship Id="rId11" Type="http://schemas.openxmlformats.org/officeDocument/2006/relationships/hyperlink" Target="https://www.pcmag.com/news/amazon-refreshes-fire-hd-8-tablets-with-more-ram-ai-features" TargetMode="External"/><Relationship Id="rId12" Type="http://schemas.openxmlformats.org/officeDocument/2006/relationships/hyperlink" Target="https://www.techradar.com/computing/artificial-intelligence/amazon-is-bringing-ai-powered-features-to-its-tablets-and-older-models-wont-miss-out" TargetMode="External"/><Relationship Id="rId13" Type="http://schemas.openxmlformats.org/officeDocument/2006/relationships/hyperlink" Target="https://indianexpress.com/article/technology/mobile-tabs/amazon-launches-refreshed-fire-hd-8-with-ai-features-9601334/" TargetMode="External"/><Relationship Id="rId14" Type="http://schemas.openxmlformats.org/officeDocument/2006/relationships/hyperlink" Target="https://9to5toys.com/2024/10/02/new-fire-hd-8-tablets-debut-today-ai/" TargetMode="External"/><Relationship Id="rId15" Type="http://schemas.openxmlformats.org/officeDocument/2006/relationships/hyperlink" Target="https://www.engadget.com/ai/amazon-tablets-are-getting-ai-tools-like-writing-assist-and-automatic-website-summaries-164809318.html?src=rss" TargetMode="External"/><Relationship Id="rId16" Type="http://schemas.openxmlformats.org/officeDocument/2006/relationships/hyperlink" Target="https://9to5toys.com/2024/10/02/early-fall-prime-day-amazon-fire-tablet-deals/" TargetMode="External"/><Relationship Id="rId17" Type="http://schemas.openxmlformats.org/officeDocument/2006/relationships/hyperlink" Target="https://www.cnet.com/deals/new-low-price-score-the-latest-amazon-fire-hd-10-tablet-for-only-75-before-prime-day/#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