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unveils AI-powered blitz predictions for the NFL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and the NFL: Digital Innovation with AI-Powered Blitz Predictions</w:t>
      </w:r>
      <w:r/>
    </w:p>
    <w:p>
      <w:r/>
      <w:r>
        <w:t>In a transformative move for professional sports, the National Football League (NFL) has ventured further into digital innovation through its ongoing collaboration with Amazon Web Services (AWS). First partnering in 2017, AWS and the NFL have been at the forefront of integrating technology into sports, resulting in a suite of enhancements designed to offer deeper insights and aid officiating. The latest leap in this technological journey is Amazon's new AI model, "Tackle Probability," which promises to predict defensive blitzes with unprecedented accuracy.</w:t>
      </w:r>
      <w:r/>
    </w:p>
    <w:p>
      <w:r/>
      <w:r>
        <w:rPr>
          <w:b/>
        </w:rPr>
        <w:t>The Evolution of Digital Tracking in the NFL</w:t>
      </w:r>
      <w:r/>
    </w:p>
    <w:p>
      <w:r/>
      <w:r>
        <w:t>For nearly ten years, the NFL has embraced RFID chips embedded in players' shoulder pads, a technology originally introduced to precisely track player movements and gather game-critical statistics. These chips have become vital in establishing a digital representation of the game, allowing for decisions to be scrutinized and verified through AI and machine learning analytics. This approach mirrors trends seen across various industries, such as online gaming platforms that simulate casino experiences, or the digitalisation of retail through e-commerce and digital publishing initiatives.</w:t>
      </w:r>
      <w:r/>
    </w:p>
    <w:p>
      <w:r/>
      <w:r>
        <w:t>Now, RFID technology extends beyond player tracking. It includes chips in the balls and other equipment, feeding data into a system that creates comprehensive digital clones of live-action games. This technological underpinning supports decision-making and enhances viewer understanding by showcasing complex player movements and strategies.</w:t>
      </w:r>
      <w:r/>
    </w:p>
    <w:p>
      <w:r/>
      <w:r>
        <w:rPr>
          <w:b/>
        </w:rPr>
        <w:t>Amazon’s New AI Model: Tackle Probability</w:t>
      </w:r>
      <w:r/>
    </w:p>
    <w:p>
      <w:r/>
      <w:r>
        <w:t>Announced on September 10, 2024, Amazon’s "Tackle Probability" represents a significant advancement in sports analytics. Developed over just six months, the model processed a vast dataset, analysing every NFL game played from 2018 to 2022. Initial testing for the 2023-2024 season indicated its efficaciousness, although details were withheld from public scrutiny until the recent unveiling.</w:t>
      </w:r>
      <w:r/>
    </w:p>
    <w:p>
      <w:r/>
      <w:r>
        <w:t>Keegan Abdoo, the Research Analytics Manager at the NFL’s Next Gen Stats, expressed enthusiasm for the live deployment of this model, highlighting how it utilises real-time data processing to assess and predict defensive strategies. The largest implementation test occurred on September 12 in a game pitting the Miami Dolphins against the Buffalo Bills, where the model was shown to interpret hundreds of thousands of data points every second. This game was also available for streaming on Prime Video, underlining another growing trend in sports where digital platforms vie for broadcasting rights as traditional television evolves.</w:t>
      </w:r>
      <w:r/>
    </w:p>
    <w:p>
      <w:r/>
      <w:r>
        <w:rPr>
          <w:b/>
        </w:rPr>
        <w:t>Impact and Future Prospects</w:t>
      </w:r>
      <w:r/>
    </w:p>
    <w:p>
      <w:r/>
      <w:r>
        <w:t>The public and commentators alike now have access to these advanced analytics, visible through on-screen displays during broadcasts. This includes graphical red markers illustrating players primed for executing a blitz, thus offering a new layer of strategic insight previously unavailable. Such capabilities promise to deepen audiences' understanding of gameplay while assisting commentators in explaining complex tactical decisions.</w:t>
      </w:r>
      <w:r/>
    </w:p>
    <w:p>
      <w:r/>
      <w:r>
        <w:t>As these technological innovations become intrinsic to the viewing experience, the NFL and Amazon continue to explore how further advancements can transform other sports. The potential applications span across various athletic domains, signalling a broader movement towards the digitisation of sports, betting on AI-driven tools to enhance both the spectacle and the strategy behind the games.</w:t>
      </w:r>
      <w:r/>
    </w:p>
    <w:p>
      <w:r/>
      <w:r>
        <w:t>Through this undertaking, Amazon expects to maintain its position as a leader in sports analytics, consistently delivering insights that enrich the sport for professionals and fans alike. The partnership is set to continue innovating at the intersection of technology and athletics, heralding a new era for sports enthusiasts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https://www.popsci.com/technology/amazon-nfl-ai/</w:t>
        </w:r>
      </w:hyperlink>
      <w:r>
        <w:t xml:space="preserve"> - Corroborates the introduction of Amazon's 'Tackle Probability' AI model, its development, and its application in predicting defensive blitzes during NFL games.</w:t>
      </w:r>
      <w:r/>
    </w:p>
    <w:p>
      <w:pPr>
        <w:pStyle w:val="ListNumber"/>
        <w:spacing w:line="240" w:lineRule="auto"/>
        <w:ind w:left="720"/>
      </w:pPr>
      <w:r/>
      <w:hyperlink r:id="rId11">
        <w:r>
          <w:rPr>
            <w:color w:val="0000EE"/>
            <w:u w:val="single"/>
          </w:rPr>
          <w:t>https://techcrunch.com/2023/08/24/amazon-prime-video-ai-features-thursday-night-football/?guccounter=2</w:t>
        </w:r>
      </w:hyperlink>
      <w:r>
        <w:t xml:space="preserve"> - Supports the details about Amazon's AI features, including Defensive Alerts, which predict blitzes, and other AI-driven enhancements for Thursday Night Football.</w:t>
      </w:r>
      <w:r/>
    </w:p>
    <w:p>
      <w:pPr>
        <w:pStyle w:val="ListNumber"/>
        <w:spacing w:line="240" w:lineRule="auto"/>
        <w:ind w:left="720"/>
      </w:pPr>
      <w:r/>
      <w:hyperlink r:id="rId12">
        <w:r>
          <w:rPr>
            <w:color w:val="0000EE"/>
            <w:u w:val="single"/>
          </w:rPr>
          <w:t>https://www.aboutamazon.com/news/aws/prime-video-thursday-night-football-next-gen-stats-ai-features</w:t>
        </w:r>
      </w:hyperlink>
      <w:r>
        <w:t xml:space="preserve"> - Provides information on 'Prime Vision with Next Gen Stats' and the various AI features, including Defensive Alerts and Tackle Probability, enhancing the NFL viewing experience.</w:t>
      </w:r>
      <w:r/>
    </w:p>
    <w:p>
      <w:pPr>
        <w:pStyle w:val="ListNumber"/>
        <w:spacing w:line="240" w:lineRule="auto"/>
        <w:ind w:left="720"/>
      </w:pPr>
      <w:r/>
      <w:hyperlink r:id="rId13">
        <w:r>
          <w:rPr>
            <w:color w:val="0000EE"/>
            <w:u w:val="single"/>
          </w:rPr>
          <w:t>https://aws.amazon.com/sports/nfl/</w:t>
        </w:r>
      </w:hyperlink>
      <w:r>
        <w:t xml:space="preserve"> - Details the partnership between AWS and the NFL, including the use of Next Gen Stats, the Digital Athlete tool, and other AI-powered innovations in football.</w:t>
      </w:r>
      <w:r/>
    </w:p>
    <w:p>
      <w:pPr>
        <w:pStyle w:val="ListNumber"/>
        <w:spacing w:line="240" w:lineRule="auto"/>
        <w:ind w:left="720"/>
      </w:pPr>
      <w:r/>
      <w:hyperlink r:id="rId14">
        <w:r>
          <w:rPr>
            <w:color w:val="0000EE"/>
            <w:u w:val="single"/>
          </w:rPr>
          <w:t>https://operations.nfl.com/updates/football-ops/nfl-and-amazon-web-services-expand-partnership-to-further-shape-the-future-of-football/</w:t>
        </w:r>
      </w:hyperlink>
      <w:r>
        <w:t xml:space="preserve"> - Explains the extended partnership between the NFL and AWS, highlighting innovations such as Tackle Probability and the use of generative AI in football operations.</w:t>
      </w:r>
      <w:r/>
    </w:p>
    <w:p>
      <w:pPr>
        <w:pStyle w:val="ListNumber"/>
        <w:spacing w:line="240" w:lineRule="auto"/>
        <w:ind w:left="720"/>
      </w:pPr>
      <w:r/>
      <w:hyperlink r:id="rId10">
        <w:r>
          <w:rPr>
            <w:color w:val="0000EE"/>
            <w:u w:val="single"/>
          </w:rPr>
          <w:t>https://www.popsci.com/technology/amazon-nfl-ai/</w:t>
        </w:r>
      </w:hyperlink>
      <w:r>
        <w:t xml:space="preserve"> - Describes the RFID technology used in players' shoulder pads and its role in tracking player movements and gathering game statistics.</w:t>
      </w:r>
      <w:r/>
    </w:p>
    <w:p>
      <w:pPr>
        <w:pStyle w:val="ListNumber"/>
        <w:spacing w:line="240" w:lineRule="auto"/>
        <w:ind w:left="720"/>
      </w:pPr>
      <w:r/>
      <w:hyperlink r:id="rId12">
        <w:r>
          <w:rPr>
            <w:color w:val="0000EE"/>
            <w:u w:val="single"/>
          </w:rPr>
          <w:t>https://www.aboutamazon.com/news/aws/prime-video-thursday-night-football-next-gen-stats-ai-features</w:t>
        </w:r>
      </w:hyperlink>
      <w:r>
        <w:t xml:space="preserve"> - Discusses the comprehensive digital tracking system, including chips in balls and equipment, to create a digital representation of the game.</w:t>
      </w:r>
      <w:r/>
    </w:p>
    <w:p>
      <w:pPr>
        <w:pStyle w:val="ListNumber"/>
        <w:spacing w:line="240" w:lineRule="auto"/>
        <w:ind w:left="720"/>
      </w:pPr>
      <w:r/>
      <w:hyperlink r:id="rId11">
        <w:r>
          <w:rPr>
            <w:color w:val="0000EE"/>
            <w:u w:val="single"/>
          </w:rPr>
          <w:t>https://techcrunch.com/2023/08/24/amazon-prime-video-ai-features-thursday-night-football/?guccounter=2</w:t>
        </w:r>
      </w:hyperlink>
      <w:r>
        <w:t xml:space="preserve"> - Details the live deployment and testing of the Tackle Probability model during the Miami Dolphins vs. Buffalo Bills game on September 12.</w:t>
      </w:r>
      <w:r/>
    </w:p>
    <w:p>
      <w:pPr>
        <w:pStyle w:val="ListNumber"/>
        <w:spacing w:line="240" w:lineRule="auto"/>
        <w:ind w:left="720"/>
      </w:pPr>
      <w:r/>
      <w:hyperlink r:id="rId13">
        <w:r>
          <w:rPr>
            <w:color w:val="0000EE"/>
            <w:u w:val="single"/>
          </w:rPr>
          <w:t>https://aws.amazon.com/sports/nfl/</w:t>
        </w:r>
      </w:hyperlink>
      <w:r>
        <w:t xml:space="preserve"> - Highlights the real-time data processing and the interpretation of hundreds of thousands of data points every second by the Tackle Probability model.</w:t>
      </w:r>
      <w:r/>
    </w:p>
    <w:p>
      <w:pPr>
        <w:pStyle w:val="ListNumber"/>
        <w:spacing w:line="240" w:lineRule="auto"/>
        <w:ind w:left="720"/>
      </w:pPr>
      <w:r/>
      <w:hyperlink r:id="rId14">
        <w:r>
          <w:rPr>
            <w:color w:val="0000EE"/>
            <w:u w:val="single"/>
          </w:rPr>
          <w:t>https://operations.nfl.com/updates/football-ops/nfl-and-amazon-web-services-expand-partnership-to-further-shape-the-future-of-football/</w:t>
        </w:r>
      </w:hyperlink>
      <w:r>
        <w:t xml:space="preserve"> - Explains how the advanced analytics are displayed through on-screen graphical markers and their impact on enhancing the viewing experience and strategic insights.</w:t>
      </w:r>
      <w:r/>
    </w:p>
    <w:p>
      <w:pPr>
        <w:pStyle w:val="ListNumber"/>
        <w:spacing w:line="240" w:lineRule="auto"/>
        <w:ind w:left="720"/>
      </w:pPr>
      <w:r/>
      <w:hyperlink r:id="rId12">
        <w:r>
          <w:rPr>
            <w:color w:val="0000EE"/>
            <w:u w:val="single"/>
          </w:rPr>
          <w:t>https://www.aboutamazon.com/news/aws/prime-video-thursday-night-football-next-gen-stats-ai-features</w:t>
        </w:r>
      </w:hyperlink>
      <w:r>
        <w:t xml:space="preserve"> - Discusses the future prospects and potential applications of these AI-driven tools across various sports, signaling a broader movement towards the digitization of sports.</w:t>
      </w:r>
      <w:r/>
    </w:p>
    <w:p>
      <w:pPr>
        <w:pStyle w:val="ListNumber"/>
        <w:spacing w:line="240" w:lineRule="auto"/>
        <w:ind w:left="720"/>
      </w:pPr>
      <w:r/>
      <w:hyperlink r:id="rId15">
        <w:r>
          <w:rPr>
            <w:color w:val="0000EE"/>
            <w:u w:val="single"/>
          </w:rPr>
          <w:t>https://worldinsport.com/a-new-football-ai-claims-it-can-predict-when-a-blitz-will-happen/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psci.com/technology/amazon-nfl-ai/" TargetMode="External"/><Relationship Id="rId11" Type="http://schemas.openxmlformats.org/officeDocument/2006/relationships/hyperlink" Target="https://techcrunch.com/2023/08/24/amazon-prime-video-ai-features-thursday-night-football/?guccounter=2" TargetMode="External"/><Relationship Id="rId12" Type="http://schemas.openxmlformats.org/officeDocument/2006/relationships/hyperlink" Target="https://www.aboutamazon.com/news/aws/prime-video-thursday-night-football-next-gen-stats-ai-features" TargetMode="External"/><Relationship Id="rId13" Type="http://schemas.openxmlformats.org/officeDocument/2006/relationships/hyperlink" Target="https://aws.amazon.com/sports/nfl/" TargetMode="External"/><Relationship Id="rId14" Type="http://schemas.openxmlformats.org/officeDocument/2006/relationships/hyperlink" Target="https://operations.nfl.com/updates/football-ops/nfl-and-amazon-web-services-expand-partnership-to-further-shape-the-future-of-football/" TargetMode="External"/><Relationship Id="rId15" Type="http://schemas.openxmlformats.org/officeDocument/2006/relationships/hyperlink" Target="https://worldinsport.com/a-new-football-ai-claims-it-can-predict-when-a-blitz-will-hap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