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AMD launches Adrenalin 24.9.1 driver with enhanced Fluid Motion Frames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AMD has officially launched its latest Adrenalin 24.9.1 graphics driver, marking a significant step in the evolution of its graphics software. This latest release comes with the introduction of the second generation of AMD's Fluid Motion Frames, AFMF 2, promising a substantial enhancement in gaming performance.</w:t>
      </w:r>
      <w:r/>
    </w:p>
    <w:p>
      <w:r/>
      <w:r>
        <w:t>AFMF 2, which had been previously available in beta, aims to improve gaming frame rates and overall quality without requiring game-specific optimisations. Unlike AMD's FidelityFX Super Resolution (FSR) or NVIDIA's Deep Learning Super Sampling (DLSS), AFMF operates as a driver-level technology that gamers can activate through the Adrenalin software. It is particularly beneficial for games lacking native support for FSR 3, allowing players to experience enhanced graphics without additional complications.</w:t>
      </w:r>
      <w:r/>
    </w:p>
    <w:p>
      <w:r/>
      <w:r>
        <w:t>According to AMD, the second iteration of its FMF technology boasts a potential average increase in frame rates by a factor of 2.5 in selected titles. However, it is vital to note that these enhancements also utilise HYPR-RX and FSR 2, which contribute to the overall performance boost. The improvements in AFMF 2 are not limited to frame rate; the technology also brings AI-optimized refinements intended to enhance quality, reduce latency, and bolster performance, especially on integrated graphics systems. Additionally, AFMF 2 now integrates with Radeon Chill, supports borderless fullscreen mode on 7000-series GPUs, and is compatible with Vulkan and OpenGL games.</w:t>
      </w:r>
      <w:r/>
    </w:p>
    <w:p>
      <w:r/>
      <w:r>
        <w:t>AFMF 2 is available to Radeon 7000-series users who can enable it via the HYPR-RX profile in the Adrenalin software, while those with 6000-series GPUs can activate it through the Graphics Options within the same application. This broad compatibility suggests a wide potential use case, particularly in the burgeoning market of handheld gaming PCs, many of which utilise AMD Radeon GPUs.</w:t>
      </w:r>
      <w:r/>
    </w:p>
    <w:p>
      <w:r/>
      <w:r>
        <w:t>In parallel with the AFMF 2 announcement, the new driver also introduces a feature called Geometric Downscaling. This utility is designed to enhance video playback quality when displayed in windows smaller than the native resolution. By reducing visual artefacts and aliasing, it aims to provide a smoother viewing experience.</w:t>
      </w:r>
      <w:r/>
    </w:p>
    <w:p>
      <w:r/>
      <w:r>
        <w:t>As the tech community eagerly anticipates the unveiling of next-generation graphics cards from both Nvidia and AMD—namely the Nvidia GeForce RTX 50-series and AMD Radeon RX 8000-series—AMD's software advancements underline the crucial role of optimised driver support in achieving superior gaming experiences. AMD's continuous innovation in this space may well establish new benchmarks for driver-level enhancements in the gaming industry.</w:t>
      </w:r>
      <w:r/>
    </w:p>
    <w:p>
      <w:r/>
      <w:r>
        <w:t>For those interested in exploring the new features of AMD's latest graphical advancements, the Adrenalin 24.9.1 driver is available for download, providing users with the tools to potentially elevate their gaming visuals to unprecedented levels.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https://community.amd.com/t5/pc-drivers-software/amd-software-adrenalin-edition-24-9-1-release-notes/m-p/714291</w:t>
        </w:r>
      </w:hyperlink>
      <w:r>
        <w:t xml:space="preserve"> - Corroborates the release of AMD Software: Adrenalin Edition 24.9.1 and its key features, including AFMF 2 and other performance enhancements.</w:t>
      </w:r>
      <w:r/>
    </w:p>
    <w:p>
      <w:pPr>
        <w:pStyle w:val="ListNumber"/>
        <w:spacing w:line="240" w:lineRule="auto"/>
        <w:ind w:left="720"/>
      </w:pPr>
      <w:r/>
      <w:hyperlink r:id="rId11">
        <w:r>
          <w:rPr>
            <w:color w:val="0000EE"/>
            <w:u w:val="single"/>
          </w:rPr>
          <w:t>https://www.reddit.com/r/Amd/comments/1ftq8cd/amd_software_adrenalin_edition_2491_release_notes/</w:t>
        </w:r>
      </w:hyperlink>
      <w:r>
        <w:t xml:space="preserve"> - Provides details on AFMF 2, its compatibility, and how to enable it, as well as other updates in the Adrenalin Edition 24.9.1 driver.</w:t>
      </w:r>
      <w:r/>
    </w:p>
    <w:p>
      <w:pPr>
        <w:pStyle w:val="ListNumber"/>
        <w:spacing w:line="240" w:lineRule="auto"/>
        <w:ind w:left="720"/>
      </w:pPr>
      <w:r/>
      <w:hyperlink r:id="rId12">
        <w:r>
          <w:rPr>
            <w:color w:val="0000EE"/>
            <w:u w:val="single"/>
          </w:rPr>
          <w:t>https://www.amd.com/en/resources/support-articles/release-notes/RN-RAD-WIN-24-9-1.html</w:t>
        </w:r>
      </w:hyperlink>
      <w:r>
        <w:t xml:space="preserve"> - Outlines the features of AFMF 2, including its integration with HYPR-RX, support for various APIs, and compatibility with different Radeon graphics cards.</w:t>
      </w:r>
      <w:r/>
    </w:p>
    <w:p>
      <w:pPr>
        <w:pStyle w:val="ListNumber"/>
        <w:spacing w:line="240" w:lineRule="auto"/>
        <w:ind w:left="720"/>
      </w:pPr>
      <w:r/>
      <w:hyperlink r:id="rId13">
        <w:r>
          <w:rPr>
            <w:color w:val="0000EE"/>
            <w:u w:val="single"/>
          </w:rPr>
          <w:t>https://www.guru3d.com/download/amd-radeon-software-adrenalin-2491-driver-download/</w:t>
        </w:r>
      </w:hyperlink>
      <w:r>
        <w:t xml:space="preserve"> - Details the performance improvements and new features in Adrenalin Edition 24.9.1, including AFMF 2 and its benefits for gaming performance.</w:t>
      </w:r>
      <w:r/>
    </w:p>
    <w:p>
      <w:pPr>
        <w:pStyle w:val="ListNumber"/>
        <w:spacing w:line="240" w:lineRule="auto"/>
        <w:ind w:left="720"/>
      </w:pPr>
      <w:r/>
      <w:hyperlink r:id="rId14">
        <w:r>
          <w:rPr>
            <w:color w:val="0000EE"/>
            <w:u w:val="single"/>
          </w:rPr>
          <w:t>https://www.amd.com/en/resources/support-articles/release-notes/RN-RAD-WIN-24-9-1-POLARIS-VEGA.html</w:t>
        </w:r>
      </w:hyperlink>
      <w:r>
        <w:t xml:space="preserve"> - Provides information on the compatibility and fixed issues in the Adrenalin Edition 24.9.1 driver, including support for Polaris and Vega series graphics.</w:t>
      </w:r>
      <w:r/>
    </w:p>
    <w:p>
      <w:pPr>
        <w:pStyle w:val="ListNumber"/>
        <w:spacing w:line="240" w:lineRule="auto"/>
        <w:ind w:left="720"/>
      </w:pPr>
      <w:r/>
      <w:hyperlink r:id="rId10">
        <w:r>
          <w:rPr>
            <w:color w:val="0000EE"/>
            <w:u w:val="single"/>
          </w:rPr>
          <w:t>https://community.amd.com/t5/pc-drivers-software/amd-software-adrenalin-edition-24-9-1-release-notes/m-p/714291</w:t>
        </w:r>
      </w:hyperlink>
      <w:r>
        <w:t xml:space="preserve"> - Mentions the collaboration with game developers to resolve issues and the introduction of Radeon Anti-Lag 2 with Vulkan API support.</w:t>
      </w:r>
      <w:r/>
    </w:p>
    <w:p>
      <w:pPr>
        <w:pStyle w:val="ListNumber"/>
        <w:spacing w:line="240" w:lineRule="auto"/>
        <w:ind w:left="720"/>
      </w:pPr>
      <w:r/>
      <w:hyperlink r:id="rId11">
        <w:r>
          <w:rPr>
            <w:color w:val="0000EE"/>
            <w:u w:val="single"/>
          </w:rPr>
          <w:t>https://www.reddit.com/r/Amd/comments/1ftq8cd/amd_software_adrenalin_edition_2491_release_notes/</w:t>
        </w:r>
      </w:hyperlink>
      <w:r>
        <w:t xml:space="preserve"> - Explains how AFMF 2 enhances frame rates and reduces latency, and its compatibility with various graphics cards and APIs.</w:t>
      </w:r>
      <w:r/>
    </w:p>
    <w:p>
      <w:pPr>
        <w:pStyle w:val="ListNumber"/>
        <w:spacing w:line="240" w:lineRule="auto"/>
        <w:ind w:left="720"/>
      </w:pPr>
      <w:r/>
      <w:hyperlink r:id="rId12">
        <w:r>
          <w:rPr>
            <w:color w:val="0000EE"/>
            <w:u w:val="single"/>
          </w:rPr>
          <w:t>https://www.amd.com/en/resources/support-articles/release-notes/RN-RAD-WIN-24-9-1.html</w:t>
        </w:r>
      </w:hyperlink>
      <w:r>
        <w:t xml:space="preserve"> - Details the broad compatibility of AFMF 2, including its support for integrated graphics systems and borderless fullscreen mode.</w:t>
      </w:r>
      <w:r/>
    </w:p>
    <w:p>
      <w:pPr>
        <w:pStyle w:val="ListNumber"/>
        <w:spacing w:line="240" w:lineRule="auto"/>
        <w:ind w:left="720"/>
      </w:pPr>
      <w:r/>
      <w:hyperlink r:id="rId13">
        <w:r>
          <w:rPr>
            <w:color w:val="0000EE"/>
            <w:u w:val="single"/>
          </w:rPr>
          <w:t>https://www.guru3d.com/download/amd-radeon-software-adrenalin-2491-driver-download/</w:t>
        </w:r>
      </w:hyperlink>
      <w:r>
        <w:t xml:space="preserve"> - Discusses the integration of AFMF 2 with Radeon Chill and its potential to increase frame rates by a factor of 2.5 in selected titles.</w:t>
      </w:r>
      <w:r/>
    </w:p>
    <w:p>
      <w:pPr>
        <w:pStyle w:val="ListNumber"/>
        <w:spacing w:line="240" w:lineRule="auto"/>
        <w:ind w:left="720"/>
      </w:pPr>
      <w:r/>
      <w:hyperlink r:id="rId12">
        <w:r>
          <w:rPr>
            <w:color w:val="0000EE"/>
            <w:u w:val="single"/>
          </w:rPr>
          <w:t>https://www.amd.com/en/resources/support-articles/release-notes/RN-RAD-WIN-24-9-1.html</w:t>
        </w:r>
      </w:hyperlink>
      <w:r>
        <w:t xml:space="preserve"> - Provides instructions on how to enable AFMF 2 through the HYPR-RX profile or Graphics Options in the Adrenalin software.</w:t>
      </w:r>
      <w:r/>
    </w:p>
    <w:p>
      <w:pPr>
        <w:pStyle w:val="ListNumber"/>
        <w:spacing w:line="240" w:lineRule="auto"/>
        <w:ind w:left="720"/>
      </w:pPr>
      <w:r/>
      <w:hyperlink r:id="rId13">
        <w:r>
          <w:rPr>
            <w:color w:val="0000EE"/>
            <w:u w:val="single"/>
          </w:rPr>
          <w:t>https://www.guru3d.com/download/amd-radeon-software-adrenalin-2491-driver-download/</w:t>
        </w:r>
      </w:hyperlink>
      <w:r>
        <w:t xml:space="preserve"> - Mentions the availability of the Adrenalin 24.9.1 driver for download and its potential to elevate gaming visuals.</w:t>
      </w:r>
      <w:r/>
    </w:p>
    <w:p>
      <w:pPr>
        <w:pStyle w:val="ListNumber"/>
        <w:spacing w:line="240" w:lineRule="auto"/>
        <w:ind w:left="720"/>
      </w:pPr>
      <w:r/>
      <w:hyperlink r:id="rId15">
        <w:r>
          <w:rPr>
            <w:color w:val="0000EE"/>
            <w:u w:val="single"/>
          </w:rPr>
          <w:t>https://www.pcgamer.com/hardware/graphics-cards/amd-fluid-motion-frames-2-is-out-now-and-hands-radeon-gamers-a-new-ai-optimised-frame-generation-option-in-most-games/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munity.amd.com/t5/pc-drivers-software/amd-software-adrenalin-edition-24-9-1-release-notes/m-p/714291" TargetMode="External"/><Relationship Id="rId11" Type="http://schemas.openxmlformats.org/officeDocument/2006/relationships/hyperlink" Target="https://www.reddit.com/r/Amd/comments/1ftq8cd/amd_software_adrenalin_edition_2491_release_notes/" TargetMode="External"/><Relationship Id="rId12" Type="http://schemas.openxmlformats.org/officeDocument/2006/relationships/hyperlink" Target="https://www.amd.com/en/resources/support-articles/release-notes/RN-RAD-WIN-24-9-1.html" TargetMode="External"/><Relationship Id="rId13" Type="http://schemas.openxmlformats.org/officeDocument/2006/relationships/hyperlink" Target="https://www.guru3d.com/download/amd-radeon-software-adrenalin-2491-driver-download/" TargetMode="External"/><Relationship Id="rId14" Type="http://schemas.openxmlformats.org/officeDocument/2006/relationships/hyperlink" Target="https://www.amd.com/en/resources/support-articles/release-notes/RN-RAD-WIN-24-9-1-POLARIS-VEGA.html" TargetMode="External"/><Relationship Id="rId15" Type="http://schemas.openxmlformats.org/officeDocument/2006/relationships/hyperlink" Target="https://www.pcgamer.com/hardware/graphics-cards/amd-fluid-motion-frames-2-is-out-now-and-hands-radeon-gamers-a-new-ai-optimised-frame-generation-option-in-most-ga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